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Địa lý - ĐỀ CƯƠNG KIỂM TRA GIỮA HỌC KÌ 1</w:t>
      </w:r>
    </w:p>
    <w:p>
      <w:pPr>
        <w:jc w:val="center"/>
      </w:pPr>
      <w:r>
        <w:rPr>
          <w:sz w:val="22"/>
        </w:rPr>
        <w:t>Số câu: 45    Thời gian: _____ phút    Họ và tên: _________________________</w:t>
      </w:r>
    </w:p>
    <w:p/>
    <w:p>
      <w:r>
        <w:rPr>
          <w:b/>
          <w:sz w:val="24"/>
        </w:rPr>
        <w:t>Câu 1: Việt Nam gắn liền với lục địa và đại dương nào sau đây?</w:t>
      </w:r>
    </w:p>
    <w:p>
      <w:pPr>
        <w:pStyle w:val="ListParagraph"/>
      </w:pPr>
      <w:r>
        <w:rPr>
          <w:sz w:val="22"/>
        </w:rPr>
        <w:t>A. Á - Âu và Thái Bình Dương.</w:t>
      </w:r>
    </w:p>
    <w:p>
      <w:pPr>
        <w:pStyle w:val="ListParagraph"/>
      </w:pPr>
      <w:r>
        <w:rPr>
          <w:sz w:val="22"/>
        </w:rPr>
        <w:t>B. Á - Âu và Đại Tây Dương.</w:t>
      </w:r>
    </w:p>
    <w:p>
      <w:pPr>
        <w:pStyle w:val="ListParagraph"/>
      </w:pPr>
      <w:r>
        <w:rPr>
          <w:sz w:val="22"/>
        </w:rPr>
        <w:t>C. Á - Âu và Ấn Độ Dương.</w:t>
      </w:r>
    </w:p>
    <w:p>
      <w:pPr>
        <w:pStyle w:val="ListParagraph"/>
      </w:pPr>
      <w:r>
        <w:rPr>
          <w:sz w:val="22"/>
        </w:rPr>
        <w:t>D. Á - Âu và Bắc Băng Dương.</w:t>
      </w:r>
    </w:p>
    <w:p/>
    <w:p>
      <w:r>
        <w:rPr>
          <w:b/>
          <w:sz w:val="24"/>
        </w:rPr>
        <w:t>Câu 2: Vùng biển của nước ta không tiếp giáp với vùng biển của quốc gia nào sau đây?</w:t>
      </w:r>
    </w:p>
    <w:p>
      <w:pPr>
        <w:pStyle w:val="ListParagraph"/>
      </w:pPr>
      <w:r>
        <w:rPr>
          <w:sz w:val="22"/>
        </w:rPr>
        <w:t>A. Mi-an-ma.</w:t>
      </w:r>
    </w:p>
    <w:p>
      <w:pPr>
        <w:pStyle w:val="ListParagraph"/>
      </w:pPr>
      <w:r>
        <w:rPr>
          <w:sz w:val="22"/>
        </w:rPr>
        <w:t>B. Trung Quốc.</w:t>
      </w:r>
    </w:p>
    <w:p>
      <w:pPr>
        <w:pStyle w:val="ListParagraph"/>
      </w:pPr>
      <w:r>
        <w:rPr>
          <w:sz w:val="22"/>
        </w:rPr>
        <w:t>C. Cam-pu-chia.</w:t>
      </w:r>
    </w:p>
    <w:p>
      <w:pPr>
        <w:pStyle w:val="ListParagraph"/>
      </w:pPr>
      <w:r>
        <w:rPr>
          <w:sz w:val="22"/>
        </w:rPr>
        <w:t>D. Thái Lan.</w:t>
      </w:r>
    </w:p>
    <w:p/>
    <w:p>
      <w:r>
        <w:rPr>
          <w:b/>
          <w:sz w:val="24"/>
        </w:rPr>
        <w:t>Câu 3: Ý nghĩa kinh tế nổi bật của vị trí địa lí nước ta là</w:t>
      </w:r>
    </w:p>
    <w:p>
      <w:pPr>
        <w:pStyle w:val="ListParagraph"/>
      </w:pPr>
      <w:r>
        <w:rPr>
          <w:sz w:val="22"/>
        </w:rPr>
        <w:t>A. thuận lợi giao lưu kinh tế với các nước trong khu vực và thế giới.</w:t>
      </w:r>
    </w:p>
    <w:p>
      <w:pPr>
        <w:pStyle w:val="ListParagraph"/>
      </w:pPr>
      <w:r>
        <w:rPr>
          <w:sz w:val="22"/>
        </w:rPr>
        <w:t>B. tài nguyên khoáng sản vô cùng phong phú và giàu có.</w:t>
      </w:r>
    </w:p>
    <w:p>
      <w:pPr>
        <w:pStyle w:val="ListParagraph"/>
      </w:pPr>
      <w:r>
        <w:rPr>
          <w:sz w:val="22"/>
        </w:rPr>
        <w:t>C. tạo nên khí hậu nhiệt đới ẩm gió mùa có mùa đông lạnh.</w:t>
      </w:r>
    </w:p>
    <w:p>
      <w:pPr>
        <w:pStyle w:val="ListParagraph"/>
      </w:pPr>
      <w:r>
        <w:rPr>
          <w:sz w:val="22"/>
        </w:rPr>
        <w:t>D. hình thành văn hóa đồng nhất giữa các dân tộc Đông Nam Á.</w:t>
      </w:r>
    </w:p>
    <w:p/>
    <w:p>
      <w:r>
        <w:rPr>
          <w:b/>
          <w:sz w:val="24"/>
        </w:rPr>
        <w:t>Câu 4: Do nằm hoàn toàn trong vùng nội chí tuyến bán cầu Bắc nên nước ta có</w:t>
      </w:r>
    </w:p>
    <w:p>
      <w:pPr>
        <w:pStyle w:val="ListParagraph"/>
      </w:pPr>
      <w:r>
        <w:rPr>
          <w:sz w:val="22"/>
        </w:rPr>
        <w:t>A. tổng bức xạ nhiệt lớn và hai lần Mặt Trời lên thiên đỉnh trong năm.</w:t>
      </w:r>
    </w:p>
    <w:p>
      <w:pPr>
        <w:pStyle w:val="ListParagraph"/>
      </w:pPr>
      <w:r>
        <w:rPr>
          <w:sz w:val="22"/>
        </w:rPr>
        <w:t>B. khí hậu phân hóa thành 4 mùa xuân, hạ, thu, đông rõ rệt.</w:t>
      </w:r>
    </w:p>
    <w:p>
      <w:pPr>
        <w:pStyle w:val="ListParagraph"/>
      </w:pPr>
      <w:r>
        <w:rPr>
          <w:sz w:val="22"/>
        </w:rPr>
        <w:t>C. hai mùa mưa và khô kéo dài bằng nhau trên toàn quốc.</w:t>
      </w:r>
    </w:p>
    <w:p>
      <w:pPr>
        <w:pStyle w:val="ListParagraph"/>
      </w:pPr>
      <w:r>
        <w:rPr>
          <w:sz w:val="22"/>
        </w:rPr>
        <w:t>D. diện tích đồi núi cao chiếm phần lớn lãnh thổ.</w:t>
      </w:r>
    </w:p>
    <w:p/>
    <w:p>
      <w:r>
        <w:rPr>
          <w:b/>
          <w:sz w:val="24"/>
        </w:rPr>
        <w:t>Câu 5: Gió mùa Đông Bắc khi di chuyển xuống miền Bắc nước ta nửa đầu mùa đông gây ra thời tiết</w:t>
      </w:r>
    </w:p>
    <w:p>
      <w:pPr>
        <w:pStyle w:val="ListParagraph"/>
      </w:pPr>
      <w:r>
        <w:rPr>
          <w:sz w:val="22"/>
        </w:rPr>
        <w:t>A. lạnh, khô.</w:t>
      </w:r>
    </w:p>
    <w:p>
      <w:pPr>
        <w:pStyle w:val="ListParagraph"/>
      </w:pPr>
      <w:r>
        <w:rPr>
          <w:sz w:val="22"/>
        </w:rPr>
        <w:t>B. lạnh, ẩm có mưa phùn.</w:t>
      </w:r>
    </w:p>
    <w:p>
      <w:pPr>
        <w:pStyle w:val="ListParagraph"/>
      </w:pPr>
      <w:r>
        <w:rPr>
          <w:sz w:val="22"/>
        </w:rPr>
        <w:t>C. nóng, khô hanh.</w:t>
      </w:r>
    </w:p>
    <w:p>
      <w:pPr>
        <w:pStyle w:val="ListParagraph"/>
      </w:pPr>
      <w:r>
        <w:rPr>
          <w:sz w:val="22"/>
        </w:rPr>
        <w:t>D. ấm áp, mưa rào.</w:t>
      </w:r>
    </w:p>
    <w:p/>
    <w:p>
      <w:r>
        <w:rPr>
          <w:b/>
          <w:sz w:val="24"/>
        </w:rPr>
        <w:t>Câu 6: Gió mùa mùa hạ hoạt động ở nước ta chủ yếu vào khoảng thời gian nào?</w:t>
      </w:r>
    </w:p>
    <w:p>
      <w:pPr>
        <w:pStyle w:val="ListParagraph"/>
      </w:pPr>
      <w:r>
        <w:rPr>
          <w:sz w:val="22"/>
        </w:rPr>
        <w:t>A. Từ tháng 5 đến tháng 10.</w:t>
      </w:r>
    </w:p>
    <w:p>
      <w:pPr>
        <w:pStyle w:val="ListParagraph"/>
      </w:pPr>
      <w:r>
        <w:rPr>
          <w:sz w:val="22"/>
        </w:rPr>
        <w:t>B. Từ tháng 11 đến tháng 4 năm sau.</w:t>
      </w:r>
    </w:p>
    <w:p>
      <w:pPr>
        <w:pStyle w:val="ListParagraph"/>
      </w:pPr>
      <w:r>
        <w:rPr>
          <w:sz w:val="22"/>
        </w:rPr>
        <w:t>C. Từ tháng 1 đến tháng 6.</w:t>
      </w:r>
    </w:p>
    <w:p>
      <w:pPr>
        <w:pStyle w:val="ListParagraph"/>
      </w:pPr>
      <w:r>
        <w:rPr>
          <w:sz w:val="22"/>
        </w:rPr>
        <w:t>D. Từ tháng 7 đến tháng 12.</w:t>
      </w:r>
    </w:p>
    <w:p/>
    <w:p>
      <w:r>
        <w:rPr>
          <w:b/>
          <w:sz w:val="24"/>
        </w:rPr>
        <w:t>Câu 7: Loại đất chiếm diện tích lớn nhất ở vùng đồi núi nước ta là</w:t>
      </w:r>
    </w:p>
    <w:p>
      <w:pPr>
        <w:pStyle w:val="ListParagraph"/>
      </w:pPr>
      <w:r>
        <w:rPr>
          <w:sz w:val="22"/>
        </w:rPr>
        <w:t>A. đất feralit.</w:t>
      </w:r>
    </w:p>
    <w:p>
      <w:pPr>
        <w:pStyle w:val="ListParagraph"/>
      </w:pPr>
      <w:r>
        <w:rPr>
          <w:sz w:val="22"/>
        </w:rPr>
        <w:t>B. đất phù sa cổ.</w:t>
      </w:r>
    </w:p>
    <w:p>
      <w:pPr>
        <w:pStyle w:val="ListParagraph"/>
      </w:pPr>
      <w:r>
        <w:rPr>
          <w:sz w:val="22"/>
        </w:rPr>
        <w:t>C. đất mặn, đất phèn.</w:t>
      </w:r>
    </w:p>
    <w:p>
      <w:pPr>
        <w:pStyle w:val="ListParagraph"/>
      </w:pPr>
      <w:r>
        <w:rPr>
          <w:sz w:val="22"/>
        </w:rPr>
        <w:t>D. đất mùn thô trên núi.</w:t>
      </w:r>
    </w:p>
    <w:p/>
    <w:p>
      <w:r>
        <w:rPr>
          <w:b/>
          <w:sz w:val="24"/>
        </w:rPr>
        <w:t>Câu 8: Thiên nhiên nhiệt đới ẩm gió mùa ở nước ta ảnh hưởng trực tiếp và rõ rệt nhất đến ngành sản xuất nào?</w:t>
      </w:r>
    </w:p>
    <w:p>
      <w:pPr>
        <w:pStyle w:val="ListParagraph"/>
      </w:pPr>
      <w:r>
        <w:rPr>
          <w:sz w:val="22"/>
        </w:rPr>
        <w:t>A. Nông nghiệp.</w:t>
      </w:r>
    </w:p>
    <w:p>
      <w:pPr>
        <w:pStyle w:val="ListParagraph"/>
      </w:pPr>
      <w:r>
        <w:rPr>
          <w:sz w:val="22"/>
        </w:rPr>
        <w:t>B. Công nghiệp khai khoáng.</w:t>
      </w:r>
    </w:p>
    <w:p>
      <w:pPr>
        <w:pStyle w:val="ListParagraph"/>
      </w:pPr>
      <w:r>
        <w:rPr>
          <w:sz w:val="22"/>
        </w:rPr>
        <w:t>C. Bưu chính viễn thông.</w:t>
      </w:r>
    </w:p>
    <w:p>
      <w:pPr>
        <w:pStyle w:val="ListParagraph"/>
      </w:pPr>
      <w:r>
        <w:rPr>
          <w:sz w:val="22"/>
        </w:rPr>
        <w:t>D. Tài chính ngân hàng.</w:t>
      </w:r>
    </w:p>
    <w:p/>
    <w:p>
      <w:r>
        <w:rPr>
          <w:b/>
          <w:sz w:val="24"/>
        </w:rPr>
        <w:t>Câu 9: Sông ngòi nước ta có đặc điểm mạng lưới dày đặc, nhiều nước, giàu phù sa chủ yếu do</w:t>
      </w:r>
    </w:p>
    <w:p>
      <w:pPr>
        <w:pStyle w:val="ListParagraph"/>
      </w:pPr>
      <w:r>
        <w:rPr>
          <w:sz w:val="22"/>
        </w:rPr>
        <w:t>A. mưa lớn tập trung theo mùa và địa hình đồi núi bị xói mòn mạnh.</w:t>
      </w:r>
    </w:p>
    <w:p>
      <w:pPr>
        <w:pStyle w:val="ListParagraph"/>
      </w:pPr>
      <w:r>
        <w:rPr>
          <w:sz w:val="22"/>
        </w:rPr>
        <w:t>B. lãnh thổ mở rộng theo chiều Đông - Tây và nhiều hồ đầm.</w:t>
      </w:r>
    </w:p>
    <w:p>
      <w:pPr>
        <w:pStyle w:val="ListParagraph"/>
      </w:pPr>
      <w:r>
        <w:rPr>
          <w:sz w:val="22"/>
        </w:rPr>
        <w:t>C. địa hình chủ yếu là đồng bằng phù sa bằng phẳng.</w:t>
      </w:r>
    </w:p>
    <w:p>
      <w:pPr>
        <w:pStyle w:val="ListParagraph"/>
      </w:pPr>
      <w:r>
        <w:rPr>
          <w:sz w:val="22"/>
        </w:rPr>
        <w:t>D. hoạt động canh tác nông nghiệp của con người lâu đời.</w:t>
      </w:r>
    </w:p>
    <w:p/>
    <w:p>
      <w:r>
        <w:rPr>
          <w:b/>
          <w:sz w:val="24"/>
        </w:rPr>
        <w:t>Câu 10: Cảnh quan thiên nhiên tiêu biểu cho phần lãnh thổ phía Bắc (từ dãy Bạch Mã ra Bắc) là</w:t>
      </w:r>
    </w:p>
    <w:p>
      <w:pPr>
        <w:pStyle w:val="ListParagraph"/>
      </w:pPr>
      <w:r>
        <w:rPr>
          <w:sz w:val="22"/>
        </w:rPr>
        <w:t>A. đới rừng nhiệt đới gió mùa.</w:t>
      </w:r>
    </w:p>
    <w:p>
      <w:pPr>
        <w:pStyle w:val="ListParagraph"/>
      </w:pPr>
      <w:r>
        <w:rPr>
          <w:sz w:val="22"/>
        </w:rPr>
        <w:t>B. đới rừng cận xích đạo gió mùa.</w:t>
      </w:r>
    </w:p>
    <w:p>
      <w:pPr>
        <w:pStyle w:val="ListParagraph"/>
      </w:pPr>
      <w:r>
        <w:rPr>
          <w:sz w:val="22"/>
        </w:rPr>
        <w:t>C. đới rừng ôn đới lá kim.</w:t>
      </w:r>
    </w:p>
    <w:p>
      <w:pPr>
        <w:pStyle w:val="ListParagraph"/>
      </w:pPr>
      <w:r>
        <w:rPr>
          <w:sz w:val="22"/>
        </w:rPr>
        <w:t>D. đới xa van cây bụi khô hạn.</w:t>
      </w:r>
    </w:p>
    <w:p/>
    <w:p>
      <w:r>
        <w:rPr>
          <w:b/>
          <w:sz w:val="24"/>
        </w:rPr>
        <w:t>Câu 11: Đặc điểm khí hậu nổi bật của phần lãnh thổ phía Nam (từ dãy Bạch Mã trở vào) là</w:t>
      </w:r>
    </w:p>
    <w:p>
      <w:pPr>
        <w:pStyle w:val="ListParagraph"/>
      </w:pPr>
      <w:r>
        <w:rPr>
          <w:sz w:val="22"/>
        </w:rPr>
        <w:t>A. mang tính chất cận xích đạo gió mùa, nóng quanh năm.</w:t>
      </w:r>
    </w:p>
    <w:p>
      <w:pPr>
        <w:pStyle w:val="ListParagraph"/>
      </w:pPr>
      <w:r>
        <w:rPr>
          <w:sz w:val="22"/>
        </w:rPr>
        <w:t>B. có một mùa đông lạnh kéo dài 3 - 4 tháng.</w:t>
      </w:r>
    </w:p>
    <w:p>
      <w:pPr>
        <w:pStyle w:val="ListParagraph"/>
      </w:pPr>
      <w:r>
        <w:rPr>
          <w:sz w:val="22"/>
        </w:rPr>
        <w:t>C. biên độ nhiệt độ trung bình năm rất lớn.</w:t>
      </w:r>
    </w:p>
    <w:p>
      <w:pPr>
        <w:pStyle w:val="ListParagraph"/>
      </w:pPr>
      <w:r>
        <w:rPr>
          <w:sz w:val="22"/>
        </w:rPr>
        <w:t>D. không có mùa khô, mưa đều quanh năm.</w:t>
      </w:r>
    </w:p>
    <w:p/>
    <w:p>
      <w:r>
        <w:rPr>
          <w:b/>
          <w:sz w:val="24"/>
        </w:rPr>
        <w:t>Câu 12: Theo độ cao, thiên nhiên nước ta được phân hóa thành mấy đai cao?</w:t>
      </w:r>
    </w:p>
    <w:p>
      <w:pPr>
        <w:pStyle w:val="ListParagraph"/>
      </w:pPr>
      <w:r>
        <w:rPr>
          <w:sz w:val="22"/>
        </w:rPr>
        <w:t>A. 3 đai cao.</w:t>
      </w:r>
    </w:p>
    <w:p>
      <w:pPr>
        <w:pStyle w:val="ListParagraph"/>
      </w:pPr>
      <w:r>
        <w:rPr>
          <w:sz w:val="22"/>
        </w:rPr>
        <w:t>B. 2 đai cao.</w:t>
      </w:r>
    </w:p>
    <w:p>
      <w:pPr>
        <w:pStyle w:val="ListParagraph"/>
      </w:pPr>
      <w:r>
        <w:rPr>
          <w:sz w:val="22"/>
        </w:rPr>
        <w:t>C. 4 đai cao.</w:t>
      </w:r>
    </w:p>
    <w:p>
      <w:pPr>
        <w:pStyle w:val="ListParagraph"/>
      </w:pPr>
      <w:r>
        <w:rPr>
          <w:sz w:val="22"/>
        </w:rPr>
        <w:t>D. 5 đai cao.</w:t>
      </w:r>
    </w:p>
    <w:p/>
    <w:p>
      <w:r>
        <w:rPr>
          <w:b/>
          <w:sz w:val="24"/>
        </w:rPr>
        <w:t>Câu 13: Vùng núi Đông Bắc nước ta có đặc điểm tự nhiên nổi bật là</w:t>
      </w:r>
    </w:p>
    <w:p>
      <w:pPr>
        <w:pStyle w:val="ListParagraph"/>
      </w:pPr>
      <w:r>
        <w:rPr>
          <w:sz w:val="22"/>
        </w:rPr>
        <w:t>A. địa hình đồi núi thấp chiếm ưu thế, hướng núi cánh cung, mùa đông lạnh nhất cả nước.</w:t>
      </w:r>
    </w:p>
    <w:p>
      <w:pPr>
        <w:pStyle w:val="ListParagraph"/>
      </w:pPr>
      <w:r>
        <w:rPr>
          <w:sz w:val="22"/>
        </w:rPr>
        <w:t>B. địa hình núi cao đồ sộ nhất cả nước, hướng núi tây bắc - đông nam.</w:t>
      </w:r>
    </w:p>
    <w:p>
      <w:pPr>
        <w:pStyle w:val="ListParagraph"/>
      </w:pPr>
      <w:r>
        <w:rPr>
          <w:sz w:val="22"/>
        </w:rPr>
        <w:t>C. các khối núi và cao nguyên badan xếp tầng đồ sộ.</w:t>
      </w:r>
    </w:p>
    <w:p>
      <w:pPr>
        <w:pStyle w:val="ListParagraph"/>
      </w:pPr>
      <w:r>
        <w:rPr>
          <w:sz w:val="22"/>
        </w:rPr>
        <w:t>D. có hai mùa mưa và khô đối lập sâu sắc giữa hai sườn núi.</w:t>
      </w:r>
    </w:p>
    <w:p/>
    <w:p>
      <w:r>
        <w:rPr>
          <w:b/>
          <w:sz w:val="24"/>
        </w:rPr>
        <w:t>Câu 14: Đai cận nhiệt đới gió mùa trên núi ở miền Bắc có độ cao bắt đầu từ khoảng</w:t>
      </w:r>
    </w:p>
    <w:p>
      <w:pPr>
        <w:pStyle w:val="ListParagraph"/>
      </w:pPr>
      <w:r>
        <w:rPr>
          <w:sz w:val="22"/>
        </w:rPr>
        <w:t>A. 600 - 700 m.</w:t>
      </w:r>
    </w:p>
    <w:p>
      <w:pPr>
        <w:pStyle w:val="ListParagraph"/>
      </w:pPr>
      <w:r>
        <w:rPr>
          <w:sz w:val="22"/>
        </w:rPr>
        <w:t>B. 900 - 1000 m.</w:t>
      </w:r>
    </w:p>
    <w:p>
      <w:pPr>
        <w:pStyle w:val="ListParagraph"/>
      </w:pPr>
      <w:r>
        <w:rPr>
          <w:sz w:val="22"/>
        </w:rPr>
        <w:t>C. 2600 m.</w:t>
      </w:r>
    </w:p>
    <w:p>
      <w:pPr>
        <w:pStyle w:val="ListParagraph"/>
      </w:pPr>
      <w:r>
        <w:rPr>
          <w:sz w:val="22"/>
        </w:rPr>
        <w:t>D. 1500 m.</w:t>
      </w:r>
    </w:p>
    <w:p/>
    <w:p>
      <w:r>
        <w:rPr>
          <w:b/>
          <w:sz w:val="24"/>
        </w:rPr>
        <w:t>Câu 15: Nguyên nhân chủ yếu làm suy giảm tài nguyên rừng tự nhiên ở nước ta là</w:t>
      </w:r>
    </w:p>
    <w:p>
      <w:pPr>
        <w:pStyle w:val="ListParagraph"/>
      </w:pPr>
      <w:r>
        <w:rPr>
          <w:sz w:val="22"/>
        </w:rPr>
        <w:t>A. khai thác quá mức, chặt phá rừng và chuyển đổi mục đích sử dụng đất.</w:t>
      </w:r>
    </w:p>
    <w:p>
      <w:pPr>
        <w:pStyle w:val="ListParagraph"/>
      </w:pPr>
      <w:r>
        <w:rPr>
          <w:sz w:val="22"/>
        </w:rPr>
        <w:t>B. biến đổi khí hậu toàn cầu làm cây rừng tự khô héo.</w:t>
      </w:r>
    </w:p>
    <w:p>
      <w:pPr>
        <w:pStyle w:val="ListParagraph"/>
      </w:pPr>
      <w:r>
        <w:rPr>
          <w:sz w:val="22"/>
        </w:rPr>
        <w:t>C. mở rộng các khu bảo tồn thiên nhiên và vườn quốc gia.</w:t>
      </w:r>
    </w:p>
    <w:p>
      <w:pPr>
        <w:pStyle w:val="ListParagraph"/>
      </w:pPr>
      <w:r>
        <w:rPr>
          <w:sz w:val="22"/>
        </w:rPr>
        <w:t>D. do các loài động vật ăn thực vật phát triển quá nhanh.</w:t>
      </w:r>
    </w:p>
    <w:p/>
    <w:p>
      <w:r>
        <w:rPr>
          <w:b/>
          <w:sz w:val="24"/>
        </w:rPr>
        <w:t>Câu 16: Biện pháp quan trọng nhất để bảo vệ đất nông nghiệp ở vùng đồng bằng nước ta là</w:t>
      </w:r>
    </w:p>
    <w:p>
      <w:pPr>
        <w:pStyle w:val="ListParagraph"/>
      </w:pPr>
      <w:r>
        <w:rPr>
          <w:sz w:val="22"/>
        </w:rPr>
        <w:t>A. chống suy thoái, thâm canh hợp lí và chống ô nhiễm đất.</w:t>
      </w:r>
    </w:p>
    <w:p>
      <w:pPr>
        <w:pStyle w:val="ListParagraph"/>
      </w:pPr>
      <w:r>
        <w:rPr>
          <w:sz w:val="22"/>
        </w:rPr>
        <w:t>B. làm ruộng bậc thang và đào hố vảy cá.</w:t>
      </w:r>
    </w:p>
    <w:p>
      <w:pPr>
        <w:pStyle w:val="ListParagraph"/>
      </w:pPr>
      <w:r>
        <w:rPr>
          <w:sz w:val="22"/>
        </w:rPr>
        <w:t>C. trồng cây theo băng và canh tác nông - lâm kết hợp.</w:t>
      </w:r>
    </w:p>
    <w:p>
      <w:pPr>
        <w:pStyle w:val="ListParagraph"/>
      </w:pPr>
      <w:r>
        <w:rPr>
          <w:sz w:val="22"/>
        </w:rPr>
        <w:t>D. ngừng sản xuất nông nghiệp để đất tự phục hồi.</w:t>
      </w:r>
    </w:p>
    <w:p/>
    <w:p>
      <w:r>
        <w:rPr>
          <w:b/>
          <w:sz w:val="24"/>
        </w:rPr>
        <w:t>Câu 17: Cho bảng số liệu: Lượng mưa các tháng năm 2021 tại trạm Đà Nẵng (mm): Tháng có lượng mưa cao nhất tại Đà Nẵng rơi vào tháng nào?</w:t>
      </w:r>
    </w:p>
    <w:p>
      <w:pPr>
        <w:pStyle w:val="ListParagraph"/>
      </w:pPr>
      <w:r>
        <w:rPr>
          <w:sz w:val="22"/>
        </w:rPr>
        <w:t>A. Tháng 9 (800,4 mm).</w:t>
      </w:r>
    </w:p>
    <w:p>
      <w:pPr>
        <w:pStyle w:val="ListParagraph"/>
      </w:pPr>
      <w:r>
        <w:rPr>
          <w:sz w:val="22"/>
        </w:rPr>
        <w:t>B. Tháng 5 (2,1 mm).</w:t>
      </w:r>
    </w:p>
    <w:p>
      <w:pPr>
        <w:pStyle w:val="ListParagraph"/>
      </w:pPr>
      <w:r>
        <w:rPr>
          <w:sz w:val="22"/>
        </w:rPr>
        <w:t>C. Tháng 1 (34,7 mm).</w:t>
      </w:r>
    </w:p>
    <w:p>
      <w:pPr>
        <w:pStyle w:val="ListParagraph"/>
      </w:pPr>
      <w:r>
        <w:rPr>
          <w:sz w:val="22"/>
        </w:rPr>
        <w:t>D. Tháng 6 (38,5 mm).</w:t>
      </w:r>
    </w:p>
    <w:p/>
    <w:p>
      <w:r>
        <w:rPr>
          <w:b/>
          <w:sz w:val="24"/>
        </w:rPr>
        <w:t>Câu 18: Vùng biển Việt Nam giáp với vùng biển của quốc gia nào sau đây?</w:t>
      </w:r>
    </w:p>
    <w:p>
      <w:pPr>
        <w:pStyle w:val="ListParagraph"/>
      </w:pPr>
      <w:r>
        <w:rPr>
          <w:sz w:val="22"/>
        </w:rPr>
        <w:t>A. Mi-an-ma.</w:t>
      </w:r>
    </w:p>
    <w:p>
      <w:pPr>
        <w:pStyle w:val="ListParagraph"/>
      </w:pPr>
      <w:r>
        <w:rPr>
          <w:sz w:val="22"/>
        </w:rPr>
        <w:t>B. Trung Quốc.</w:t>
      </w:r>
    </w:p>
    <w:p>
      <w:pPr>
        <w:pStyle w:val="ListParagraph"/>
      </w:pPr>
      <w:r>
        <w:rPr>
          <w:sz w:val="22"/>
        </w:rPr>
        <w:t>C. Lào.</w:t>
      </w:r>
    </w:p>
    <w:p>
      <w:pPr>
        <w:pStyle w:val="ListParagraph"/>
      </w:pPr>
      <w:r>
        <w:rPr>
          <w:sz w:val="22"/>
        </w:rPr>
        <w:t>D. pê ru.</w:t>
      </w:r>
    </w:p>
    <w:p/>
    <w:p>
      <w:r>
        <w:rPr>
          <w:b/>
          <w:sz w:val="24"/>
        </w:rPr>
        <w:t>Câu 19: Việt Nam nằm ở vị trí tiếp giáp giữa lục địa và đại dương nào?</w:t>
      </w:r>
    </w:p>
    <w:p>
      <w:pPr>
        <w:pStyle w:val="ListParagraph"/>
      </w:pPr>
      <w:r>
        <w:rPr>
          <w:sz w:val="22"/>
        </w:rPr>
        <w:t>A. Á - Âu và Thái Bình Dương.</w:t>
      </w:r>
    </w:p>
    <w:p>
      <w:pPr>
        <w:pStyle w:val="ListParagraph"/>
      </w:pPr>
      <w:r>
        <w:rPr>
          <w:sz w:val="22"/>
        </w:rPr>
        <w:t>B. Á - Âu và Ấn Độ Dương.</w:t>
      </w:r>
    </w:p>
    <w:p>
      <w:pPr>
        <w:pStyle w:val="ListParagraph"/>
      </w:pPr>
      <w:r>
        <w:rPr>
          <w:sz w:val="22"/>
        </w:rPr>
        <w:t>C. Á - Âu và Đại Tây Dương.</w:t>
      </w:r>
    </w:p>
    <w:p>
      <w:pPr>
        <w:pStyle w:val="ListParagraph"/>
      </w:pPr>
      <w:r>
        <w:rPr>
          <w:sz w:val="22"/>
        </w:rPr>
        <w:t>D. Bắc Mỹ và Thái Bình Dương.</w:t>
      </w:r>
    </w:p>
    <w:p/>
    <w:p>
      <w:r>
        <w:rPr>
          <w:b/>
          <w:sz w:val="24"/>
        </w:rPr>
        <w:t>Câu 20: Phần đất liền của nước ta hẹp ngang và kéo dài theo chiều Bắc - Nam đã làm cho</w:t>
      </w:r>
    </w:p>
    <w:p>
      <w:pPr>
        <w:pStyle w:val="ListParagraph"/>
      </w:pPr>
      <w:r>
        <w:rPr>
          <w:sz w:val="22"/>
        </w:rPr>
        <w:t>A. thiên nhiên nước ta phân hóa đa dạng giữa các vùng miền.</w:t>
      </w:r>
    </w:p>
    <w:p>
      <w:pPr>
        <w:pStyle w:val="ListParagraph"/>
      </w:pPr>
      <w:r>
        <w:rPr>
          <w:sz w:val="22"/>
        </w:rPr>
        <w:t>B. khí hậu nước ta mang tính chất nhiệt đới khô hạn.</w:t>
      </w:r>
    </w:p>
    <w:p>
      <w:pPr>
        <w:pStyle w:val="ListParagraph"/>
      </w:pPr>
      <w:r>
        <w:rPr>
          <w:sz w:val="22"/>
        </w:rPr>
        <w:t>C. tài nguyên khoáng sản tập trung hoàn toàn ở miền Nam.</w:t>
      </w:r>
    </w:p>
    <w:p>
      <w:pPr>
        <w:pStyle w:val="ListParagraph"/>
      </w:pPr>
      <w:r>
        <w:rPr>
          <w:sz w:val="22"/>
        </w:rPr>
        <w:t>D. không chịu ảnh hưởng của bão và thiên tai.</w:t>
      </w:r>
    </w:p>
    <w:p/>
    <w:p>
      <w:r>
        <w:rPr>
          <w:b/>
          <w:sz w:val="24"/>
        </w:rPr>
        <w:t>Câu 21: Vùng nước nằm trong đường nước cơ sở được gọi là vùng</w:t>
      </w:r>
    </w:p>
    <w:p>
      <w:pPr>
        <w:pStyle w:val="ListParagraph"/>
      </w:pPr>
      <w:r>
        <w:rPr>
          <w:sz w:val="22"/>
        </w:rPr>
        <w:t>A. nội thủy.</w:t>
      </w:r>
    </w:p>
    <w:p>
      <w:pPr>
        <w:pStyle w:val="ListParagraph"/>
      </w:pPr>
      <w:r>
        <w:rPr>
          <w:sz w:val="22"/>
        </w:rPr>
        <w:t>B. lãnh hải.</w:t>
      </w:r>
    </w:p>
    <w:p>
      <w:pPr>
        <w:pStyle w:val="ListParagraph"/>
      </w:pPr>
      <w:r>
        <w:rPr>
          <w:sz w:val="22"/>
        </w:rPr>
        <w:t>C. đặc quyền kinh tế.</w:t>
      </w:r>
    </w:p>
    <w:p>
      <w:pPr>
        <w:pStyle w:val="ListParagraph"/>
      </w:pPr>
      <w:r>
        <w:rPr>
          <w:sz w:val="22"/>
        </w:rPr>
        <w:t>D. tiếp giáp lãnh hải.</w:t>
      </w:r>
    </w:p>
    <w:p/>
    <w:p>
      <w:r>
        <w:rPr>
          <w:b/>
          <w:sz w:val="24"/>
        </w:rPr>
        <w:t>Câu 22: Thiên nhiên nhiệt đới ẩm gió mùa ở nước ta ảnh hưởng trực tiếp và rõ rệt nhất đến hoạt động sản xuất nào sau đây?</w:t>
      </w:r>
    </w:p>
    <w:p>
      <w:pPr>
        <w:pStyle w:val="ListParagraph"/>
      </w:pPr>
      <w:r>
        <w:rPr>
          <w:sz w:val="22"/>
        </w:rPr>
        <w:t>A. Giao thông vận tải.</w:t>
      </w:r>
    </w:p>
    <w:p>
      <w:pPr>
        <w:pStyle w:val="ListParagraph"/>
      </w:pPr>
      <w:r>
        <w:rPr>
          <w:sz w:val="22"/>
        </w:rPr>
        <w:t>B. Nông nghiệp.</w:t>
      </w:r>
    </w:p>
    <w:p>
      <w:pPr>
        <w:pStyle w:val="ListParagraph"/>
      </w:pPr>
      <w:r>
        <w:rPr>
          <w:sz w:val="22"/>
        </w:rPr>
        <w:t>C. Công nghiêp.</w:t>
      </w:r>
    </w:p>
    <w:p>
      <w:pPr>
        <w:pStyle w:val="ListParagraph"/>
      </w:pPr>
      <w:r>
        <w:rPr>
          <w:sz w:val="22"/>
        </w:rPr>
        <w:t>D. Du lịch.</w:t>
      </w:r>
    </w:p>
    <w:p/>
    <w:p>
      <w:r>
        <w:rPr>
          <w:b/>
          <w:sz w:val="24"/>
        </w:rPr>
        <w:t>Câu 23: Biện pháp để bảo vệ tài nguyên đất nông nghiệp ở vùng đồng bằng là</w:t>
      </w:r>
    </w:p>
    <w:p>
      <w:pPr>
        <w:pStyle w:val="ListParagraph"/>
      </w:pPr>
      <w:r>
        <w:rPr>
          <w:sz w:val="22"/>
        </w:rPr>
        <w:t>A. áp dụng biện pháp nông - lâm kết hợp.</w:t>
      </w:r>
    </w:p>
    <w:p>
      <w:pPr>
        <w:pStyle w:val="ListParagraph"/>
      </w:pPr>
      <w:r>
        <w:rPr>
          <w:sz w:val="22"/>
        </w:rPr>
        <w:t>B. thực hiện kĩ thuật canh tác trên đất dốc.</w:t>
      </w:r>
    </w:p>
    <w:p>
      <w:pPr>
        <w:pStyle w:val="ListParagraph"/>
      </w:pPr>
      <w:r>
        <w:rPr>
          <w:sz w:val="22"/>
        </w:rPr>
        <w:t>C. tổ chức định canh, định cư cho người dân.</w:t>
      </w:r>
    </w:p>
    <w:p>
      <w:pPr>
        <w:pStyle w:val="ListParagraph"/>
      </w:pPr>
      <w:r>
        <w:rPr>
          <w:sz w:val="22"/>
        </w:rPr>
        <w:t>D. canh tác hợp lí, chống ô nhiễm đất đai.</w:t>
      </w:r>
    </w:p>
    <w:p/>
    <w:p>
      <w:r>
        <w:rPr>
          <w:b/>
          <w:sz w:val="24"/>
        </w:rPr>
        <w:t>Câu 24: Hệ quả của quá trình xâm thực mạnh ở khu vực đồi núi nước ta là quá trình</w:t>
      </w:r>
    </w:p>
    <w:p>
      <w:pPr>
        <w:pStyle w:val="ListParagraph"/>
      </w:pPr>
      <w:r>
        <w:rPr>
          <w:sz w:val="22"/>
        </w:rPr>
        <w:t>A. phong hóa.</w:t>
      </w:r>
    </w:p>
    <w:p>
      <w:pPr>
        <w:pStyle w:val="ListParagraph"/>
      </w:pPr>
      <w:r>
        <w:rPr>
          <w:sz w:val="22"/>
        </w:rPr>
        <w:t>B. rửa trôi.</w:t>
      </w:r>
    </w:p>
    <w:p>
      <w:pPr>
        <w:pStyle w:val="ListParagraph"/>
      </w:pPr>
      <w:r>
        <w:rPr>
          <w:sz w:val="22"/>
        </w:rPr>
        <w:t>C. bóc mòn.</w:t>
      </w:r>
    </w:p>
    <w:p>
      <w:pPr>
        <w:pStyle w:val="ListParagraph"/>
      </w:pPr>
      <w:r>
        <w:rPr>
          <w:sz w:val="22"/>
        </w:rPr>
        <w:t>D. bồi tụ.</w:t>
      </w:r>
    </w:p>
    <w:p/>
    <w:p>
      <w:r>
        <w:rPr>
          <w:b/>
          <w:sz w:val="24"/>
        </w:rPr>
        <w:t>Câu 25: Nước ta nằm trong khu vực hoạt động của gió mùa châu Á nên</w:t>
      </w:r>
    </w:p>
    <w:p>
      <w:pPr>
        <w:pStyle w:val="ListParagraph"/>
      </w:pPr>
      <w:r>
        <w:rPr>
          <w:sz w:val="22"/>
        </w:rPr>
        <w:t>A. khí hậu có sự phân mùa rõ rệt.</w:t>
      </w:r>
    </w:p>
    <w:p>
      <w:pPr>
        <w:pStyle w:val="ListParagraph"/>
      </w:pPr>
      <w:r>
        <w:rPr>
          <w:sz w:val="22"/>
        </w:rPr>
        <w:t>B. nền nhiệt độ quanh năm xuống dưới 0°C.</w:t>
      </w:r>
    </w:p>
    <w:p>
      <w:pPr>
        <w:pStyle w:val="ListParagraph"/>
      </w:pPr>
      <w:r>
        <w:rPr>
          <w:sz w:val="22"/>
        </w:rPr>
        <w:t>C. số giờ nắng trong năm rất ít.</w:t>
      </w:r>
    </w:p>
    <w:p>
      <w:pPr>
        <w:pStyle w:val="ListParagraph"/>
      </w:pPr>
      <w:r>
        <w:rPr>
          <w:sz w:val="22"/>
        </w:rPr>
        <w:t>D. không có hiện tượng mưa ngâu.</w:t>
      </w:r>
    </w:p>
    <w:p/>
    <w:p>
      <w:r>
        <w:rPr>
          <w:b/>
          <w:sz w:val="24"/>
        </w:rPr>
        <w:t>Câu 26: Nửa sau mùa đông, gió mùa Đông Bắc biến tính qua biển thổi vào miền Bắc gây nên thời tiết</w:t>
      </w:r>
    </w:p>
    <w:p>
      <w:pPr>
        <w:pStyle w:val="ListParagraph"/>
      </w:pPr>
      <w:r>
        <w:rPr>
          <w:sz w:val="22"/>
        </w:rPr>
        <w:t>A. lạnh, ẩm và có mưa phùn.</w:t>
      </w:r>
    </w:p>
    <w:p>
      <w:pPr>
        <w:pStyle w:val="ListParagraph"/>
      </w:pPr>
      <w:r>
        <w:rPr>
          <w:sz w:val="22"/>
        </w:rPr>
        <w:t>B. lạnh khô, trời quang mây.</w:t>
      </w:r>
    </w:p>
    <w:p>
      <w:pPr>
        <w:pStyle w:val="ListParagraph"/>
      </w:pPr>
      <w:r>
        <w:rPr>
          <w:sz w:val="22"/>
        </w:rPr>
        <w:t>C. hanh nóng, khô rát.</w:t>
      </w:r>
    </w:p>
    <w:p>
      <w:pPr>
        <w:pStyle w:val="ListParagraph"/>
      </w:pPr>
      <w:r>
        <w:rPr>
          <w:sz w:val="22"/>
        </w:rPr>
        <w:t>D. mưa rào kèm theo dông lốc.</w:t>
      </w:r>
    </w:p>
    <w:p/>
    <w:p>
      <w:r>
        <w:rPr>
          <w:b/>
          <w:sz w:val="24"/>
        </w:rPr>
        <w:t>Câu 27: Gió phơn Tây Nam (gió Lào) hoạt động mạnh nhất ở khu vực nào của nước ta vào đầu mùa hạ?</w:t>
      </w:r>
    </w:p>
    <w:p>
      <w:pPr>
        <w:pStyle w:val="ListParagraph"/>
      </w:pPr>
      <w:r>
        <w:rPr>
          <w:sz w:val="22"/>
        </w:rPr>
        <w:t>A. Dải đồng bằng ven biển Bắc Trung Bộ.</w:t>
      </w:r>
    </w:p>
    <w:p>
      <w:pPr>
        <w:pStyle w:val="ListParagraph"/>
      </w:pPr>
      <w:r>
        <w:rPr>
          <w:sz w:val="22"/>
        </w:rPr>
        <w:t>B. Đồng bằng sông Cửu Long.</w:t>
      </w:r>
    </w:p>
    <w:p>
      <w:pPr>
        <w:pStyle w:val="ListParagraph"/>
      </w:pPr>
      <w:r>
        <w:rPr>
          <w:sz w:val="22"/>
        </w:rPr>
        <w:t>C. Vùng núi cao Đông Bắc.</w:t>
      </w:r>
    </w:p>
    <w:p>
      <w:pPr>
        <w:pStyle w:val="ListParagraph"/>
      </w:pPr>
      <w:r>
        <w:rPr>
          <w:sz w:val="22"/>
        </w:rPr>
        <w:t>D. Đồng bằng sông Hồng.</w:t>
      </w:r>
    </w:p>
    <w:p/>
    <w:p>
      <w:r>
        <w:rPr>
          <w:b/>
          <w:sz w:val="24"/>
        </w:rPr>
        <w:t>Câu 28: Quá trình hình thành đất đặc trưng ở vùng đồi núi nhiệt đới ẩm nước ta là</w:t>
      </w:r>
    </w:p>
    <w:p>
      <w:pPr>
        <w:pStyle w:val="ListParagraph"/>
      </w:pPr>
      <w:r>
        <w:rPr>
          <w:sz w:val="22"/>
        </w:rPr>
        <w:t>A. quá trình feralit.</w:t>
      </w:r>
    </w:p>
    <w:p>
      <w:pPr>
        <w:pStyle w:val="ListParagraph"/>
      </w:pPr>
      <w:r>
        <w:rPr>
          <w:sz w:val="22"/>
        </w:rPr>
        <w:t>B. quá trình glây hóa.</w:t>
      </w:r>
    </w:p>
    <w:p>
      <w:pPr>
        <w:pStyle w:val="ListParagraph"/>
      </w:pPr>
      <w:r>
        <w:rPr>
          <w:sz w:val="22"/>
        </w:rPr>
        <w:t>C. quá trình nhiễm mặn.</w:t>
      </w:r>
    </w:p>
    <w:p>
      <w:pPr>
        <w:pStyle w:val="ListParagraph"/>
      </w:pPr>
      <w:r>
        <w:rPr>
          <w:sz w:val="22"/>
        </w:rPr>
        <w:t>D. quá trình mùn hóa ôn đới.</w:t>
      </w:r>
    </w:p>
    <w:p/>
    <w:p>
      <w:r>
        <w:rPr>
          <w:b/>
          <w:sz w:val="24"/>
        </w:rPr>
        <w:t>Câu 29: Hệ tọa độ địa lí trên đất liền nước ta là</w:t>
      </w:r>
    </w:p>
    <w:p>
      <w:pPr>
        <w:pStyle w:val="ListParagraph"/>
      </w:pPr>
      <w:r>
        <w:rPr>
          <w:sz w:val="22"/>
        </w:rPr>
        <w:t>A. 23°23’B - 8°34’B và 102°09’Đ - 109°20’Đ.</w:t>
      </w:r>
    </w:p>
    <w:p>
      <w:pPr>
        <w:pStyle w:val="ListParagraph"/>
      </w:pPr>
      <w:r>
        <w:rPr>
          <w:sz w:val="22"/>
        </w:rPr>
        <w:t>B. 23°23’B - 8°34’B và 102°09’Đ - 109°28’Đ.</w:t>
      </w:r>
    </w:p>
    <w:p>
      <w:pPr>
        <w:pStyle w:val="ListParagraph"/>
      </w:pPr>
      <w:r>
        <w:rPr>
          <w:sz w:val="22"/>
        </w:rPr>
        <w:t>C. 23°23’B - 8°30’B và 102°09’Đ - 109°28’Đ.</w:t>
      </w:r>
    </w:p>
    <w:p>
      <w:pPr>
        <w:pStyle w:val="ListParagraph"/>
      </w:pPr>
      <w:r>
        <w:rPr>
          <w:sz w:val="22"/>
        </w:rPr>
        <w:t>D. 23°20’B - 8°30’B và 102°09’Đ - 109°28’Đ.</w:t>
      </w:r>
    </w:p>
    <w:p/>
    <w:p>
      <w:r>
        <w:rPr>
          <w:b/>
          <w:sz w:val="24"/>
        </w:rPr>
        <w:t>Câu 30: Hệ sinh thái rừng nguyên sinh đặc trưng cho khí hậu nóng ẩm của nước ta là</w:t>
      </w:r>
    </w:p>
    <w:p>
      <w:pPr>
        <w:pStyle w:val="ListParagraph"/>
      </w:pPr>
      <w:r>
        <w:rPr>
          <w:sz w:val="22"/>
        </w:rPr>
        <w:t>A. rừng rậm nhiệt đới ẩm lá rộng thường xanh.</w:t>
      </w:r>
    </w:p>
    <w:p>
      <w:pPr>
        <w:pStyle w:val="ListParagraph"/>
      </w:pPr>
      <w:r>
        <w:rPr>
          <w:sz w:val="22"/>
        </w:rPr>
        <w:t>B. rừng nhiệt đới gió mùa thường xanh.</w:t>
      </w:r>
    </w:p>
    <w:p>
      <w:pPr>
        <w:pStyle w:val="ListParagraph"/>
      </w:pPr>
      <w:r>
        <w:rPr>
          <w:sz w:val="22"/>
        </w:rPr>
        <w:t>C. rừng thưa nhiệt đới khô rụng lá theo mùa.</w:t>
      </w:r>
    </w:p>
    <w:p>
      <w:pPr>
        <w:pStyle w:val="ListParagraph"/>
      </w:pPr>
      <w:r>
        <w:rPr>
          <w:sz w:val="22"/>
        </w:rPr>
        <w:t>D. rừng nhiệt đới gió mùa nửa rụng lá.</w:t>
      </w:r>
    </w:p>
    <w:p/>
    <w:p>
      <w:r>
        <w:rPr>
          <w:b/>
          <w:sz w:val="24"/>
        </w:rPr>
        <w:t>Câu 31: Nguyên nhân chủ yếu làm cho diện tích rừng nước ta suy giảm nhanh là do</w:t>
      </w:r>
    </w:p>
    <w:p>
      <w:pPr>
        <w:pStyle w:val="ListParagraph"/>
      </w:pPr>
      <w:r>
        <w:rPr>
          <w:sz w:val="22"/>
        </w:rPr>
        <w:t>A. cháy rừng.</w:t>
      </w:r>
    </w:p>
    <w:p>
      <w:pPr>
        <w:pStyle w:val="ListParagraph"/>
      </w:pPr>
      <w:r>
        <w:rPr>
          <w:sz w:val="22"/>
        </w:rPr>
        <w:t>B. khai thác quá mức.</w:t>
      </w:r>
    </w:p>
    <w:p>
      <w:pPr>
        <w:pStyle w:val="ListParagraph"/>
      </w:pPr>
      <w:r>
        <w:rPr>
          <w:sz w:val="22"/>
        </w:rPr>
        <w:t>C. chiến tranh.</w:t>
      </w:r>
    </w:p>
    <w:p>
      <w:pPr>
        <w:pStyle w:val="ListParagraph"/>
      </w:pPr>
      <w:r>
        <w:rPr>
          <w:sz w:val="22"/>
        </w:rPr>
        <w:t>D. trồng rừng chưa hiệu quả.</w:t>
      </w:r>
    </w:p>
    <w:p/>
    <w:p>
      <w:r>
        <w:rPr>
          <w:b/>
          <w:sz w:val="24"/>
        </w:rPr>
        <w:t>Câu 32: Hậu quả của ô nhiễm mỗi trường nước, nhất là ở vùng cửa sông, ven biển là</w:t>
      </w:r>
    </w:p>
    <w:p>
      <w:pPr>
        <w:pStyle w:val="ListParagraph"/>
      </w:pPr>
      <w:r>
        <w:rPr>
          <w:sz w:val="22"/>
        </w:rPr>
        <w:t>A. cạn kiệt dòng chảy.</w:t>
      </w:r>
    </w:p>
    <w:p>
      <w:pPr>
        <w:pStyle w:val="ListParagraph"/>
      </w:pPr>
      <w:r>
        <w:rPr>
          <w:sz w:val="22"/>
        </w:rPr>
        <w:t>B. hải sản giảm sút.</w:t>
      </w:r>
    </w:p>
    <w:p>
      <w:pPr>
        <w:pStyle w:val="ListParagraph"/>
      </w:pPr>
      <w:r>
        <w:rPr>
          <w:sz w:val="22"/>
        </w:rPr>
        <w:t>C. biến đổi khí hậu.</w:t>
      </w:r>
    </w:p>
    <w:p>
      <w:pPr>
        <w:pStyle w:val="ListParagraph"/>
      </w:pPr>
      <w:r>
        <w:rPr>
          <w:sz w:val="22"/>
        </w:rPr>
        <w:t>D. mưa a-xít.</w:t>
      </w:r>
    </w:p>
    <w:p/>
    <w:p>
      <w:r>
        <w:rPr>
          <w:b/>
          <w:sz w:val="24"/>
        </w:rPr>
        <w:t>Câu 33: Khí hậu nhiệt đới ẩm gió mùa tạo điều kiện thuận lợi cho nước ta</w:t>
      </w:r>
    </w:p>
    <w:p>
      <w:pPr>
        <w:pStyle w:val="ListParagraph"/>
      </w:pPr>
      <w:r>
        <w:rPr>
          <w:sz w:val="22"/>
        </w:rPr>
        <w:t>A. phát triển nền nông nghiệp nhiệt đới, đa dạng hóa cây trồng.</w:t>
      </w:r>
    </w:p>
    <w:p>
      <w:pPr>
        <w:pStyle w:val="ListParagraph"/>
      </w:pPr>
      <w:r>
        <w:rPr>
          <w:sz w:val="22"/>
        </w:rPr>
        <w:t>B. bảo quản nông sản sau thu hoạch rất dễ dàng.</w:t>
      </w:r>
    </w:p>
    <w:p>
      <w:pPr>
        <w:pStyle w:val="ListParagraph"/>
      </w:pPr>
      <w:r>
        <w:rPr>
          <w:sz w:val="22"/>
        </w:rPr>
        <w:t>C. loại trừ hoàn toàn các loại sâu bệnh hại cây trồng.</w:t>
      </w:r>
    </w:p>
    <w:p>
      <w:pPr>
        <w:pStyle w:val="ListParagraph"/>
      </w:pPr>
      <w:r>
        <w:rPr>
          <w:sz w:val="22"/>
        </w:rPr>
        <w:t>D. duy trì thời tiết ổn định quanh năm không đổi.</w:t>
      </w:r>
    </w:p>
    <w:p/>
    <w:p>
      <w:r>
        <w:rPr>
          <w:b/>
          <w:sz w:val="24"/>
        </w:rPr>
        <w:t>Câu 34: Chế độ nước sông ngòi Việt Nam diễn biến theo mùa là do</w:t>
      </w:r>
    </w:p>
    <w:p>
      <w:pPr>
        <w:pStyle w:val="ListParagraph"/>
      </w:pPr>
      <w:r>
        <w:rPr>
          <w:sz w:val="22"/>
        </w:rPr>
        <w:t>A. chế độ mưa phân hóa theo mùa.</w:t>
      </w:r>
    </w:p>
    <w:p>
      <w:pPr>
        <w:pStyle w:val="ListParagraph"/>
      </w:pPr>
      <w:r>
        <w:rPr>
          <w:sz w:val="22"/>
        </w:rPr>
        <w:t>B. sự chênh lệch địa hình giữa miền núi và đồng bằng.</w:t>
      </w:r>
    </w:p>
    <w:p>
      <w:pPr>
        <w:pStyle w:val="ListParagraph"/>
      </w:pPr>
      <w:r>
        <w:rPr>
          <w:sz w:val="22"/>
        </w:rPr>
        <w:t>C. sự phân bố của hệ thống hồ chứa thủy điện</w:t>
      </w:r>
    </w:p>
    <w:p>
      <w:pPr>
        <w:pStyle w:val="ListParagraph"/>
      </w:pPr>
      <w:r>
        <w:rPr>
          <w:sz w:val="22"/>
        </w:rPr>
        <w:t>D. tác động của thủy triều từ Biển Đông.</w:t>
      </w:r>
    </w:p>
    <w:p/>
    <w:p>
      <w:r>
        <w:rPr>
          <w:b/>
          <w:sz w:val="24"/>
        </w:rPr>
        <w:t>Câu 35: Rừng cận xích đạo gió mùa là cảnh quan tiêu biểu của vùng lãnh thổ nào?</w:t>
      </w:r>
    </w:p>
    <w:p>
      <w:pPr>
        <w:pStyle w:val="ListParagraph"/>
      </w:pPr>
      <w:r>
        <w:rPr>
          <w:sz w:val="22"/>
        </w:rPr>
        <w:t>A. Phần lãnh thổ phía Nam (từ dãy Bạch Mã trở vào).</w:t>
      </w:r>
    </w:p>
    <w:p>
      <w:pPr>
        <w:pStyle w:val="ListParagraph"/>
      </w:pPr>
      <w:r>
        <w:rPr>
          <w:sz w:val="22"/>
        </w:rPr>
        <w:t>B. Phần lãnh thổ phía Bắc (từ dãy Bạch Mã ra Bắc).</w:t>
      </w:r>
    </w:p>
    <w:p>
      <w:pPr>
        <w:pStyle w:val="ListParagraph"/>
      </w:pPr>
      <w:r>
        <w:rPr>
          <w:sz w:val="22"/>
        </w:rPr>
        <w:t>C. Vùng núi cao Hoàng Liên Sơn.</w:t>
      </w:r>
    </w:p>
    <w:p>
      <w:pPr>
        <w:pStyle w:val="ListParagraph"/>
      </w:pPr>
      <w:r>
        <w:rPr>
          <w:sz w:val="22"/>
        </w:rPr>
        <w:t>D. Đồng bằng Bắc Bộ.</w:t>
      </w:r>
    </w:p>
    <w:p/>
    <w:p>
      <w:r>
        <w:rPr>
          <w:b/>
          <w:sz w:val="24"/>
        </w:rPr>
        <w:t>Câu 36: Sự phân hóa thiên nhiên theo chiều Đông - Tây ở vùng đồi núi nước ta thể hiện rõ giữa</w:t>
      </w:r>
    </w:p>
    <w:p>
      <w:pPr>
        <w:pStyle w:val="ListParagraph"/>
      </w:pPr>
      <w:r>
        <w:rPr>
          <w:sz w:val="22"/>
        </w:rPr>
        <w:t>A. vùng núi Đông Bắc và vùng núi Tây Bắc.</w:t>
      </w:r>
    </w:p>
    <w:p>
      <w:pPr>
        <w:pStyle w:val="ListParagraph"/>
      </w:pPr>
      <w:r>
        <w:rPr>
          <w:sz w:val="22"/>
        </w:rPr>
        <w:t>B. Đồng bằng sông Hồng và Đồng bằng sông Cửu Long.</w:t>
      </w:r>
    </w:p>
    <w:p>
      <w:pPr>
        <w:pStyle w:val="ListParagraph"/>
      </w:pPr>
      <w:r>
        <w:rPr>
          <w:sz w:val="22"/>
        </w:rPr>
        <w:t>C. miền Bắc và miền Nam.</w:t>
      </w:r>
    </w:p>
    <w:p>
      <w:pPr>
        <w:pStyle w:val="ListParagraph"/>
      </w:pPr>
      <w:r>
        <w:rPr>
          <w:sz w:val="22"/>
        </w:rPr>
        <w:t>D. dải đồng bằng ven biển và vùng biển sâu.</w:t>
      </w:r>
    </w:p>
    <w:p/>
    <w:p>
      <w:r>
        <w:rPr>
          <w:b/>
          <w:sz w:val="24"/>
        </w:rPr>
        <w:t>Câu 37: Đai cao ôn đới gió mùa trên núi nước ta chỉ xuất hiện ở độ cao từ</w:t>
      </w:r>
    </w:p>
    <w:p>
      <w:pPr>
        <w:pStyle w:val="ListParagraph"/>
      </w:pPr>
      <w:r>
        <w:rPr>
          <w:sz w:val="22"/>
        </w:rPr>
        <w:t>A. 2600 m trở lên (ở dãy Hoàng Liên Sơn).</w:t>
      </w:r>
    </w:p>
    <w:p>
      <w:pPr>
        <w:pStyle w:val="ListParagraph"/>
      </w:pPr>
      <w:r>
        <w:rPr>
          <w:sz w:val="22"/>
        </w:rPr>
        <w:t>B. 600 m trở lên.</w:t>
      </w:r>
    </w:p>
    <w:p>
      <w:pPr>
        <w:pStyle w:val="ListParagraph"/>
      </w:pPr>
      <w:r>
        <w:rPr>
          <w:sz w:val="22"/>
        </w:rPr>
        <w:t>C. 1000 m trở lên.</w:t>
      </w:r>
    </w:p>
    <w:p>
      <w:pPr>
        <w:pStyle w:val="ListParagraph"/>
      </w:pPr>
      <w:r>
        <w:rPr>
          <w:sz w:val="22"/>
        </w:rPr>
        <w:t>D. 1500 m trở lên.</w:t>
      </w:r>
    </w:p>
    <w:p/>
    <w:p>
      <w:r>
        <w:rPr>
          <w:b/>
          <w:sz w:val="24"/>
        </w:rPr>
        <w:t>Câu 38: Sự phân hóa thiên nhiên của vùng biển - thềm lục địa, vùng đồng bằng ven biển và vùng đồi núi là biểu hiện của sự phân hóa theo chiều</w:t>
      </w:r>
    </w:p>
    <w:p>
      <w:pPr>
        <w:pStyle w:val="ListParagraph"/>
      </w:pPr>
      <w:r>
        <w:rPr>
          <w:sz w:val="22"/>
        </w:rPr>
        <w:t>A. Bắc - Nam.</w:t>
      </w:r>
    </w:p>
    <w:p>
      <w:pPr>
        <w:pStyle w:val="ListParagraph"/>
      </w:pPr>
      <w:r>
        <w:rPr>
          <w:sz w:val="22"/>
        </w:rPr>
        <w:t>B. Tây - Đông.</w:t>
      </w:r>
    </w:p>
    <w:p>
      <w:pPr>
        <w:pStyle w:val="ListParagraph"/>
      </w:pPr>
      <w:r>
        <w:rPr>
          <w:sz w:val="22"/>
        </w:rPr>
        <w:t>C. Độ cao.</w:t>
      </w:r>
    </w:p>
    <w:p>
      <w:pPr>
        <w:pStyle w:val="ListParagraph"/>
      </w:pPr>
      <w:r>
        <w:rPr>
          <w:sz w:val="22"/>
        </w:rPr>
        <w:t>D. Đông - Tây.</w:t>
      </w:r>
    </w:p>
    <w:p/>
    <w:p>
      <w:r>
        <w:rPr>
          <w:b/>
          <w:sz w:val="24"/>
        </w:rPr>
        <w:t>Câu 39: Gió mùa đông bắc thổi vào nước ta theo hướng</w:t>
      </w:r>
    </w:p>
    <w:p>
      <w:pPr>
        <w:pStyle w:val="ListParagraph"/>
      </w:pPr>
      <w:r>
        <w:rPr>
          <w:sz w:val="22"/>
        </w:rPr>
        <w:t>A. đông bắc.</w:t>
      </w:r>
    </w:p>
    <w:p>
      <w:pPr>
        <w:pStyle w:val="ListParagraph"/>
      </w:pPr>
      <w:r>
        <w:rPr>
          <w:sz w:val="22"/>
        </w:rPr>
        <w:t>B. tây bắc.</w:t>
      </w:r>
    </w:p>
    <w:p>
      <w:pPr>
        <w:pStyle w:val="ListParagraph"/>
      </w:pPr>
      <w:r>
        <w:rPr>
          <w:sz w:val="22"/>
        </w:rPr>
        <w:t>C. tây nam.</w:t>
      </w:r>
    </w:p>
    <w:p>
      <w:pPr>
        <w:pStyle w:val="ListParagraph"/>
      </w:pPr>
      <w:r>
        <w:rPr>
          <w:sz w:val="22"/>
        </w:rPr>
        <w:t>D. đông nam.</w:t>
      </w:r>
    </w:p>
    <w:p/>
    <w:p>
      <w:r>
        <w:rPr>
          <w:b/>
          <w:sz w:val="24"/>
        </w:rPr>
        <w:t>Câu 40: Thành phần loài chiếm ưu thế ở phần lãnh thổ phía Bắc nước ta là</w:t>
      </w:r>
    </w:p>
    <w:p>
      <w:pPr>
        <w:pStyle w:val="ListParagraph"/>
      </w:pPr>
      <w:r>
        <w:rPr>
          <w:sz w:val="22"/>
        </w:rPr>
        <w:t>A. động thực vật nhiệt đới.</w:t>
      </w:r>
    </w:p>
    <w:p>
      <w:pPr>
        <w:pStyle w:val="ListParagraph"/>
      </w:pPr>
      <w:r>
        <w:rPr>
          <w:sz w:val="22"/>
        </w:rPr>
        <w:t>B. cây lá kim và thú có lông dày.</w:t>
      </w:r>
    </w:p>
    <w:p>
      <w:pPr>
        <w:pStyle w:val="ListParagraph"/>
      </w:pPr>
      <w:r>
        <w:rPr>
          <w:sz w:val="22"/>
        </w:rPr>
        <w:t>C. cây chịu hạn, rụng lá theo mùa.</w:t>
      </w:r>
    </w:p>
    <w:p>
      <w:pPr>
        <w:pStyle w:val="ListParagraph"/>
      </w:pPr>
      <w:r>
        <w:rPr>
          <w:sz w:val="22"/>
        </w:rPr>
        <w:t>D. động thực vật cận nhiệt đới.</w:t>
      </w:r>
    </w:p>
    <w:p/>
    <w:p>
      <w:r>
        <w:rPr>
          <w:b/>
          <w:sz w:val="24"/>
        </w:rPr>
        <w:t>Câu 41: Tính đa dạng sinh học cao thể hiện ở</w:t>
      </w:r>
    </w:p>
    <w:p>
      <w:pPr>
        <w:pStyle w:val="ListParagraph"/>
      </w:pPr>
      <w:r>
        <w:rPr>
          <w:sz w:val="22"/>
        </w:rPr>
        <w:t>A. sự phân bố sinh vật.</w:t>
      </w:r>
    </w:p>
    <w:p>
      <w:pPr>
        <w:pStyle w:val="ListParagraph"/>
      </w:pPr>
      <w:r>
        <w:rPr>
          <w:sz w:val="22"/>
        </w:rPr>
        <w:t>B. diện tích rừng lớn.</w:t>
      </w:r>
    </w:p>
    <w:p>
      <w:pPr>
        <w:pStyle w:val="ListParagraph"/>
      </w:pPr>
      <w:r>
        <w:rPr>
          <w:sz w:val="22"/>
        </w:rPr>
        <w:t>C. sự phát triển của sinh vật.</w:t>
      </w:r>
    </w:p>
    <w:p>
      <w:pPr>
        <w:pStyle w:val="ListParagraph"/>
      </w:pPr>
      <w:r>
        <w:rPr>
          <w:sz w:val="22"/>
        </w:rPr>
        <w:t>D. nguồn gen quý hiếm.</w:t>
      </w:r>
    </w:p>
    <w:p/>
    <w:p>
      <w:r>
        <w:rPr>
          <w:b/>
          <w:sz w:val="24"/>
        </w:rPr>
        <w:t>Câu 42: Ở miền Nam, đai nhiệt đới gió mùa chân núi lên đến độ cao khoảng</w:t>
      </w:r>
    </w:p>
    <w:p>
      <w:pPr>
        <w:pStyle w:val="ListParagraph"/>
      </w:pPr>
      <w:r>
        <w:rPr>
          <w:sz w:val="22"/>
        </w:rPr>
        <w:t>A. 900 - 1000 m.</w:t>
      </w:r>
    </w:p>
    <w:p>
      <w:pPr>
        <w:pStyle w:val="ListParagraph"/>
      </w:pPr>
      <w:r>
        <w:rPr>
          <w:sz w:val="22"/>
        </w:rPr>
        <w:t>B. 600 - 700 m.</w:t>
      </w:r>
    </w:p>
    <w:p>
      <w:pPr>
        <w:pStyle w:val="ListParagraph"/>
      </w:pPr>
      <w:r>
        <w:rPr>
          <w:sz w:val="22"/>
        </w:rPr>
        <w:t>C. 2600 m.</w:t>
      </w:r>
    </w:p>
    <w:p>
      <w:pPr>
        <w:pStyle w:val="ListParagraph"/>
      </w:pPr>
      <w:r>
        <w:rPr>
          <w:sz w:val="22"/>
        </w:rPr>
        <w:t>D. 3000 m.</w:t>
      </w:r>
    </w:p>
    <w:p/>
    <w:p>
      <w:r>
        <w:rPr>
          <w:b/>
          <w:sz w:val="24"/>
        </w:rPr>
        <w:t>Câu 43: Sự suy giảm đa dạng sinh học ở nước ta thể hiện rõ nhất ở sự giảm sút</w:t>
      </w:r>
    </w:p>
    <w:p>
      <w:pPr>
        <w:pStyle w:val="ListParagraph"/>
      </w:pPr>
      <w:r>
        <w:rPr>
          <w:sz w:val="22"/>
        </w:rPr>
        <w:t>A. số lượng thành phần loài, hệ sinh thái và nguồn gen quý hiếm.</w:t>
      </w:r>
    </w:p>
    <w:p>
      <w:pPr>
        <w:pStyle w:val="ListParagraph"/>
      </w:pPr>
      <w:r>
        <w:rPr>
          <w:sz w:val="22"/>
        </w:rPr>
        <w:t>B. diện tích đất nông nghiệp ở vùng đồng bằng.</w:t>
      </w:r>
    </w:p>
    <w:p>
      <w:pPr>
        <w:pStyle w:val="ListParagraph"/>
      </w:pPr>
      <w:r>
        <w:rPr>
          <w:sz w:val="22"/>
        </w:rPr>
        <w:t>C. độ mặn của nước biển ở vùng cửa sông.</w:t>
      </w:r>
    </w:p>
    <w:p>
      <w:pPr>
        <w:pStyle w:val="ListParagraph"/>
      </w:pPr>
      <w:r>
        <w:rPr>
          <w:sz w:val="22"/>
        </w:rPr>
        <w:t>D. lượng mưa trung bình hàng năm trên toàn quốc.</w:t>
      </w:r>
    </w:p>
    <w:p/>
    <w:p>
      <w:r>
        <w:rPr>
          <w:b/>
          <w:sz w:val="24"/>
        </w:rPr>
        <w:t>Câu 44: Biện pháp hiệu quả nhất để chống xói mòn trên đất dốc vùng đồi núi là</w:t>
      </w:r>
    </w:p>
    <w:p>
      <w:pPr>
        <w:pStyle w:val="ListParagraph"/>
      </w:pPr>
      <w:r>
        <w:rPr>
          <w:sz w:val="22"/>
        </w:rPr>
        <w:t>A. áp dụng mô hình nông - lâm kết hợp, làm ruộng bậc thang.</w:t>
      </w:r>
    </w:p>
    <w:p>
      <w:pPr>
        <w:pStyle w:val="ListParagraph"/>
      </w:pPr>
      <w:r>
        <w:rPr>
          <w:sz w:val="22"/>
        </w:rPr>
        <w:t>B. khai hoang triệt để diện tích rừng còn lại.</w:t>
      </w:r>
    </w:p>
    <w:p>
      <w:pPr>
        <w:pStyle w:val="ListParagraph"/>
      </w:pPr>
      <w:r>
        <w:rPr>
          <w:sz w:val="22"/>
        </w:rPr>
        <w:t>C. tăng cường bón phân hóa học và thuốc trừ sâu.</w:t>
      </w:r>
    </w:p>
    <w:p>
      <w:pPr>
        <w:pStyle w:val="ListParagraph"/>
      </w:pPr>
      <w:r>
        <w:rPr>
          <w:sz w:val="22"/>
        </w:rPr>
        <w:t>D. đắp đê ngăn lũ ở hạ lưu các con sông.</w:t>
      </w:r>
    </w:p>
    <w:p/>
    <w:p>
      <w:r>
        <w:rPr>
          <w:b/>
          <w:sz w:val="24"/>
        </w:rPr>
        <w:t>Câu 45: Phát biểu nào sau đây không đúng với đặc điểm sông ngòi nước ta?</w:t>
      </w:r>
    </w:p>
    <w:p>
      <w:pPr>
        <w:pStyle w:val="ListParagraph"/>
      </w:pPr>
      <w:r>
        <w:rPr>
          <w:sz w:val="22"/>
        </w:rPr>
        <w:t>A. Giàu phù sa.</w:t>
      </w:r>
    </w:p>
    <w:p>
      <w:pPr>
        <w:pStyle w:val="ListParagraph"/>
      </w:pPr>
      <w:r>
        <w:rPr>
          <w:sz w:val="22"/>
        </w:rPr>
        <w:t>B. Dày đặc.</w:t>
      </w:r>
    </w:p>
    <w:p>
      <w:pPr>
        <w:pStyle w:val="ListParagraph"/>
      </w:pPr>
      <w:r>
        <w:rPr>
          <w:sz w:val="22"/>
        </w:rPr>
        <w:t>C. Thủy chế theo mùa.</w:t>
      </w:r>
    </w:p>
    <w:p>
      <w:pPr>
        <w:pStyle w:val="ListParagraph"/>
      </w:pPr>
      <w:r>
        <w:rPr>
          <w:sz w:val="22"/>
        </w:rPr>
        <w:t>D. Ít nước.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D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