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Địa lý - Điểm cực Nam phần đất liền nước ta thuộc tỉnh/thàn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Điểm cực Nam phần đất liền nước ta thuộc tỉnh/thành nào dưới đây?</w:t>
      </w:r>
    </w:p>
    <w:p>
      <w:pPr>
        <w:pStyle w:val="ListParagraph"/>
      </w:pPr>
      <w:r>
        <w:rPr>
          <w:sz w:val="22"/>
        </w:rPr>
        <w:t>A. Kiên Giang.</w:t>
      </w:r>
    </w:p>
    <w:p>
      <w:pPr>
        <w:pStyle w:val="ListParagraph"/>
      </w:pPr>
      <w:r>
        <w:rPr>
          <w:sz w:val="22"/>
        </w:rPr>
        <w:t>B. Cà Mau.</w:t>
      </w:r>
    </w:p>
    <w:p>
      <w:pPr>
        <w:pStyle w:val="ListParagraph"/>
      </w:pPr>
      <w:r>
        <w:rPr>
          <w:sz w:val="22"/>
        </w:rPr>
        <w:t>C. An Giang.</w:t>
      </w:r>
    </w:p>
    <w:p>
      <w:pPr>
        <w:pStyle w:val="ListParagraph"/>
      </w:pPr>
      <w:r>
        <w:rPr>
          <w:sz w:val="22"/>
        </w:rPr>
        <w:t>D. Bạc Liêu.</w:t>
      </w:r>
    </w:p>
    <w:p/>
    <w:p>
      <w:r>
        <w:rPr>
          <w:b/>
          <w:sz w:val="24"/>
        </w:rPr>
        <w:t>Câu 2: Lãnh thổ toàn vẹn của nước ta bao gồm</w:t>
      </w:r>
    </w:p>
    <w:p>
      <w:pPr>
        <w:pStyle w:val="ListParagraph"/>
      </w:pPr>
      <w:r>
        <w:rPr>
          <w:sz w:val="22"/>
        </w:rPr>
        <w:t>A. vùng đất, vùng biển và vùng trời.</w:t>
      </w:r>
    </w:p>
    <w:p>
      <w:pPr>
        <w:pStyle w:val="ListParagraph"/>
      </w:pPr>
      <w:r>
        <w:rPr>
          <w:sz w:val="22"/>
        </w:rPr>
        <w:t>B. vùng biển, vùng trời và quần đảo.</w:t>
      </w:r>
    </w:p>
    <w:p>
      <w:pPr>
        <w:pStyle w:val="ListParagraph"/>
      </w:pPr>
      <w:r>
        <w:rPr>
          <w:sz w:val="22"/>
        </w:rPr>
        <w:t>C. đất liền, vùng biển và các hải đảo.</w:t>
      </w:r>
    </w:p>
    <w:p>
      <w:pPr>
        <w:pStyle w:val="ListParagraph"/>
      </w:pPr>
      <w:r>
        <w:rPr>
          <w:sz w:val="22"/>
        </w:rPr>
        <w:t>D. phần đất liền, hải đảo và vùng trời.</w:t>
      </w:r>
    </w:p>
    <w:p/>
    <w:p>
      <w:r>
        <w:rPr>
          <w:b/>
          <w:sz w:val="24"/>
        </w:rPr>
        <w:t>Câu 3: Đất liền nước ta nằm hoàn toàn trong vùng nội chí tuyến bán cầu Bắc nên có</w:t>
      </w:r>
    </w:p>
    <w:p>
      <w:pPr>
        <w:pStyle w:val="ListParagraph"/>
      </w:pPr>
      <w:r>
        <w:rPr>
          <w:sz w:val="22"/>
        </w:rPr>
        <w:t>A. số giờ nắng nhiều.</w:t>
      </w:r>
    </w:p>
    <w:p>
      <w:pPr>
        <w:pStyle w:val="ListParagraph"/>
      </w:pPr>
      <w:r>
        <w:rPr>
          <w:sz w:val="22"/>
        </w:rPr>
        <w:t>B. nhiều sông ngòi nhỏ.</w:t>
      </w:r>
    </w:p>
    <w:p>
      <w:pPr>
        <w:pStyle w:val="ListParagraph"/>
      </w:pPr>
      <w:r>
        <w:rPr>
          <w:sz w:val="22"/>
        </w:rPr>
        <w:t>C. nhiều loại thổ nhưỡng.</w:t>
      </w:r>
    </w:p>
    <w:p>
      <w:pPr>
        <w:pStyle w:val="ListParagraph"/>
      </w:pPr>
      <w:r>
        <w:rPr>
          <w:sz w:val="22"/>
        </w:rPr>
        <w:t>D. khoáng sản đa dạng.</w:t>
      </w:r>
    </w:p>
    <w:p/>
    <w:p>
      <w:r>
        <w:rPr>
          <w:b/>
          <w:sz w:val="24"/>
        </w:rPr>
        <w:t>Câu 4: Điểm cực Bắc của nước ta thuộc địa phận tỉnh</w:t>
      </w:r>
    </w:p>
    <w:p>
      <w:pPr>
        <w:pStyle w:val="ListParagraph"/>
      </w:pPr>
      <w:r>
        <w:rPr>
          <w:sz w:val="22"/>
        </w:rPr>
        <w:t>A. Điện Biên.</w:t>
      </w:r>
    </w:p>
    <w:p>
      <w:pPr>
        <w:pStyle w:val="ListParagraph"/>
      </w:pPr>
      <w:r>
        <w:rPr>
          <w:sz w:val="22"/>
        </w:rPr>
        <w:t>B. Khánh Hoà.</w:t>
      </w:r>
    </w:p>
    <w:p>
      <w:pPr>
        <w:pStyle w:val="ListParagraph"/>
      </w:pPr>
      <w:r>
        <w:rPr>
          <w:sz w:val="22"/>
        </w:rPr>
        <w:t>C. Cà Mau.</w:t>
      </w:r>
    </w:p>
    <w:p>
      <w:pPr>
        <w:pStyle w:val="ListParagraph"/>
      </w:pPr>
      <w:r>
        <w:rPr>
          <w:sz w:val="22"/>
        </w:rPr>
        <w:t>D. Tuyên Quang.</w:t>
      </w:r>
    </w:p>
    <w:p/>
    <w:p>
      <w:r>
        <w:rPr>
          <w:b/>
          <w:sz w:val="24"/>
        </w:rPr>
        <w:t>Câu 5: Vùng biển có chiều rộng khoảng 200 hải lí tính từ đường cơ sở ra phía biển của nước ta là vùng</w:t>
      </w:r>
    </w:p>
    <w:p>
      <w:pPr>
        <w:pStyle w:val="ListParagraph"/>
      </w:pPr>
      <w:r>
        <w:rPr>
          <w:sz w:val="22"/>
        </w:rPr>
        <w:t>A. thềm lục địa.</w:t>
      </w:r>
    </w:p>
    <w:p>
      <w:pPr>
        <w:pStyle w:val="ListParagraph"/>
      </w:pPr>
      <w:r>
        <w:rPr>
          <w:sz w:val="22"/>
        </w:rPr>
        <w:t>B. lãnh hải.</w:t>
      </w:r>
    </w:p>
    <w:p>
      <w:pPr>
        <w:pStyle w:val="ListParagraph"/>
      </w:pPr>
      <w:r>
        <w:rPr>
          <w:sz w:val="22"/>
        </w:rPr>
        <w:t>C. đặc quyền kinh tế.</w:t>
      </w:r>
    </w:p>
    <w:p>
      <w:pPr>
        <w:pStyle w:val="ListParagraph"/>
      </w:pPr>
      <w:r>
        <w:rPr>
          <w:sz w:val="22"/>
        </w:rPr>
        <w:t>D. tiếp giáp lãnh hải.</w:t>
      </w:r>
    </w:p>
    <w:p/>
    <w:p>
      <w:r>
        <w:rPr>
          <w:b/>
          <w:sz w:val="24"/>
        </w:rPr>
        <w:t>Câu 6: Nước ta nhận được lượng bức xạ mặt trời lớn, nhiệt độ trung bình năm cao là do</w:t>
      </w:r>
    </w:p>
    <w:p>
      <w:pPr>
        <w:pStyle w:val="ListParagraph"/>
      </w:pPr>
      <w:r>
        <w:rPr>
          <w:sz w:val="22"/>
        </w:rPr>
        <w:t>A. vị trí nằm trong vùng nội chí tuyến.</w:t>
      </w:r>
    </w:p>
    <w:p>
      <w:pPr>
        <w:pStyle w:val="ListParagraph"/>
      </w:pPr>
      <w:r>
        <w:rPr>
          <w:sz w:val="22"/>
        </w:rPr>
        <w:t>B. lãnh thổ kéo dài nhiều vĩ độ.</w:t>
      </w:r>
    </w:p>
    <w:p>
      <w:pPr>
        <w:pStyle w:val="ListParagraph"/>
      </w:pPr>
      <w:r>
        <w:rPr>
          <w:sz w:val="22"/>
        </w:rPr>
        <w:t>C. vị trí giáp với biển ở phía đông.</w:t>
      </w:r>
    </w:p>
    <w:p>
      <w:pPr>
        <w:pStyle w:val="ListParagraph"/>
      </w:pPr>
      <w:r>
        <w:rPr>
          <w:sz w:val="22"/>
        </w:rPr>
        <w:t>D. vị trí nằm trong khu vực chịu ảnh hưởng của Tín phong.</w:t>
      </w:r>
    </w:p>
    <w:p/>
    <w:p>
      <w:r>
        <w:rPr>
          <w:b/>
          <w:sz w:val="24"/>
        </w:rPr>
        <w:t>Câu 7: Vùng đất của nước ta</w:t>
      </w:r>
    </w:p>
    <w:p>
      <w:pPr>
        <w:pStyle w:val="ListParagraph"/>
      </w:pPr>
      <w:r>
        <w:rPr>
          <w:sz w:val="22"/>
        </w:rPr>
        <w:t>A. lớn hơn vùng biển nhiều lần.</w:t>
      </w:r>
    </w:p>
    <w:p>
      <w:pPr>
        <w:pStyle w:val="ListParagraph"/>
      </w:pPr>
      <w:r>
        <w:rPr>
          <w:sz w:val="22"/>
        </w:rPr>
        <w:t>B. thu hẹp theo chiều bắc - nam.</w:t>
      </w:r>
    </w:p>
    <w:p>
      <w:pPr>
        <w:pStyle w:val="ListParagraph"/>
      </w:pPr>
      <w:r>
        <w:rPr>
          <w:sz w:val="22"/>
        </w:rPr>
        <w:t>C. chỉ giáp biển về phía đông.</w:t>
      </w:r>
    </w:p>
    <w:p>
      <w:pPr>
        <w:pStyle w:val="ListParagraph"/>
      </w:pPr>
      <w:r>
        <w:rPr>
          <w:sz w:val="22"/>
        </w:rPr>
        <w:t>D. gồm phần đất liền và hải đảo.</w:t>
      </w:r>
    </w:p>
    <w:p/>
    <w:p>
      <w:r>
        <w:rPr>
          <w:b/>
          <w:sz w:val="24"/>
        </w:rPr>
        <w:t>Câu 8: Vùng đất của Việt Nam gồm toàn bộ phần đất liền và các</w:t>
      </w:r>
    </w:p>
    <w:p>
      <w:pPr>
        <w:pStyle w:val="ListParagraph"/>
      </w:pPr>
      <w:r>
        <w:rPr>
          <w:sz w:val="22"/>
        </w:rPr>
        <w:t>A. hải đảo.</w:t>
      </w:r>
    </w:p>
    <w:p>
      <w:pPr>
        <w:pStyle w:val="ListParagraph"/>
      </w:pPr>
      <w:r>
        <w:rPr>
          <w:sz w:val="22"/>
        </w:rPr>
        <w:t>B. đảo ven bờ.</w:t>
      </w:r>
    </w:p>
    <w:p>
      <w:pPr>
        <w:pStyle w:val="ListParagraph"/>
      </w:pPr>
      <w:r>
        <w:rPr>
          <w:sz w:val="22"/>
        </w:rPr>
        <w:t>C. đảo xa bờ.</w:t>
      </w:r>
    </w:p>
    <w:p>
      <w:pPr>
        <w:pStyle w:val="ListParagraph"/>
      </w:pPr>
      <w:r>
        <w:rPr>
          <w:sz w:val="22"/>
        </w:rPr>
        <w:t>D. quần đảo.</w:t>
      </w:r>
    </w:p>
    <w:p/>
    <w:p>
      <w:r>
        <w:rPr>
          <w:b/>
          <w:sz w:val="24"/>
        </w:rPr>
        <w:t>Câu 9: Quốc gia nào sau đây không có đường biên giới trên đất liền với Việt Nam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Lào.</w:t>
      </w:r>
    </w:p>
    <w:p>
      <w:pPr>
        <w:pStyle w:val="ListParagraph"/>
      </w:pPr>
      <w:r>
        <w:rPr>
          <w:sz w:val="22"/>
        </w:rPr>
        <w:t>C. Thái Lan.</w:t>
      </w:r>
    </w:p>
    <w:p>
      <w:pPr>
        <w:pStyle w:val="ListParagraph"/>
      </w:pPr>
      <w:r>
        <w:rPr>
          <w:sz w:val="22"/>
        </w:rPr>
        <w:t>D. Campuchia.</w:t>
      </w:r>
    </w:p>
    <w:p/>
    <w:p>
      <w:r>
        <w:rPr>
          <w:b/>
          <w:sz w:val="24"/>
        </w:rPr>
        <w:t>Câu 10: Vùng nước biển nằm phía trong đường nước cơ sở được gọi là vùng</w:t>
      </w:r>
    </w:p>
    <w:p>
      <w:pPr>
        <w:pStyle w:val="ListParagraph"/>
      </w:pPr>
      <w:r>
        <w:rPr>
          <w:sz w:val="22"/>
        </w:rPr>
        <w:t>A. lãnh hải.</w:t>
      </w:r>
    </w:p>
    <w:p>
      <w:pPr>
        <w:pStyle w:val="ListParagraph"/>
      </w:pPr>
      <w:r>
        <w:rPr>
          <w:sz w:val="22"/>
        </w:rPr>
        <w:t>B. nội thủy.</w:t>
      </w:r>
    </w:p>
    <w:p>
      <w:pPr>
        <w:pStyle w:val="ListParagraph"/>
      </w:pPr>
      <w:r>
        <w:rPr>
          <w:sz w:val="22"/>
        </w:rPr>
        <w:t>C. đặc quyền kinh tế.</w:t>
      </w:r>
    </w:p>
    <w:p>
      <w:pPr>
        <w:pStyle w:val="ListParagraph"/>
      </w:pPr>
      <w:r>
        <w:rPr>
          <w:sz w:val="22"/>
        </w:rPr>
        <w:t>D. tiếp giáp lãnh hải.</w:t>
      </w:r>
    </w:p>
    <w:p/>
    <w:p>
      <w:r>
        <w:rPr>
          <w:b/>
          <w:sz w:val="24"/>
        </w:rPr>
        <w:t>Câu 11: Tài nguyên sinh vật và khoáng sản của nước ta rất đa dạng là do</w:t>
      </w:r>
    </w:p>
    <w:p>
      <w:pPr>
        <w:pStyle w:val="ListParagraph"/>
      </w:pPr>
      <w:r>
        <w:rPr>
          <w:sz w:val="22"/>
        </w:rPr>
        <w:t>A. nằm gần nơi giao nhau của hai vành đai sinh khoáng lớn, trên đường di cư của nhiều loài sinh vật.</w:t>
      </w:r>
    </w:p>
    <w:p>
      <w:pPr>
        <w:pStyle w:val="ListParagraph"/>
      </w:pPr>
      <w:r>
        <w:rPr>
          <w:sz w:val="22"/>
        </w:rPr>
        <w:t>B. nằm trong vùng nội chí tuyến của bán cầu Bắc, trong khu vực gió mùa châu Á.</w:t>
      </w:r>
    </w:p>
    <w:p>
      <w:pPr>
        <w:pStyle w:val="ListParagraph"/>
      </w:pPr>
      <w:r>
        <w:rPr>
          <w:sz w:val="22"/>
        </w:rPr>
        <w:t>C. các vận động tạo núi diễn ra liên tục ở giai đoạn Tân kiến tạo.</w:t>
      </w:r>
    </w:p>
    <w:p>
      <w:pPr>
        <w:pStyle w:val="ListParagraph"/>
      </w:pPr>
      <w:r>
        <w:rPr>
          <w:sz w:val="22"/>
        </w:rPr>
        <w:t>D. lãnh thổ hẹp ngang, trải dài trên nhiều vĩ độ, tiếp giáp với vùng biển rộng lớn.</w:t>
      </w:r>
    </w:p>
    <w:p/>
    <w:p>
      <w:r>
        <w:rPr>
          <w:b/>
          <w:sz w:val="24"/>
        </w:rPr>
        <w:t>Câu 12: Tổng số giờ nắng trong năm nhiều và nhiệt độ trung bình năm cao là biểu hiện</w:t>
      </w:r>
    </w:p>
    <w:p>
      <w:pPr>
        <w:pStyle w:val="ListParagraph"/>
      </w:pPr>
      <w:r>
        <w:rPr>
          <w:sz w:val="22"/>
        </w:rPr>
        <w:t>A. tính chất nhiệt đới của khí hậu nước ta.</w:t>
      </w:r>
    </w:p>
    <w:p>
      <w:pPr>
        <w:pStyle w:val="ListParagraph"/>
      </w:pPr>
      <w:r>
        <w:rPr>
          <w:sz w:val="22"/>
        </w:rPr>
        <w:t>B. của sự thay đổi thời tiết trong năm.</w:t>
      </w:r>
    </w:p>
    <w:p>
      <w:pPr>
        <w:pStyle w:val="ListParagraph"/>
      </w:pPr>
      <w:r>
        <w:rPr>
          <w:sz w:val="22"/>
        </w:rPr>
        <w:t>C. tính chất gió mùa của khí hậu nước ta.</w:t>
      </w:r>
    </w:p>
    <w:p>
      <w:pPr>
        <w:pStyle w:val="ListParagraph"/>
      </w:pPr>
      <w:r>
        <w:rPr>
          <w:sz w:val="22"/>
        </w:rPr>
        <w:t>D. tính chất ẩm của khí hậu nước ta.</w:t>
      </w:r>
    </w:p>
    <w:p/>
    <w:p>
      <w:r>
        <w:rPr>
          <w:b/>
          <w:sz w:val="24"/>
        </w:rPr>
        <w:t>Câu 13: Biểu hiện tính chất ẩm của khí hậu nước ta là</w:t>
      </w:r>
    </w:p>
    <w:p>
      <w:pPr>
        <w:pStyle w:val="ListParagraph"/>
      </w:pPr>
      <w:r>
        <w:rPr>
          <w:sz w:val="22"/>
        </w:rPr>
        <w:t>A. cân bằng ẩm trong năm luôn âm.</w:t>
      </w:r>
    </w:p>
    <w:p>
      <w:pPr>
        <w:pStyle w:val="ListParagraph"/>
      </w:pPr>
      <w:r>
        <w:rPr>
          <w:sz w:val="22"/>
        </w:rPr>
        <w:t>B. tổng lượng mưa trong năm nhỏ.</w:t>
      </w:r>
    </w:p>
    <w:p>
      <w:pPr>
        <w:pStyle w:val="ListParagraph"/>
      </w:pPr>
      <w:r>
        <w:rPr>
          <w:sz w:val="22"/>
        </w:rPr>
        <w:t>C. độ ẩm không khí trong năm cao.</w:t>
      </w:r>
    </w:p>
    <w:p>
      <w:pPr>
        <w:pStyle w:val="ListParagraph"/>
      </w:pPr>
      <w:r>
        <w:rPr>
          <w:sz w:val="22"/>
        </w:rPr>
        <w:t>D. độ ẩm không khí trong năm thấp.</w:t>
      </w:r>
    </w:p>
    <w:p/>
    <w:p>
      <w:r>
        <w:rPr>
          <w:b/>
          <w:sz w:val="24"/>
        </w:rPr>
        <w:t>Câu 14: Nguyên nhân tạo nên sự phân hoá mùa trong chế độ khí hậu ở nước ta là</w:t>
      </w:r>
    </w:p>
    <w:p>
      <w:pPr>
        <w:pStyle w:val="ListParagraph"/>
      </w:pPr>
      <w:r>
        <w:rPr>
          <w:sz w:val="22"/>
        </w:rPr>
        <w:t>A. lãnh thổ nước ta kéo dài nhiều vĩ độ.</w:t>
      </w:r>
    </w:p>
    <w:p>
      <w:pPr>
        <w:pStyle w:val="ListParagraph"/>
      </w:pPr>
      <w:r>
        <w:rPr>
          <w:sz w:val="22"/>
        </w:rPr>
        <w:t>B. hoạt động của gió mùa.</w:t>
      </w:r>
    </w:p>
    <w:p>
      <w:pPr>
        <w:pStyle w:val="ListParagraph"/>
      </w:pPr>
      <w:r>
        <w:rPr>
          <w:sz w:val="22"/>
        </w:rPr>
        <w:t>C. hoạt động của gió Tây khô nóng.</w:t>
      </w:r>
    </w:p>
    <w:p>
      <w:pPr>
        <w:pStyle w:val="ListParagraph"/>
      </w:pPr>
      <w:r>
        <w:rPr>
          <w:sz w:val="22"/>
        </w:rPr>
        <w:t>D. dải hội tụ nhiệt đới.</w:t>
      </w:r>
    </w:p>
    <w:p/>
    <w:p>
      <w:r>
        <w:rPr>
          <w:b/>
          <w:sz w:val="24"/>
        </w:rPr>
        <w:t>Câu 15: Vào đầu mùa đông gió mùa mùa đông có tính chất</w:t>
      </w:r>
    </w:p>
    <w:p>
      <w:pPr>
        <w:pStyle w:val="ListParagraph"/>
      </w:pPr>
      <w:r>
        <w:rPr>
          <w:sz w:val="22"/>
        </w:rPr>
        <w:t>A. lanh khô, ít gây mưa.</w:t>
      </w:r>
    </w:p>
    <w:p>
      <w:pPr>
        <w:pStyle w:val="ListParagraph"/>
      </w:pPr>
      <w:r>
        <w:rPr>
          <w:sz w:val="22"/>
        </w:rPr>
        <w:t>B. lạnh ẩm, gây mưa nhiều.</w:t>
      </w:r>
    </w:p>
    <w:p>
      <w:pPr>
        <w:pStyle w:val="ListParagraph"/>
      </w:pPr>
      <w:r>
        <w:rPr>
          <w:sz w:val="22"/>
        </w:rPr>
        <w:t>C. lạnh khô gây mưa phùn.</w:t>
      </w:r>
    </w:p>
    <w:p>
      <w:pPr>
        <w:pStyle w:val="ListParagraph"/>
      </w:pPr>
      <w:r>
        <w:rPr>
          <w:sz w:val="22"/>
        </w:rPr>
        <w:t>D. lạnh ẩm, ít gây mưa.</w:t>
      </w:r>
    </w:p>
    <w:p/>
    <w:p>
      <w:r>
        <w:rPr>
          <w:b/>
          <w:sz w:val="24"/>
        </w:rPr>
        <w:t>Câu 16: Tín phong ở nước ta hoạt động mạnh vào</w:t>
      </w:r>
    </w:p>
    <w:p>
      <w:pPr>
        <w:pStyle w:val="ListParagraph"/>
      </w:pPr>
      <w:r>
        <w:rPr>
          <w:sz w:val="22"/>
        </w:rPr>
        <w:t>A. đầu mùa đông.</w:t>
      </w:r>
    </w:p>
    <w:p>
      <w:pPr>
        <w:pStyle w:val="ListParagraph"/>
      </w:pPr>
      <w:r>
        <w:rPr>
          <w:sz w:val="22"/>
        </w:rPr>
        <w:t>B. thời kì chuyển tiếp giữa hai mùa gió.</w:t>
      </w:r>
    </w:p>
    <w:p>
      <w:pPr>
        <w:pStyle w:val="ListParagraph"/>
      </w:pPr>
      <w:r>
        <w:rPr>
          <w:sz w:val="22"/>
        </w:rPr>
        <w:t>C. giữa và cuối mùa hạ.</w:t>
      </w:r>
    </w:p>
    <w:p>
      <w:pPr>
        <w:pStyle w:val="ListParagraph"/>
      </w:pPr>
      <w:r>
        <w:rPr>
          <w:sz w:val="22"/>
        </w:rPr>
        <w:t>D. những ngày gió mùa Đông Bắc hoạt động mạnh.</w:t>
      </w:r>
    </w:p>
    <w:p/>
    <w:p>
      <w:r>
        <w:rPr>
          <w:b/>
          <w:sz w:val="24"/>
        </w:rPr>
        <w:t>Câu 17: Từ 16°B trở vào Nam hầu như không có mùa đông lạnh vì</w:t>
      </w:r>
    </w:p>
    <w:p>
      <w:pPr>
        <w:pStyle w:val="ListParagraph"/>
      </w:pPr>
      <w:r>
        <w:rPr>
          <w:sz w:val="22"/>
        </w:rPr>
        <w:t>A. gió mùa Đông Bắc bị suy yếu dần và biến tính khi xuống phí Nam</w:t>
      </w:r>
    </w:p>
    <w:p>
      <w:pPr>
        <w:pStyle w:val="ListParagraph"/>
      </w:pPr>
      <w:r>
        <w:rPr>
          <w:sz w:val="22"/>
        </w:rPr>
        <w:t>B. gió mùa Tây Nam hoạt động mạnh hơn ở phía Nam.</w:t>
      </w:r>
    </w:p>
    <w:p>
      <w:pPr>
        <w:pStyle w:val="ListParagraph"/>
      </w:pPr>
      <w:r>
        <w:rPr>
          <w:sz w:val="22"/>
        </w:rPr>
        <w:t>C. gió mùa Tây Nam mang thời tiết nóng, khô đến miền Nam nước ta.</w:t>
      </w:r>
    </w:p>
    <w:p>
      <w:pPr>
        <w:pStyle w:val="ListParagraph"/>
      </w:pPr>
      <w:r>
        <w:rPr>
          <w:sz w:val="22"/>
        </w:rPr>
        <w:t>D. gió mùa Đông Bắc chuyển hướng đông khi di chuyển từ Bắc vào Nam.</w:t>
      </w:r>
    </w:p>
    <w:p/>
    <w:p>
      <w:r>
        <w:rPr>
          <w:b/>
          <w:sz w:val="24"/>
        </w:rPr>
        <w:t>Câu 18: Vào đầu mùa hạ, hiện tượng khô, nóng ở dải đồng bằng ven biển miền Trung và phần phía nam của Tây Bắc là do</w:t>
      </w:r>
    </w:p>
    <w:p>
      <w:pPr>
        <w:pStyle w:val="ListParagraph"/>
      </w:pPr>
      <w:r>
        <w:rPr>
          <w:sz w:val="22"/>
        </w:rPr>
        <w:t>A. Tín phong đổi hướng.</w:t>
      </w:r>
    </w:p>
    <w:p>
      <w:pPr>
        <w:pStyle w:val="ListParagraph"/>
      </w:pPr>
      <w:r>
        <w:rPr>
          <w:sz w:val="22"/>
        </w:rPr>
        <w:t>B. gió Đông Nam biến tính.</w:t>
      </w:r>
    </w:p>
    <w:p>
      <w:pPr>
        <w:pStyle w:val="ListParagraph"/>
      </w:pPr>
      <w:r>
        <w:rPr>
          <w:sz w:val="22"/>
        </w:rPr>
        <w:t>C. gió mùa Đông Bắc đã biến tính.</w:t>
      </w:r>
    </w:p>
    <w:p>
      <w:pPr>
        <w:pStyle w:val="ListParagraph"/>
      </w:pPr>
      <w:r>
        <w:rPr>
          <w:sz w:val="22"/>
        </w:rPr>
        <w:t>D. gió Tây Nam vượt qua dãy Trường Sơn gây hiệu ứng phơn.</w:t>
      </w:r>
    </w:p>
    <w:p/>
    <w:p>
      <w:r>
        <w:rPr>
          <w:b/>
          <w:sz w:val="24"/>
        </w:rPr>
        <w:t>Câu 19: Nhờ có biển Đông mà nước ta có</w:t>
      </w:r>
    </w:p>
    <w:p>
      <w:pPr>
        <w:pStyle w:val="ListParagraph"/>
      </w:pPr>
      <w:r>
        <w:rPr>
          <w:sz w:val="22"/>
        </w:rPr>
        <w:t>A. thiên nhiên chịu ảnh hưởng sâu sắc của biển.</w:t>
      </w:r>
    </w:p>
    <w:p>
      <w:pPr>
        <w:pStyle w:val="ListParagraph"/>
      </w:pPr>
      <w:r>
        <w:rPr>
          <w:sz w:val="22"/>
        </w:rPr>
        <w:t>B. thiên nhiên nhiệt đới gió mùa, mùa đông lạnh.</w:t>
      </w:r>
    </w:p>
    <w:p>
      <w:pPr>
        <w:pStyle w:val="ListParagraph"/>
      </w:pPr>
      <w:r>
        <w:rPr>
          <w:sz w:val="22"/>
        </w:rPr>
        <w:t>C. thiên nhiên phân hóa đa dạng theo bắc - nam.</w:t>
      </w:r>
    </w:p>
    <w:p>
      <w:pPr>
        <w:pStyle w:val="ListParagraph"/>
      </w:pPr>
      <w:r>
        <w:rPr>
          <w:sz w:val="22"/>
        </w:rPr>
        <w:t>D. khí hậu khô và nóng như các nước ở châu Phi.</w:t>
      </w:r>
    </w:p>
    <w:p/>
    <w:p>
      <w:r>
        <w:rPr>
          <w:b/>
          <w:sz w:val="24"/>
        </w:rPr>
        <w:t>Câu 20: Tây Nguyên và Nam Bộ có mùa khô kéo dài là do</w:t>
      </w:r>
    </w:p>
    <w:p>
      <w:pPr>
        <w:pStyle w:val="ListParagraph"/>
      </w:pPr>
      <w:r>
        <w:rPr>
          <w:sz w:val="22"/>
        </w:rPr>
        <w:t>A. gió mùa Tây Nam hoạt động mạnh.</w:t>
      </w:r>
    </w:p>
    <w:p>
      <w:pPr>
        <w:pStyle w:val="ListParagraph"/>
      </w:pPr>
      <w:r>
        <w:rPr>
          <w:sz w:val="22"/>
        </w:rPr>
        <w:t>B. chịu ảnh hưởng của dải hội tụ nhiệt đới.</w:t>
      </w:r>
    </w:p>
    <w:p>
      <w:pPr>
        <w:pStyle w:val="ListParagraph"/>
      </w:pPr>
      <w:r>
        <w:rPr>
          <w:sz w:val="22"/>
        </w:rPr>
        <w:t>C. chịu ảnh hưởng nhiều của gió mùa Đông Bắc.</w:t>
      </w:r>
    </w:p>
    <w:p>
      <w:pPr>
        <w:pStyle w:val="ListParagraph"/>
      </w:pPr>
      <w:r>
        <w:rPr>
          <w:sz w:val="22"/>
        </w:rPr>
        <w:t>D. chịu ảnh hưởng của Tín phong bán cầu Bắc.</w:t>
      </w:r>
    </w:p>
    <w:p/>
    <w:p>
      <w:r>
        <w:rPr>
          <w:b/>
          <w:sz w:val="24"/>
        </w:rPr>
        <w:t>Câu 21: Biểu hiện của địa hình nhiệt đới ẩm gió mùa của nước ta là</w:t>
      </w:r>
    </w:p>
    <w:p>
      <w:pPr>
        <w:pStyle w:val="ListParagraph"/>
      </w:pPr>
      <w:r>
        <w:rPr>
          <w:sz w:val="22"/>
        </w:rPr>
        <w:t>A. sự phân hóa địa hình rõ rệt.</w:t>
      </w:r>
    </w:p>
    <w:p>
      <w:pPr>
        <w:pStyle w:val="ListParagraph"/>
      </w:pPr>
      <w:r>
        <w:rPr>
          <w:sz w:val="22"/>
        </w:rPr>
        <w:t>B. xuất hiện nhiều đồng bằng.</w:t>
      </w:r>
    </w:p>
    <w:p>
      <w:pPr>
        <w:pStyle w:val="ListParagraph"/>
      </w:pPr>
      <w:r>
        <w:rPr>
          <w:sz w:val="22"/>
        </w:rPr>
        <w:t>C. xâm thực và bồi tụ phổ biến.</w:t>
      </w:r>
    </w:p>
    <w:p>
      <w:pPr>
        <w:pStyle w:val="ListParagraph"/>
      </w:pPr>
      <w:r>
        <w:rPr>
          <w:sz w:val="22"/>
        </w:rPr>
        <w:t>D. địa hình ven biển phức tạp.</w:t>
      </w:r>
    </w:p>
    <w:p/>
    <w:p>
      <w:r>
        <w:rPr>
          <w:b/>
          <w:sz w:val="24"/>
        </w:rPr>
        <w:t>Câu 22: Quá trình xâm thực ở nước ta diễn ra mạnh ở vùng</w:t>
      </w:r>
    </w:p>
    <w:p>
      <w:pPr>
        <w:pStyle w:val="ListParagraph"/>
      </w:pPr>
      <w:r>
        <w:rPr>
          <w:sz w:val="22"/>
        </w:rPr>
        <w:t>A. đồi núi .</w:t>
      </w:r>
    </w:p>
    <w:p>
      <w:pPr>
        <w:pStyle w:val="ListParagraph"/>
      </w:pPr>
      <w:r>
        <w:rPr>
          <w:sz w:val="22"/>
        </w:rPr>
        <w:t>B. đồng bằng.</w:t>
      </w:r>
    </w:p>
    <w:p>
      <w:pPr>
        <w:pStyle w:val="ListParagraph"/>
      </w:pPr>
      <w:r>
        <w:rPr>
          <w:sz w:val="22"/>
        </w:rPr>
        <w:t>C. cao nguyên.</w:t>
      </w:r>
    </w:p>
    <w:p>
      <w:pPr>
        <w:pStyle w:val="ListParagraph"/>
      </w:pPr>
      <w:r>
        <w:rPr>
          <w:sz w:val="22"/>
        </w:rPr>
        <w:t>D. ven biển.</w:t>
      </w:r>
    </w:p>
    <w:p/>
    <w:p>
      <w:r>
        <w:rPr>
          <w:b/>
          <w:sz w:val="24"/>
        </w:rPr>
        <w:t>Câu 23: Nhiệt độ trung bình năm của nước ta</w:t>
      </w:r>
    </w:p>
    <w:p>
      <w:pPr>
        <w:pStyle w:val="ListParagraph"/>
      </w:pPr>
      <w:r>
        <w:rPr>
          <w:sz w:val="22"/>
        </w:rPr>
        <w:t>A. giảm dần từ Bắc vào Nam.</w:t>
      </w:r>
    </w:p>
    <w:p>
      <w:pPr>
        <w:pStyle w:val="ListParagraph"/>
      </w:pPr>
      <w:r>
        <w:rPr>
          <w:sz w:val="22"/>
        </w:rPr>
        <w:t>B. tăng dần từ Bắc vào Nam.</w:t>
      </w:r>
    </w:p>
    <w:p>
      <w:pPr>
        <w:pStyle w:val="ListParagraph"/>
      </w:pPr>
      <w:r>
        <w:rPr>
          <w:sz w:val="22"/>
        </w:rPr>
        <w:t>C. không thay đổi từ Bắc vào Nam.</w:t>
      </w:r>
    </w:p>
    <w:p>
      <w:pPr>
        <w:pStyle w:val="ListParagraph"/>
      </w:pPr>
      <w:r>
        <w:rPr>
          <w:sz w:val="22"/>
        </w:rPr>
        <w:t>D. tăng giảm không đều từ Bắc vào Nam.</w:t>
      </w:r>
    </w:p>
    <w:p/>
    <w:p>
      <w:r>
        <w:rPr>
          <w:b/>
          <w:sz w:val="24"/>
        </w:rPr>
        <w:t>Câu 24: Biên độ nhiệt độ năm của nước ta</w:t>
      </w:r>
    </w:p>
    <w:p>
      <w:pPr>
        <w:pStyle w:val="ListParagraph"/>
      </w:pPr>
      <w:r>
        <w:rPr>
          <w:sz w:val="22"/>
        </w:rPr>
        <w:t>A. tăng dần từ Bắc vào Nam.</w:t>
      </w:r>
    </w:p>
    <w:p>
      <w:pPr>
        <w:pStyle w:val="ListParagraph"/>
      </w:pPr>
      <w:r>
        <w:rPr>
          <w:sz w:val="22"/>
        </w:rPr>
        <w:t>B. tăng đều từ Bắc vào Nam.</w:t>
      </w:r>
    </w:p>
    <w:p>
      <w:pPr>
        <w:pStyle w:val="ListParagraph"/>
      </w:pPr>
      <w:r>
        <w:rPr>
          <w:sz w:val="22"/>
        </w:rPr>
        <w:t>C. giảm dần từ Bắc vào Nam.</w:t>
      </w:r>
    </w:p>
    <w:p>
      <w:pPr>
        <w:pStyle w:val="ListParagraph"/>
      </w:pPr>
      <w:r>
        <w:rPr>
          <w:sz w:val="22"/>
        </w:rPr>
        <w:t>D. ổn định từ Bắc vào Nam.</w:t>
      </w:r>
    </w:p>
    <w:p/>
    <w:p>
      <w:r>
        <w:rPr>
          <w:b/>
          <w:sz w:val="24"/>
        </w:rPr>
        <w:t>Câu 25: Đặc điểm nổi bật của địa hình Miền Bắc và Đông Bắc Bắc Bộ là</w:t>
      </w:r>
    </w:p>
    <w:p>
      <w:pPr>
        <w:pStyle w:val="ListParagraph"/>
      </w:pPr>
      <w:r>
        <w:rPr>
          <w:sz w:val="22"/>
        </w:rPr>
        <w:t>A. chủ yếu là đồi núi cao; đồng bằng mở rộng.</w:t>
      </w:r>
    </w:p>
    <w:p>
      <w:pPr>
        <w:pStyle w:val="ListParagraph"/>
      </w:pPr>
      <w:r>
        <w:rPr>
          <w:sz w:val="22"/>
        </w:rPr>
        <w:t>B. gồm 4 cánh cung lớn; đồng bằng mở rộng.</w:t>
      </w:r>
    </w:p>
    <w:p>
      <w:pPr>
        <w:pStyle w:val="ListParagraph"/>
      </w:pPr>
      <w:r>
        <w:rPr>
          <w:sz w:val="22"/>
        </w:rPr>
        <w:t>C. chủ yếu là đồi núi thấp; đồng bằng mở rộng.</w:t>
      </w:r>
    </w:p>
    <w:p>
      <w:pPr>
        <w:pStyle w:val="ListParagraph"/>
      </w:pPr>
      <w:r>
        <w:rPr>
          <w:sz w:val="22"/>
        </w:rPr>
        <w:t>D. chủ yếu là núi cao, địa hình ven biển đa dạng.</w:t>
      </w:r>
    </w:p>
    <w:p/>
    <w:p>
      <w:r>
        <w:rPr>
          <w:b/>
          <w:sz w:val="24"/>
        </w:rPr>
        <w:t>Câu 26: Ranh giới của hai đới cảnh quan tự nhiên phía bắc và phía nam nước ta là</w:t>
      </w:r>
    </w:p>
    <w:p>
      <w:pPr>
        <w:pStyle w:val="ListParagraph"/>
      </w:pPr>
      <w:r>
        <w:rPr>
          <w:sz w:val="22"/>
        </w:rPr>
        <w:t>A. dãy Hoành Sơn.</w:t>
      </w:r>
    </w:p>
    <w:p>
      <w:pPr>
        <w:pStyle w:val="ListParagraph"/>
      </w:pPr>
      <w:r>
        <w:rPr>
          <w:sz w:val="22"/>
        </w:rPr>
        <w:t>B. dãy Bạch Mã.</w:t>
      </w:r>
    </w:p>
    <w:p>
      <w:pPr>
        <w:pStyle w:val="ListParagraph"/>
      </w:pPr>
      <w:r>
        <w:rPr>
          <w:sz w:val="22"/>
        </w:rPr>
        <w:t>C. dãy Hoàng Liên Sơn.</w:t>
      </w:r>
    </w:p>
    <w:p>
      <w:pPr>
        <w:pStyle w:val="ListParagraph"/>
      </w:pPr>
      <w:r>
        <w:rPr>
          <w:sz w:val="22"/>
        </w:rPr>
        <w:t>D. dãy Trường Sơn.</w:t>
      </w:r>
    </w:p>
    <w:p/>
    <w:p>
      <w:r>
        <w:rPr>
          <w:b/>
          <w:sz w:val="24"/>
        </w:rPr>
        <w:t>Câu 27: Nguyên nhân chủ yếu dẫn tới sự phân hoá của thiên nhiên nước ta theo chiều Bắc – Nam là do</w:t>
      </w:r>
    </w:p>
    <w:p>
      <w:pPr>
        <w:pStyle w:val="ListParagraph"/>
      </w:pPr>
      <w:r>
        <w:rPr>
          <w:sz w:val="22"/>
        </w:rPr>
        <w:t>A. sự đa dạng của địa hình.</w:t>
      </w:r>
    </w:p>
    <w:p>
      <w:pPr>
        <w:pStyle w:val="ListParagraph"/>
      </w:pPr>
      <w:r>
        <w:rPr>
          <w:sz w:val="22"/>
        </w:rPr>
        <w:t>B. Tín phong bán cầu Bắc.</w:t>
      </w:r>
    </w:p>
    <w:p>
      <w:pPr>
        <w:pStyle w:val="ListParagraph"/>
      </w:pPr>
      <w:r>
        <w:rPr>
          <w:sz w:val="22"/>
        </w:rPr>
        <w:t>C. gió mùa kết hợp với địa hình và lãnh thổ kéo dài.</w:t>
      </w:r>
    </w:p>
    <w:p>
      <w:pPr>
        <w:pStyle w:val="ListParagraph"/>
      </w:pPr>
      <w:r>
        <w:rPr>
          <w:sz w:val="22"/>
        </w:rPr>
        <w:t>D. gió Tây Nam và dãy Trường Sơn.</w:t>
      </w:r>
    </w:p>
    <w:p/>
    <w:p>
      <w:r>
        <w:rPr>
          <w:b/>
          <w:sz w:val="24"/>
        </w:rPr>
        <w:t>Câu 28: Tiết trời lạnh, ít mưa, xuất hiện cây rụng lá là cảnh sắc thiên nhiên của</w:t>
      </w:r>
    </w:p>
    <w:p>
      <w:pPr>
        <w:pStyle w:val="ListParagraph"/>
      </w:pPr>
      <w:r>
        <w:rPr>
          <w:sz w:val="22"/>
        </w:rPr>
        <w:t>A. phần lãnh thổ phía Bắc vào mùa đông.</w:t>
      </w:r>
    </w:p>
    <w:p>
      <w:pPr>
        <w:pStyle w:val="ListParagraph"/>
      </w:pPr>
      <w:r>
        <w:rPr>
          <w:sz w:val="22"/>
        </w:rPr>
        <w:t>B. phần lãnh thổ phía Bắc vào mùa hạ.</w:t>
      </w:r>
    </w:p>
    <w:p>
      <w:pPr>
        <w:pStyle w:val="ListParagraph"/>
      </w:pPr>
      <w:r>
        <w:rPr>
          <w:sz w:val="22"/>
        </w:rPr>
        <w:t>C. phần lãnh thổ phía Nam vào mùa khô.</w:t>
      </w:r>
    </w:p>
    <w:p>
      <w:pPr>
        <w:pStyle w:val="ListParagraph"/>
      </w:pPr>
      <w:r>
        <w:rPr>
          <w:sz w:val="22"/>
        </w:rPr>
        <w:t>D. các vùng núi cao vào mùa đông.</w:t>
      </w:r>
    </w:p>
    <w:p/>
    <w:p>
      <w:r>
        <w:rPr>
          <w:b/>
          <w:sz w:val="24"/>
        </w:rPr>
        <w:t>Câu 29: Nguyên nhân chính làm phân hóa thiên nhiên theo vĩ độ (Bắc - Nam) là sự phân hóa của</w:t>
      </w:r>
    </w:p>
    <w:p>
      <w:pPr>
        <w:pStyle w:val="ListParagraph"/>
      </w:pPr>
      <w:r>
        <w:rPr>
          <w:sz w:val="22"/>
        </w:rPr>
        <w:t>A. Khí hậu.</w:t>
      </w:r>
    </w:p>
    <w:p>
      <w:pPr>
        <w:pStyle w:val="ListParagraph"/>
      </w:pPr>
      <w:r>
        <w:rPr>
          <w:sz w:val="22"/>
        </w:rPr>
        <w:t>B. Sinh vật.</w:t>
      </w:r>
    </w:p>
    <w:p>
      <w:pPr>
        <w:pStyle w:val="ListParagraph"/>
      </w:pPr>
      <w:r>
        <w:rPr>
          <w:sz w:val="22"/>
        </w:rPr>
        <w:t>C. Đất đai.</w:t>
      </w:r>
    </w:p>
    <w:p>
      <w:pPr>
        <w:pStyle w:val="ListParagraph"/>
      </w:pPr>
      <w:r>
        <w:rPr>
          <w:sz w:val="22"/>
        </w:rPr>
        <w:t>D. Địa hình.</w:t>
      </w:r>
    </w:p>
    <w:p/>
    <w:p>
      <w:r>
        <w:rPr>
          <w:b/>
          <w:sz w:val="24"/>
        </w:rPr>
        <w:t>Câu 30: Cảnh quan đặc trưng của phần lãnh thổ phía Nam nước ta là</w:t>
      </w:r>
    </w:p>
    <w:p>
      <w:pPr>
        <w:pStyle w:val="ListParagraph"/>
      </w:pPr>
      <w:r>
        <w:rPr>
          <w:sz w:val="22"/>
        </w:rPr>
        <w:t>A. đới rừng cận xích đạo gió mùa.</w:t>
      </w:r>
    </w:p>
    <w:p>
      <w:pPr>
        <w:pStyle w:val="ListParagraph"/>
      </w:pPr>
      <w:r>
        <w:rPr>
          <w:sz w:val="22"/>
        </w:rPr>
        <w:t>B. đới rừng nhiệt đới gió mùa.</w:t>
      </w:r>
    </w:p>
    <w:p>
      <w:pPr>
        <w:pStyle w:val="ListParagraph"/>
      </w:pPr>
      <w:r>
        <w:rPr>
          <w:sz w:val="22"/>
        </w:rPr>
        <w:t>C. đới rừng và cây bụi lá cứng cận nhiệt.</w:t>
      </w:r>
    </w:p>
    <w:p>
      <w:pPr>
        <w:pStyle w:val="ListParagraph"/>
      </w:pPr>
      <w:r>
        <w:rPr>
          <w:sz w:val="22"/>
        </w:rPr>
        <w:t>D. đới rừng xích đạo.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