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rPr>
          <w:color w:val="0A2463"/>
          <w:sz w:val="32"/>
        </w:rPr>
        <w:t>Bài trắc nghiệm Sinh học - Dưới đây là toàn bộ các câu hỏi trắc nghiệm cùng đ</w:t>
      </w:r>
    </w:p>
    <w:p>
      <w:pPr>
        <w:jc w:val="center"/>
      </w:pPr>
      <w:r>
        <w:rPr>
          <w:sz w:val="22"/>
        </w:rPr>
        <w:t>Số câu: 11    Thời gian: _____ phút    Họ và tên: _________________________</w:t>
      </w:r>
    </w:p>
    <w:p/>
    <w:p>
      <w:r>
        <w:rPr>
          <w:b/>
          <w:sz w:val="24"/>
        </w:rPr>
        <w:t>Câu 1: Di truyền học là ngành khoa học nghiên cứu về</w:t>
      </w:r>
    </w:p>
    <w:p>
      <w:pPr>
        <w:pStyle w:val="ListParagraph"/>
      </w:pPr>
      <w:r>
        <w:rPr>
          <w:sz w:val="22"/>
        </w:rPr>
        <w:t>A. cấu tạo và chức năng của các cơ quan trong cơ thể.</w:t>
      </w:r>
    </w:p>
    <w:p>
      <w:pPr>
        <w:pStyle w:val="ListParagraph"/>
      </w:pPr>
      <w:r>
        <w:rPr>
          <w:sz w:val="22"/>
        </w:rPr>
        <w:t>B. hiện tượng di truyền và biến dị ở sinh vật.</w:t>
      </w:r>
    </w:p>
    <w:p>
      <w:pPr>
        <w:pStyle w:val="ListParagraph"/>
      </w:pPr>
      <w:r>
        <w:rPr>
          <w:sz w:val="22"/>
        </w:rPr>
        <w:t>C. sự trao đổi chất và chuyển hóa năng lượng.</w:t>
      </w:r>
    </w:p>
    <w:p>
      <w:pPr>
        <w:pStyle w:val="ListParagraph"/>
      </w:pPr>
      <w:r>
        <w:rPr>
          <w:sz w:val="22"/>
        </w:rPr>
        <w:t>D. sự hình thành và phát triển của các hệ sinh thái.</w:t>
      </w:r>
    </w:p>
    <w:p/>
    <w:p>
      <w:r>
        <w:rPr>
          <w:b/>
          <w:sz w:val="24"/>
        </w:rPr>
        <w:t>Câu 2: Vật chất di truyền chủ yếu ở sinh vật là</w:t>
      </w:r>
    </w:p>
    <w:p>
      <w:pPr>
        <w:pStyle w:val="ListParagraph"/>
      </w:pPr>
      <w:r>
        <w:rPr>
          <w:sz w:val="22"/>
        </w:rPr>
        <w:t>A. nước.</w:t>
      </w:r>
    </w:p>
    <w:p>
      <w:pPr>
        <w:pStyle w:val="ListParagraph"/>
      </w:pPr>
      <w:r>
        <w:rPr>
          <w:sz w:val="22"/>
        </w:rPr>
        <w:t>B. DNA.</w:t>
      </w:r>
    </w:p>
    <w:p>
      <w:pPr>
        <w:pStyle w:val="ListParagraph"/>
      </w:pPr>
      <w:r>
        <w:rPr>
          <w:sz w:val="22"/>
        </w:rPr>
        <w:t>C. glucose.</w:t>
      </w:r>
    </w:p>
    <w:p>
      <w:pPr>
        <w:pStyle w:val="ListParagraph"/>
      </w:pPr>
      <w:r>
        <w:rPr>
          <w:sz w:val="22"/>
        </w:rPr>
        <w:t>D. lipid.</w:t>
      </w:r>
    </w:p>
    <w:p/>
    <w:p>
      <w:r>
        <w:rPr>
          <w:b/>
          <w:sz w:val="24"/>
        </w:rPr>
        <w:t>Câu 3: Gene là một đoạn của phân tử nào sau đây?</w:t>
      </w:r>
    </w:p>
    <w:p>
      <w:pPr>
        <w:pStyle w:val="ListParagraph"/>
      </w:pPr>
      <w:r>
        <w:rPr>
          <w:sz w:val="22"/>
        </w:rPr>
        <w:t>A. Protein.</w:t>
      </w:r>
    </w:p>
    <w:p>
      <w:pPr>
        <w:pStyle w:val="ListParagraph"/>
      </w:pPr>
      <w:r>
        <w:rPr>
          <w:sz w:val="22"/>
        </w:rPr>
        <w:t>B. Lipid.</w:t>
      </w:r>
    </w:p>
    <w:p>
      <w:pPr>
        <w:pStyle w:val="ListParagraph"/>
      </w:pPr>
      <w:r>
        <w:rPr>
          <w:sz w:val="22"/>
        </w:rPr>
        <w:t>C. DNA.</w:t>
      </w:r>
    </w:p>
    <w:p>
      <w:pPr>
        <w:pStyle w:val="ListParagraph"/>
      </w:pPr>
      <w:r>
        <w:rPr>
          <w:sz w:val="22"/>
        </w:rPr>
        <w:t>D. Tinh bột.</w:t>
      </w:r>
    </w:p>
    <w:p/>
    <w:p>
      <w:r>
        <w:rPr>
          <w:b/>
          <w:sz w:val="24"/>
        </w:rPr>
        <w:t>Câu 4: Mối quan hệ đúng giữa DNA và gene là</w:t>
      </w:r>
    </w:p>
    <w:p>
      <w:pPr>
        <w:pStyle w:val="ListParagraph"/>
      </w:pPr>
      <w:r>
        <w:rPr>
          <w:sz w:val="22"/>
        </w:rPr>
        <w:t>A. gene cấu tạo nên toàn bộ phân tử DNA.</w:t>
      </w:r>
    </w:p>
    <w:p>
      <w:pPr>
        <w:pStyle w:val="ListParagraph"/>
      </w:pPr>
      <w:r>
        <w:rPr>
          <w:sz w:val="22"/>
        </w:rPr>
        <w:t>B. DNA chỉ có ở các sinh vật đơn bào.</w:t>
      </w:r>
    </w:p>
    <w:p>
      <w:pPr>
        <w:pStyle w:val="ListParagraph"/>
      </w:pPr>
      <w:r>
        <w:rPr>
          <w:sz w:val="22"/>
        </w:rPr>
        <w:t>C. gene và DNA là hai chất hoàn toàn khác nhau.</w:t>
      </w:r>
    </w:p>
    <w:p>
      <w:pPr>
        <w:pStyle w:val="ListParagraph"/>
      </w:pPr>
      <w:r>
        <w:rPr>
          <w:sz w:val="22"/>
        </w:rPr>
        <w:t>D. gene là một đoạn DNA mang thông tin di truyền.</w:t>
      </w:r>
    </w:p>
    <w:p/>
    <w:p>
      <w:r>
        <w:rPr>
          <w:b/>
          <w:sz w:val="24"/>
        </w:rPr>
        <w:t>Câu 5: Tái bản DNA là quá trình</w:t>
      </w:r>
    </w:p>
    <w:p>
      <w:pPr>
        <w:pStyle w:val="ListParagraph"/>
      </w:pPr>
      <w:r>
        <w:rPr>
          <w:sz w:val="22"/>
        </w:rPr>
        <w:t>A. tổng hợp protein dựa trên thông tin di truyền.</w:t>
      </w:r>
    </w:p>
    <w:p>
      <w:pPr>
        <w:pStyle w:val="ListParagraph"/>
      </w:pPr>
      <w:r>
        <w:rPr>
          <w:sz w:val="22"/>
        </w:rPr>
        <w:t>B. tạo ra bản sao DNA từ phân tử DNA ban đầu.</w:t>
      </w:r>
    </w:p>
    <w:p>
      <w:pPr>
        <w:pStyle w:val="ListParagraph"/>
      </w:pPr>
      <w:r>
        <w:rPr>
          <w:sz w:val="22"/>
        </w:rPr>
        <w:t>C. tổng hợp RNA từ phân tử DNA.</w:t>
      </w:r>
    </w:p>
    <w:p>
      <w:pPr>
        <w:pStyle w:val="ListParagraph"/>
      </w:pPr>
      <w:r>
        <w:rPr>
          <w:sz w:val="22"/>
        </w:rPr>
        <w:t>D. phân giải DNA thành các nucleotide.</w:t>
      </w:r>
    </w:p>
    <w:p/>
    <w:p>
      <w:r>
        <w:rPr>
          <w:b/>
          <w:sz w:val="24"/>
        </w:rPr>
        <w:t>Câu 6: Trong quá trình tái bản DNA, phân tử DNA ban đầu</w:t>
      </w:r>
    </w:p>
    <w:p>
      <w:pPr>
        <w:pStyle w:val="ListParagraph"/>
      </w:pPr>
      <w:r>
        <w:rPr>
          <w:sz w:val="22"/>
        </w:rPr>
        <w:t>A. tháo xoắn và hai mạch đơn tách nhau.</w:t>
      </w:r>
    </w:p>
    <w:p>
      <w:pPr>
        <w:pStyle w:val="ListParagraph"/>
      </w:pPr>
      <w:r>
        <w:rPr>
          <w:sz w:val="22"/>
        </w:rPr>
        <w:t>B. bị phân giải hoàn toàn thành nucleotide.</w:t>
      </w:r>
    </w:p>
    <w:p>
      <w:pPr>
        <w:pStyle w:val="ListParagraph"/>
      </w:pPr>
      <w:r>
        <w:rPr>
          <w:sz w:val="22"/>
        </w:rPr>
        <w:t>C. chuyển trực tiếp thành phân tử RNA.</w:t>
      </w:r>
    </w:p>
    <w:p>
      <w:pPr>
        <w:pStyle w:val="ListParagraph"/>
      </w:pPr>
      <w:r>
        <w:rPr>
          <w:sz w:val="22"/>
        </w:rPr>
        <w:t>D. biến đổi thành phân tử protein.</w:t>
      </w:r>
    </w:p>
    <w:p/>
    <w:p>
      <w:r>
        <w:rPr>
          <w:b/>
          <w:sz w:val="24"/>
        </w:rPr>
        <w:t>Câu 7: Dịch mã là quá trình tổng hợp chuỗi polypeptide (protein) dựa trên trình tự nucleotide trên bản phiên mã của</w:t>
      </w:r>
    </w:p>
    <w:p>
      <w:pPr>
        <w:pStyle w:val="ListParagraph"/>
      </w:pPr>
      <w:r>
        <w:rPr>
          <w:sz w:val="22"/>
        </w:rPr>
        <w:t>A. DNA</w:t>
      </w:r>
    </w:p>
    <w:p>
      <w:pPr>
        <w:pStyle w:val="ListParagraph"/>
      </w:pPr>
      <w:r>
        <w:rPr>
          <w:sz w:val="22"/>
        </w:rPr>
        <w:t>B. mRNA</w:t>
      </w:r>
    </w:p>
    <w:p>
      <w:pPr>
        <w:pStyle w:val="ListParagraph"/>
      </w:pPr>
      <w:r>
        <w:rPr>
          <w:sz w:val="22"/>
        </w:rPr>
        <w:t>C. tRNA</w:t>
      </w:r>
    </w:p>
    <w:p>
      <w:pPr>
        <w:pStyle w:val="ListParagraph"/>
      </w:pPr>
      <w:r>
        <w:rPr>
          <w:sz w:val="22"/>
        </w:rPr>
        <w:t>D. rRNA</w:t>
      </w:r>
    </w:p>
    <w:p/>
    <w:p>
      <w:r>
        <w:rPr>
          <w:b/>
          <w:sz w:val="24"/>
        </w:rPr>
        <w:t>Câu 8: DNA có cấu trúc mạch kép gồm hai chuỗi polynucleotide xoắn kép quanh một trục. Theo nguyên tắc bổ sung, các nucleotide liên kết với nhau bằng liên kết hydrogen theo cặp đặc hiệu nào?</w:t>
      </w:r>
    </w:p>
    <w:p>
      <w:pPr>
        <w:pStyle w:val="ListParagraph"/>
      </w:pPr>
      <w:r>
        <w:rPr>
          <w:sz w:val="22"/>
        </w:rPr>
        <w:t>A. A liên kết với T; G liên kết với C</w:t>
      </w:r>
    </w:p>
    <w:p>
      <w:pPr>
        <w:pStyle w:val="ListParagraph"/>
      </w:pPr>
      <w:r>
        <w:rPr>
          <w:sz w:val="22"/>
        </w:rPr>
        <w:t>B. A liên kết với G; T liên kết với C</w:t>
      </w:r>
    </w:p>
    <w:p>
      <w:pPr>
        <w:pStyle w:val="ListParagraph"/>
      </w:pPr>
      <w:r>
        <w:rPr>
          <w:sz w:val="22"/>
        </w:rPr>
        <w:t>C. A liên kết với U; G liên kết với C</w:t>
      </w:r>
    </w:p>
    <w:p>
      <w:pPr>
        <w:pStyle w:val="ListParagraph"/>
      </w:pPr>
      <w:r>
        <w:rPr>
          <w:sz w:val="22"/>
        </w:rPr>
        <w:t>D. A liên kết với C; T liên kết với G</w:t>
      </w:r>
    </w:p>
    <w:p/>
    <w:p>
      <w:r>
        <w:rPr>
          <w:b/>
          <w:sz w:val="24"/>
        </w:rPr>
        <w:t>Câu 9: Quá trình phiên mã (tổng hợp RNA) diễn ra dựa trên:</w:t>
      </w:r>
    </w:p>
    <w:p>
      <w:pPr>
        <w:pStyle w:val="ListParagraph"/>
      </w:pPr>
      <w:r>
        <w:rPr>
          <w:sz w:val="22"/>
        </w:rPr>
        <w:t>A. cả hai mạch của phân tử DNA làm khuôn</w:t>
      </w:r>
    </w:p>
    <w:p>
      <w:pPr>
        <w:pStyle w:val="ListParagraph"/>
      </w:pPr>
      <w:r>
        <w:rPr>
          <w:sz w:val="22"/>
        </w:rPr>
        <w:t>B. một mạch của phân tử DNA làm khuôn</w:t>
      </w:r>
    </w:p>
    <w:p>
      <w:pPr>
        <w:pStyle w:val="ListParagraph"/>
      </w:pPr>
      <w:r>
        <w:rPr>
          <w:sz w:val="22"/>
        </w:rPr>
        <w:t>C. sự tự nhân đôi độc lập không cần DNA</w:t>
      </w:r>
    </w:p>
    <w:p>
      <w:pPr>
        <w:pStyle w:val="ListParagraph"/>
      </w:pPr>
      <w:r>
        <w:rPr>
          <w:sz w:val="22"/>
        </w:rPr>
        <w:t>D. khuôn mẫu là phân tử protein</w:t>
      </w:r>
    </w:p>
    <w:p/>
    <w:p>
      <w:r>
        <w:rPr>
          <w:b/>
          <w:sz w:val="24"/>
        </w:rPr>
        <w:t>Câu 10: RNA có cấu trúc một mạch (polynucleotide). Theo nguyên tắc bổ sung, các nucleotide liên kết với nhau theo cặp đặc hiệu nào?</w:t>
      </w:r>
    </w:p>
    <w:p>
      <w:pPr>
        <w:pStyle w:val="ListParagraph"/>
      </w:pPr>
      <w:r>
        <w:rPr>
          <w:sz w:val="22"/>
        </w:rPr>
        <w:t>A. A liên kết với T; G liên kết với C</w:t>
      </w:r>
    </w:p>
    <w:p>
      <w:pPr>
        <w:pStyle w:val="ListParagraph"/>
      </w:pPr>
      <w:r>
        <w:rPr>
          <w:sz w:val="22"/>
        </w:rPr>
        <w:t>B. A liên kết với G; T liên kết với C</w:t>
      </w:r>
    </w:p>
    <w:p>
      <w:pPr>
        <w:pStyle w:val="ListParagraph"/>
      </w:pPr>
      <w:r>
        <w:rPr>
          <w:sz w:val="22"/>
        </w:rPr>
        <w:t>C. A liên kết với U; G liên kết với C</w:t>
      </w:r>
    </w:p>
    <w:p>
      <w:pPr>
        <w:pStyle w:val="ListParagraph"/>
      </w:pPr>
      <w:r>
        <w:rPr>
          <w:sz w:val="22"/>
        </w:rPr>
        <w:t>D. A liên kết với C; T liên kết với G</w:t>
      </w:r>
    </w:p>
    <w:p/>
    <w:p>
      <w:r>
        <w:rPr>
          <w:b/>
          <w:sz w:val="24"/>
        </w:rPr>
        <w:t>Câu 11: Khái niệm di truyền và biến dị: Di truyền là hiện tượng truyền đạt các tính trạng của bố mẹ, tổ tiên cho các thế hệ con cháu.</w:t>
      </w:r>
    </w:p>
    <w:p>
      <w:pPr>
        <w:pStyle w:val="ListParagraph"/>
      </w:pPr>
      <w:r>
        <w:rPr>
          <w:sz w:val="22"/>
        </w:rPr>
        <w:t>A. Đúng</w:t>
      </w:r>
    </w:p>
    <w:p>
      <w:pPr>
        <w:pStyle w:val="ListParagraph"/>
      </w:pPr>
      <w:r>
        <w:rPr>
          <w:sz w:val="22"/>
        </w:rPr>
        <w:t>B. Sai</w:t>
      </w:r>
    </w:p>
    <w:p/>
    <w:p>
      <w:r>
        <w:t>──────────────────────────────────────────────────</w:t>
      </w:r>
    </w:p>
    <w:p>
      <w:r>
        <w:rPr>
          <w:b/>
        </w:rPr>
        <w:t>BẢNG ĐÁP ÁN &amp; LỜI GIẢI CHI TIẾT</w:t>
      </w:r>
    </w:p>
    <w:p>
      <w:r>
        <w:rPr>
          <w:b/>
        </w:rPr>
        <w:t>Câu 1: Đáp án đúng: B</w:t>
      </w:r>
    </w:p>
    <w:p>
      <w:r>
        <w:rPr>
          <w:b/>
        </w:rPr>
        <w:t>Câu 2: Đáp án đúng: B</w:t>
      </w:r>
    </w:p>
    <w:p>
      <w:r>
        <w:rPr>
          <w:b/>
        </w:rPr>
        <w:t>Câu 3: Đáp án đúng: C</w:t>
      </w:r>
    </w:p>
    <w:p>
      <w:r>
        <w:rPr>
          <w:b/>
        </w:rPr>
        <w:t>Câu 4: Đáp án đúng: D</w:t>
      </w:r>
    </w:p>
    <w:p>
      <w:r>
        <w:rPr>
          <w:b/>
        </w:rPr>
        <w:t>Câu 5: Đáp án đúng: B</w:t>
      </w:r>
    </w:p>
    <w:p>
      <w:r>
        <w:rPr>
          <w:b/>
        </w:rPr>
        <w:t>Câu 6: Đáp án đúng: A</w:t>
      </w:r>
    </w:p>
    <w:p>
      <w:r>
        <w:rPr>
          <w:b/>
        </w:rPr>
        <w:t>Câu 7: Đáp án đúng: B</w:t>
      </w:r>
    </w:p>
    <w:p>
      <w:r>
        <w:rPr>
          <w:b/>
        </w:rPr>
        <w:t>Câu 8: Đáp án đúng: A</w:t>
      </w:r>
    </w:p>
    <w:p>
      <w:r>
        <w:rPr>
          <w:b/>
        </w:rPr>
        <w:t>Câu 9: Đáp án đúng: B</w:t>
      </w:r>
    </w:p>
    <w:p>
      <w:r>
        <w:rPr>
          <w:b/>
        </w:rPr>
        <w:t>Câu 10: Đáp án đúng: C</w:t>
      </w:r>
    </w:p>
    <w:p>
      <w:r>
        <w:rPr>
          <w:b/>
        </w:rPr>
        <w:t>Câu 11: Đáp án đúng: A</w:t>
      </w:r>
    </w:p>
    <w:sectPr w:rsidR="00FC693F" w:rsidRPr="0006063C"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