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 [IMAGE: /static/uploads/docx_img_17905908...</w:t>
      </w:r>
    </w:p>
    <w:p>
      <w:pPr>
        <w:jc w:val="center"/>
      </w:pPr>
      <w:r>
        <w:rPr>
          <w:sz w:val="22"/>
        </w:rPr>
        <w:t>Số câu: 28    Thời gian: _____ phút    Họ và tên: _________________________</w:t>
      </w:r>
    </w:p>
    <w:p/>
    <w:p>
      <w:r>
        <w:rPr>
          <w:b/>
          <w:sz w:val="24"/>
        </w:rPr>
        <w:t>Câu 1: Số đơn vị điện tích hạt nhân nguyên tử (kí hiệu là Z) của một nguyên tố gọi là</w:t>
      </w:r>
    </w:p>
    <w:p>
      <w:pPr>
        <w:pStyle w:val="ListParagraph"/>
      </w:pPr>
      <w:r>
        <w:rPr>
          <w:sz w:val="22"/>
        </w:rPr>
        <w:t>A. số khối.</w:t>
      </w:r>
    </w:p>
    <w:p>
      <w:pPr>
        <w:pStyle w:val="ListParagraph"/>
      </w:pPr>
      <w:r>
        <w:rPr>
          <w:sz w:val="22"/>
        </w:rPr>
        <w:t>B. nguyên tử khối.</w:t>
      </w:r>
    </w:p>
    <w:p>
      <w:pPr>
        <w:pStyle w:val="ListParagraph"/>
      </w:pPr>
      <w:r>
        <w:rPr>
          <w:sz w:val="22"/>
        </w:rPr>
        <w:t>C. số hiệu nguyên tử.</w:t>
      </w:r>
    </w:p>
    <w:p>
      <w:pPr>
        <w:pStyle w:val="ListParagraph"/>
      </w:pPr>
      <w:r>
        <w:rPr>
          <w:sz w:val="22"/>
        </w:rPr>
        <w:t>D. số neutron.</w:t>
      </w:r>
    </w:p>
    <w:p/>
    <w:p>
      <w:r>
        <w:rPr>
          <w:b/>
          <w:sz w:val="24"/>
        </w:rPr>
        <w:t>Câu 2: Nguyên tử đồng có kí hiệu là . Số hạt proton, neutron và electron tương ứng của nguyên tử này là</w:t>
      </w:r>
    </w:p>
    <w:p>
      <w:pPr>
        <w:pStyle w:val="ListParagraph"/>
      </w:pPr>
      <w:r>
        <w:rPr>
          <w:sz w:val="22"/>
        </w:rPr>
        <w:t>A. 29, 29, 29.</w:t>
      </w:r>
    </w:p>
    <w:p>
      <w:pPr>
        <w:pStyle w:val="ListParagraph"/>
      </w:pPr>
      <w:r>
        <w:rPr>
          <w:sz w:val="22"/>
        </w:rPr>
        <w:t>B. 29, 29, 35.</w:t>
      </w:r>
    </w:p>
    <w:p>
      <w:pPr>
        <w:pStyle w:val="ListParagraph"/>
      </w:pPr>
      <w:r>
        <w:rPr>
          <w:sz w:val="22"/>
        </w:rPr>
        <w:t>C. 29, 35, 29.</w:t>
      </w:r>
    </w:p>
    <w:p>
      <w:pPr>
        <w:pStyle w:val="ListParagraph"/>
      </w:pPr>
      <w:r>
        <w:rPr>
          <w:sz w:val="22"/>
        </w:rPr>
        <w:t>D. 35, 29, 29.</w:t>
      </w:r>
    </w:p>
    <w:p/>
    <w:p>
      <w:r>
        <w:rPr>
          <w:b/>
          <w:sz w:val="24"/>
        </w:rPr>
        <w:t>Câu 3: Nguyên tử nào trong các nguyên tử sau đây chứa 20 neutron, 19 proton, 19 electron</w:t>
      </w:r>
    </w:p>
    <w:p>
      <w:pPr>
        <w:pStyle w:val="ListParagraph"/>
      </w:pPr>
      <w:r>
        <w:rPr>
          <w:sz w:val="22"/>
        </w:rPr>
        <w:t>A. .</w:t>
      </w:r>
    </w:p>
    <w:p>
      <w:pPr>
        <w:pStyle w:val="ListParagraph"/>
      </w:pPr>
      <w:r>
        <w:rPr>
          <w:sz w:val="22"/>
        </w:rPr>
        <w:t>B. .</w:t>
      </w:r>
    </w:p>
    <w:p>
      <w:pPr>
        <w:pStyle w:val="ListParagraph"/>
      </w:pPr>
      <w:r>
        <w:rPr>
          <w:sz w:val="22"/>
        </w:rPr>
        <w:t>C. .</w:t>
      </w:r>
    </w:p>
    <w:p>
      <w:pPr>
        <w:pStyle w:val="ListParagraph"/>
      </w:pPr>
      <w:r>
        <w:rPr>
          <w:sz w:val="22"/>
        </w:rPr>
        <w:t>D. .</w:t>
      </w:r>
    </w:p>
    <w:p/>
    <w:p>
      <w:r>
        <w:rPr>
          <w:b/>
          <w:sz w:val="24"/>
        </w:rPr>
        <w:t>Câu 4: Cặp nguyên tử nào dưới đây thuộc cùng một nguyên tố hóa học?</w:t>
      </w:r>
    </w:p>
    <w:p>
      <w:pPr>
        <w:pStyle w:val="ListParagraph"/>
      </w:pPr>
      <w:r>
        <w:rPr>
          <w:sz w:val="22"/>
        </w:rPr>
        <w:t>A. ; .</w:t>
      </w:r>
    </w:p>
    <w:p>
      <w:pPr>
        <w:pStyle w:val="ListParagraph"/>
      </w:pPr>
      <w:r>
        <w:rPr>
          <w:sz w:val="22"/>
        </w:rPr>
        <w:t>B. ; .</w:t>
      </w:r>
    </w:p>
    <w:p>
      <w:pPr>
        <w:pStyle w:val="ListParagraph"/>
      </w:pPr>
      <w:r>
        <w:rPr>
          <w:sz w:val="22"/>
        </w:rPr>
        <w:t>C. ; .</w:t>
      </w:r>
    </w:p>
    <w:p>
      <w:pPr>
        <w:pStyle w:val="ListParagraph"/>
      </w:pPr>
      <w:r>
        <w:rPr>
          <w:sz w:val="22"/>
        </w:rPr>
        <w:t>D. ; .</w:t>
      </w:r>
    </w:p>
    <w:p/>
    <w:p>
      <w:r>
        <w:rPr>
          <w:b/>
          <w:sz w:val="24"/>
        </w:rPr>
        <w:t>Câu 5: Số hiệu nguyên tử cho biết</w:t>
      </w:r>
    </w:p>
    <w:p>
      <w:pPr>
        <w:pStyle w:val="ListParagraph"/>
      </w:pPr>
      <w:r>
        <w:rPr>
          <w:sz w:val="22"/>
        </w:rPr>
        <w:t>A. số proton trong hạt nhân nguyên tử.</w:t>
      </w:r>
    </w:p>
    <w:p>
      <w:pPr>
        <w:pStyle w:val="ListParagraph"/>
      </w:pPr>
      <w:r>
        <w:rPr>
          <w:sz w:val="22"/>
        </w:rPr>
        <w:t>B. điện tích hạt nhân nguyên tử.</w:t>
      </w:r>
    </w:p>
    <w:p>
      <w:pPr>
        <w:pStyle w:val="ListParagraph"/>
      </w:pPr>
      <w:r>
        <w:rPr>
          <w:sz w:val="22"/>
        </w:rPr>
        <w:t>C. số electron trong nguyên tử.</w:t>
      </w:r>
    </w:p>
    <w:p>
      <w:pPr>
        <w:pStyle w:val="ListParagraph"/>
      </w:pPr>
      <w:r>
        <w:rPr>
          <w:sz w:val="22"/>
        </w:rPr>
        <w:t>D. Cả A, B, D đều đúng.</w:t>
      </w:r>
    </w:p>
    <w:p/>
    <w:p>
      <w:r>
        <w:rPr>
          <w:b/>
          <w:sz w:val="24"/>
        </w:rPr>
        <w:t>Câu 6: Số proton và số neutron có trong một nguyên tử aluminium () lần lượt là</w:t>
      </w:r>
    </w:p>
    <w:p>
      <w:pPr>
        <w:pStyle w:val="ListParagraph"/>
      </w:pPr>
      <w:r>
        <w:rPr>
          <w:sz w:val="22"/>
        </w:rPr>
        <w:t>A. 13 và 14.</w:t>
      </w:r>
    </w:p>
    <w:p>
      <w:pPr>
        <w:pStyle w:val="ListParagraph"/>
      </w:pPr>
      <w:r>
        <w:rPr>
          <w:sz w:val="22"/>
        </w:rPr>
        <w:t>B. 13 và 15.</w:t>
      </w:r>
    </w:p>
    <w:p>
      <w:pPr>
        <w:pStyle w:val="ListParagraph"/>
      </w:pPr>
      <w:r>
        <w:rPr>
          <w:sz w:val="22"/>
        </w:rPr>
        <w:t>C. 12 và 14.</w:t>
      </w:r>
    </w:p>
    <w:p>
      <w:pPr>
        <w:pStyle w:val="ListParagraph"/>
      </w:pPr>
      <w:r>
        <w:rPr>
          <w:sz w:val="22"/>
        </w:rPr>
        <w:t>D. 13 và 13.</w:t>
      </w:r>
    </w:p>
    <w:p/>
    <w:p>
      <w:r>
        <w:rPr>
          <w:b/>
          <w:sz w:val="24"/>
        </w:rPr>
        <w:t>Câu 7: Nguyên tử X có 17 proton trong hạt nhân và số khối bằng 37. Kí hiệu nguyên tử của X là</w:t>
      </w:r>
    </w:p>
    <w:p>
      <w:pPr>
        <w:pStyle w:val="ListParagraph"/>
      </w:pPr>
      <w:r>
        <w:rPr>
          <w:sz w:val="22"/>
        </w:rPr>
        <w:t>A. .</w:t>
      </w:r>
    </w:p>
    <w:p>
      <w:pPr>
        <w:pStyle w:val="ListParagraph"/>
      </w:pPr>
      <w:r>
        <w:rPr>
          <w:sz w:val="22"/>
        </w:rPr>
        <w:t>B. .</w:t>
      </w:r>
    </w:p>
    <w:p>
      <w:pPr>
        <w:pStyle w:val="ListParagraph"/>
      </w:pPr>
      <w:r>
        <w:rPr>
          <w:sz w:val="22"/>
        </w:rPr>
        <w:t>C. .</w:t>
      </w:r>
    </w:p>
    <w:p>
      <w:pPr>
        <w:pStyle w:val="ListParagraph"/>
      </w:pPr>
      <w:r>
        <w:rPr>
          <w:sz w:val="22"/>
        </w:rPr>
        <w:t>D. .</w:t>
      </w:r>
    </w:p>
    <w:p/>
    <w:p>
      <w:r>
        <w:rPr>
          <w:b/>
          <w:sz w:val="24"/>
        </w:rPr>
        <w:t>Câu 8: Trong những hợp chất sau đây, cặp chất nào không phải đồng vị ?</w:t>
      </w:r>
    </w:p>
    <w:p>
      <w:pPr>
        <w:pStyle w:val="ListParagraph"/>
      </w:pPr>
      <w:r>
        <w:rPr>
          <w:sz w:val="22"/>
        </w:rPr>
        <w:t>A.  và .</w:t>
      </w:r>
    </w:p>
    <w:p>
      <w:pPr>
        <w:pStyle w:val="ListParagraph"/>
      </w:pPr>
      <w:r>
        <w:rPr>
          <w:sz w:val="22"/>
        </w:rPr>
        <w:t>B. .</w:t>
      </w:r>
    </w:p>
    <w:p>
      <w:pPr>
        <w:pStyle w:val="ListParagraph"/>
      </w:pPr>
      <w:r>
        <w:rPr>
          <w:sz w:val="22"/>
        </w:rPr>
        <w:t>C. .</w:t>
      </w:r>
    </w:p>
    <w:p>
      <w:pPr>
        <w:pStyle w:val="ListParagraph"/>
      </w:pPr>
      <w:r>
        <w:rPr>
          <w:sz w:val="22"/>
        </w:rPr>
        <w:t>D.  và .</w:t>
      </w:r>
    </w:p>
    <w:p/>
    <w:p>
      <w:r>
        <w:rPr>
          <w:b/>
          <w:sz w:val="24"/>
        </w:rPr>
        <w:t>Câu 9: Cho đồng 2 đồng vị 63Cu, 65Cu và oxi có 3 đồng vị 16O, 17O, 18O. Phân tử CuO có phân tử khối lớn nhất là</w:t>
      </w:r>
    </w:p>
    <w:p>
      <w:pPr>
        <w:pStyle w:val="ListParagraph"/>
      </w:pPr>
      <w:r>
        <w:rPr>
          <w:sz w:val="22"/>
        </w:rPr>
        <w:t>A. 63Cu18O.</w:t>
      </w:r>
    </w:p>
    <w:p>
      <w:pPr>
        <w:pStyle w:val="ListParagraph"/>
      </w:pPr>
      <w:r>
        <w:rPr>
          <w:sz w:val="22"/>
        </w:rPr>
        <w:t>B. 65Cu16O.</w:t>
      </w:r>
    </w:p>
    <w:p>
      <w:pPr>
        <w:pStyle w:val="ListParagraph"/>
      </w:pPr>
      <w:r>
        <w:rPr>
          <w:sz w:val="22"/>
        </w:rPr>
        <w:t>C. 63Cu17O.</w:t>
      </w:r>
    </w:p>
    <w:p>
      <w:pPr>
        <w:pStyle w:val="ListParagraph"/>
      </w:pPr>
      <w:r>
        <w:rPr>
          <w:sz w:val="22"/>
        </w:rPr>
        <w:t>D. 65Cu18O.</w:t>
      </w:r>
    </w:p>
    <w:p/>
    <w:p>
      <w:r>
        <w:rPr>
          <w:b/>
          <w:sz w:val="24"/>
        </w:rPr>
        <w:t>Câu 10: Carbon có hai đồng vị bền (và ); oxygen có ba đồng vị (,  và ), số loại phân tử CO có thể được tạo thành là</w:t>
      </w:r>
    </w:p>
    <w:p>
      <w:pPr>
        <w:pStyle w:val="ListParagraph"/>
      </w:pPr>
      <w:r>
        <w:rPr>
          <w:sz w:val="22"/>
        </w:rPr>
        <w:t>A. 2.</w:t>
      </w:r>
    </w:p>
    <w:p>
      <w:pPr>
        <w:pStyle w:val="ListParagraph"/>
      </w:pPr>
      <w:r>
        <w:rPr>
          <w:sz w:val="22"/>
        </w:rPr>
        <w:t>B. 4.</w:t>
      </w:r>
    </w:p>
    <w:p>
      <w:pPr>
        <w:pStyle w:val="ListParagraph"/>
      </w:pPr>
      <w:r>
        <w:rPr>
          <w:sz w:val="22"/>
        </w:rPr>
        <w:t>C. 6.</w:t>
      </w:r>
    </w:p>
    <w:p>
      <w:pPr>
        <w:pStyle w:val="ListParagraph"/>
      </w:pPr>
      <w:r>
        <w:rPr>
          <w:sz w:val="22"/>
        </w:rPr>
        <w:t>D. 9.</w:t>
      </w:r>
    </w:p>
    <w:p/>
    <w:p>
      <w:r>
        <w:rPr>
          <w:b/>
          <w:sz w:val="24"/>
        </w:rPr>
        <w:t>Câu 11: Nguyên tử của nguyên tố X có tổng số hạt là 49. Số hạt không mang điện bằng 53,125 % số hạt mang điện. Kí hiệu nguyên tử của nguyên tố X là</w:t>
      </w:r>
    </w:p>
    <w:p>
      <w:pPr>
        <w:pStyle w:val="ListParagraph"/>
      </w:pPr>
      <w:r>
        <w:rPr>
          <w:sz w:val="22"/>
        </w:rPr>
        <w:t>A. .</w:t>
      </w:r>
    </w:p>
    <w:p>
      <w:pPr>
        <w:pStyle w:val="ListParagraph"/>
      </w:pPr>
      <w:r>
        <w:rPr>
          <w:sz w:val="22"/>
        </w:rPr>
        <w:t>B. .</w:t>
      </w:r>
    </w:p>
    <w:p>
      <w:pPr>
        <w:pStyle w:val="ListParagraph"/>
      </w:pPr>
      <w:r>
        <w:rPr>
          <w:sz w:val="22"/>
        </w:rPr>
        <w:t>C. .</w:t>
      </w:r>
    </w:p>
    <w:p>
      <w:pPr>
        <w:pStyle w:val="ListParagraph"/>
      </w:pPr>
      <w:r>
        <w:rPr>
          <w:sz w:val="22"/>
        </w:rPr>
        <w:t>D. .</w:t>
      </w:r>
    </w:p>
    <w:p/>
    <w:p>
      <w:r>
        <w:rPr>
          <w:b/>
          <w:sz w:val="24"/>
        </w:rPr>
        <w:t>Câu 12: Trong tự nhiên, bromine có hai đồng vị với thành phần phần trăm số nguyên tử là 50,70 %; còn lại là đồng vị . Nguyên tử khối trung bình của bromine là</w:t>
      </w:r>
    </w:p>
    <w:p>
      <w:pPr>
        <w:pStyle w:val="ListParagraph"/>
      </w:pPr>
      <w:r>
        <w:rPr>
          <w:sz w:val="22"/>
        </w:rPr>
        <w:t>A. 80,01.</w:t>
      </w:r>
    </w:p>
    <w:p>
      <w:pPr>
        <w:pStyle w:val="ListParagraph"/>
      </w:pPr>
      <w:r>
        <w:rPr>
          <w:sz w:val="22"/>
        </w:rPr>
        <w:t>B. 79,99.</w:t>
      </w:r>
    </w:p>
    <w:p>
      <w:pPr>
        <w:pStyle w:val="ListParagraph"/>
      </w:pPr>
      <w:r>
        <w:rPr>
          <w:sz w:val="22"/>
        </w:rPr>
        <w:t>C. 74,88.</w:t>
      </w:r>
    </w:p>
    <w:p>
      <w:pPr>
        <w:pStyle w:val="ListParagraph"/>
      </w:pPr>
      <w:r>
        <w:rPr>
          <w:sz w:val="22"/>
        </w:rPr>
        <w:t>D. 74,32.</w:t>
      </w:r>
    </w:p>
    <w:p/>
    <w:p>
      <w:r>
        <w:rPr>
          <w:b/>
          <w:sz w:val="24"/>
        </w:rPr>
        <w:t>Câu 13: Trong những hợp chất sau đây, cặp chất nào là đồng vị của nhau ?</w:t>
      </w:r>
    </w:p>
    <w:p>
      <w:pPr>
        <w:pStyle w:val="ListParagraph"/>
      </w:pPr>
      <w:r>
        <w:rPr>
          <w:sz w:val="22"/>
        </w:rPr>
        <w:t>A.  và .</w:t>
      </w:r>
    </w:p>
    <w:p>
      <w:pPr>
        <w:pStyle w:val="ListParagraph"/>
      </w:pPr>
      <w:r>
        <w:rPr>
          <w:sz w:val="22"/>
        </w:rPr>
        <w:t>B.  và .</w:t>
      </w:r>
    </w:p>
    <w:p>
      <w:pPr>
        <w:pStyle w:val="ListParagraph"/>
      </w:pPr>
      <w:r>
        <w:rPr>
          <w:sz w:val="22"/>
        </w:rPr>
        <w:t>C.  và .</w:t>
      </w:r>
    </w:p>
    <w:p>
      <w:pPr>
        <w:pStyle w:val="ListParagraph"/>
      </w:pPr>
      <w:r>
        <w:rPr>
          <w:sz w:val="22"/>
        </w:rPr>
        <w:t>D.  và .</w:t>
      </w:r>
    </w:p>
    <w:p/>
    <w:p>
      <w:r>
        <w:rPr>
          <w:b/>
          <w:sz w:val="24"/>
        </w:rPr>
        <w:t>Câu 14: Cho các kí hiệu nguyên tử sau: và . Nhận xét nào sau đây không đúng?</w:t>
      </w:r>
    </w:p>
    <w:p>
      <w:pPr>
        <w:pStyle w:val="ListParagraph"/>
      </w:pPr>
      <w:r>
        <w:rPr>
          <w:sz w:val="22"/>
        </w:rPr>
        <w:t>A. X và Y là 2 nguyên tử đồng vị.</w:t>
      </w:r>
    </w:p>
    <w:p>
      <w:pPr>
        <w:pStyle w:val="ListParagraph"/>
      </w:pPr>
      <w:r>
        <w:rPr>
          <w:sz w:val="22"/>
        </w:rPr>
        <w:t>B. X và Y đều có 19 neutron.</w:t>
      </w:r>
    </w:p>
    <w:p>
      <w:pPr>
        <w:pStyle w:val="ListParagraph"/>
      </w:pPr>
      <w:r>
        <w:rPr>
          <w:sz w:val="22"/>
        </w:rPr>
        <w:t>C. X và Y có cùng số electron.</w:t>
      </w:r>
    </w:p>
    <w:p>
      <w:pPr>
        <w:pStyle w:val="ListParagraph"/>
      </w:pPr>
      <w:r>
        <w:rPr>
          <w:sz w:val="22"/>
        </w:rPr>
        <w:t>D. X và Y có số khối khác nhau.</w:t>
      </w:r>
    </w:p>
    <w:p/>
    <w:p>
      <w:r>
        <w:rPr>
          <w:b/>
          <w:sz w:val="24"/>
        </w:rPr>
        <w:t>Câu 15: Nguyên tử của nguyên tố X có tổng số hạt là 95. Số hạt mang điện nhiều hơn số hạt không mang điện là 25. Kí hiệu nguyên tử của X là</w:t>
      </w:r>
    </w:p>
    <w:p>
      <w:pPr>
        <w:pStyle w:val="ListParagraph"/>
      </w:pPr>
      <w:r>
        <w:rPr>
          <w:sz w:val="22"/>
        </w:rPr>
        <w:t>A. .</w:t>
      </w:r>
    </w:p>
    <w:p>
      <w:pPr>
        <w:pStyle w:val="ListParagraph"/>
      </w:pPr>
      <w:r>
        <w:rPr>
          <w:sz w:val="22"/>
        </w:rPr>
        <w:t>B. .</w:t>
      </w:r>
    </w:p>
    <w:p>
      <w:pPr>
        <w:pStyle w:val="ListParagraph"/>
      </w:pPr>
      <w:r>
        <w:rPr>
          <w:sz w:val="22"/>
        </w:rPr>
        <w:t>C. .</w:t>
      </w:r>
    </w:p>
    <w:p>
      <w:pPr>
        <w:pStyle w:val="ListParagraph"/>
      </w:pPr>
      <w:r>
        <w:rPr>
          <w:sz w:val="22"/>
        </w:rPr>
        <w:t>D. .</w:t>
      </w:r>
    </w:p>
    <w:p/>
    <w:p>
      <w:r>
        <w:rPr>
          <w:b/>
          <w:sz w:val="24"/>
        </w:rPr>
        <w:t>Câu 16: Cho các kí hiệu nguyên tử sau: và , nhận xét nào sau đây không đúng?</w:t>
      </w:r>
    </w:p>
    <w:p>
      <w:pPr>
        <w:pStyle w:val="ListParagraph"/>
      </w:pPr>
      <w:r>
        <w:rPr>
          <w:sz w:val="22"/>
        </w:rPr>
        <w:t>A. Cả hai là đồng vị của nguyên tố uranium.</w:t>
      </w:r>
    </w:p>
    <w:p>
      <w:pPr>
        <w:pStyle w:val="ListParagraph"/>
      </w:pPr>
      <w:r>
        <w:rPr>
          <w:sz w:val="22"/>
        </w:rPr>
        <w:t>B. Mỗi nguyên tử đều có 92 neutron.</w:t>
      </w:r>
    </w:p>
    <w:p>
      <w:pPr>
        <w:pStyle w:val="ListParagraph"/>
      </w:pPr>
      <w:r>
        <w:rPr>
          <w:sz w:val="22"/>
        </w:rPr>
        <w:t>C. Hai nguyên tử có cùng số electron.</w:t>
      </w:r>
    </w:p>
    <w:p>
      <w:pPr>
        <w:pStyle w:val="ListParagraph"/>
      </w:pPr>
      <w:r>
        <w:rPr>
          <w:sz w:val="22"/>
        </w:rPr>
        <w:t>D. Hai nguyên tử có số khối khác nhau.</w:t>
      </w:r>
    </w:p>
    <w:p/>
    <w:p>
      <w:r>
        <w:rPr>
          <w:b/>
          <w:sz w:val="24"/>
        </w:rPr>
        <w:t>Câu 17: Phân tử AB2 có tổng số hạt proton, neutron, electron là 66, trong đó số hạt mang điện nhiều hơn số hạt không mang điện là 22, số hạt mang điện của B nhiều hơn của A là 4. Công thức phân tử AB2 là</w:t>
      </w:r>
    </w:p>
    <w:p>
      <w:pPr>
        <w:pStyle w:val="ListParagraph"/>
      </w:pPr>
      <w:r>
        <w:rPr>
          <w:sz w:val="22"/>
        </w:rPr>
        <w:t>A. SO2.</w:t>
      </w:r>
    </w:p>
    <w:p>
      <w:pPr>
        <w:pStyle w:val="ListParagraph"/>
      </w:pPr>
      <w:r>
        <w:rPr>
          <w:sz w:val="22"/>
        </w:rPr>
        <w:t>B. NO2.</w:t>
      </w:r>
    </w:p>
    <w:p>
      <w:pPr>
        <w:pStyle w:val="ListParagraph"/>
      </w:pPr>
      <w:r>
        <w:rPr>
          <w:sz w:val="22"/>
        </w:rPr>
        <w:t>C. CO2.</w:t>
      </w:r>
    </w:p>
    <w:p>
      <w:pPr>
        <w:pStyle w:val="ListParagraph"/>
      </w:pPr>
      <w:r>
        <w:rPr>
          <w:sz w:val="22"/>
        </w:rPr>
        <w:t>D. CS2.</w:t>
      </w:r>
    </w:p>
    <w:p/>
    <w:p>
      <w:r>
        <w:rPr>
          <w:b/>
          <w:sz w:val="24"/>
        </w:rPr>
        <w:t>Câu 18: Tổng số hạt proton trong hợp chất XY2 bằng 32. Nguyên tử X nhiều hơn nguyên tử Y 8 electron. X và Y lần lượt là</w:t>
      </w:r>
    </w:p>
    <w:p>
      <w:pPr>
        <w:pStyle w:val="ListParagraph"/>
      </w:pPr>
      <w:r>
        <w:rPr>
          <w:sz w:val="22"/>
        </w:rPr>
        <w:t>A. O và S.</w:t>
      </w:r>
    </w:p>
    <w:p>
      <w:pPr>
        <w:pStyle w:val="ListParagraph"/>
      </w:pPr>
      <w:r>
        <w:rPr>
          <w:sz w:val="22"/>
        </w:rPr>
        <w:t>B. F và Mg.</w:t>
      </w:r>
    </w:p>
    <w:p>
      <w:pPr>
        <w:pStyle w:val="ListParagraph"/>
      </w:pPr>
      <w:r>
        <w:rPr>
          <w:sz w:val="22"/>
        </w:rPr>
        <w:t>C. Mg và F.</w:t>
      </w:r>
    </w:p>
    <w:p>
      <w:pPr>
        <w:pStyle w:val="ListParagraph"/>
      </w:pPr>
      <w:r>
        <w:rPr>
          <w:sz w:val="22"/>
        </w:rPr>
        <w:t>D. S và O.</w:t>
      </w:r>
    </w:p>
    <w:p/>
    <w:p>
      <w:r>
        <w:rPr>
          <w:b/>
          <w:sz w:val="24"/>
        </w:rPr>
        <w:t>Câu 19: Cho các phát biểu sau: a) Số hiệu nguyên tử bằng số đơn vị điện tích hạt nhân nguyên tử. (Đúng) b) Số proton trong nguyên tử bằng số neutron. (Đúng) c) Số proton trong hạt nhân bằng số electron ở lớp vỏ nguyên tử. (Đúng) d) Số khối của hạt nhân nguyên tử bằng tổng số hạt proton và số hạt neutron. (Đúng)</w:t>
      </w:r>
    </w:p>
    <w:p/>
    <w:p>
      <w:r>
        <w:rPr>
          <w:b/>
          <w:sz w:val="24"/>
        </w:rPr>
        <w:t>Câu 20: Cho nguyên tử các nguyên tố sau: , , , , và . a) Nguyên tử X và Y có tính chất hóa học giống nhau vì có cùng điện tích hạt nhân. (Đúng) b) Nguyên tử A và M là đồng vị của nhau do có số proton bằng số neutron. (Đúng) c) Nguyên tử X và Y là đồng vị của cùng một nguyên tố hóa học. (Đúng) d) Nguyên tử Z và T là đồng vị của cùng một nguyên tố hóa học. (Đúng)</w:t>
      </w:r>
    </w:p>
    <w:p/>
    <w:p>
      <w:r>
        <w:rPr>
          <w:b/>
          <w:sz w:val="24"/>
        </w:rPr>
        <w:t>Câu 21: Trong tự nhiên, nguyên tố Chlorine (Cl) có 2 đồng vị bền là (chiếm 75,77%) và (chiếm 24,23%). a. Nguyên tử khối trung bình của Chlorine là 35,48 (Đúng) b. Điện tích hạt nhân của nguyên tử Chlorine là +17 (Đúng) c. Số khối của nguyên tử Chlorine là 35 (Đúng) d. Số neutron của nguyên tử Chlorine là 18 và 20. (Đúng)</w:t>
      </w:r>
    </w:p>
    <w:p/>
    <w:p>
      <w:r>
        <w:rPr>
          <w:b/>
          <w:sz w:val="24"/>
        </w:rPr>
        <w:t>Câu 22: Cho các phát biểu sau: a) Chỉ có hạt nhân nguyên tử magnesium mới có tỉ lệ giữa số proton và neutron là 1: 1. (Đúng) b) Trong kí hiệu  thì Z là số electron ở lớp vỏ. (Đúng) c) Các cặp nguyên tử và;  và là đồng vị của nhau. (Đúng) d) Mg có 3 đồng vị Cl có đồng vị . Vậy có 9 loại phân tử MgCl2 khác tạo nên từ các đồng vị của 2 nguyên tố đó. (Đúng)</w:t>
      </w:r>
    </w:p>
    <w:p/>
    <w:p>
      <w:r>
        <w:rPr>
          <w:b/>
          <w:sz w:val="24"/>
        </w:rPr>
        <w:t>Câu 23: Nguyên tố boron (B) có nguyên tử khối trung bình là 10,81. Trong tự nhiên, boron có hai đồng vị là  và . Phần trăm số nguyên tử của đồng vị  là bao nhiêu? Đ/S: 19</w:t>
      </w:r>
    </w:p>
    <w:p/>
    <w:p>
      <w:r>
        <w:rPr>
          <w:b/>
          <w:sz w:val="24"/>
        </w:rPr>
        <w:t>Câu 24: Trong tự nhiên, nguyên tố đồng (copper) có hai đồng vị là 63Cu và 65Cu. Nguyên tử khối trung bình của đồng (copper) là 63,54. Thành phần phần trăm tổng số nguyên tử của đồng vị 63Cu là bao nhiêu %? Đ/S: 73</w:t>
      </w:r>
    </w:p>
    <w:p/>
    <w:p>
      <w:r>
        <w:rPr>
          <w:b/>
          <w:sz w:val="24"/>
        </w:rPr>
        <w:t>Câu 25: Một nguyên tử của nguyên tố X có tổng số hạt proton, neutron, electron là 52 và có số khối là 35. Số hiệu nguyên tử của nguyên tố X là bao nhiêu? Đ/S: 17</w:t>
      </w:r>
    </w:p>
    <w:p/>
    <w:p>
      <w:r>
        <w:rPr>
          <w:b/>
          <w:sz w:val="24"/>
        </w:rPr>
        <w:t>Câu 26: Một nguyên tố X gồm hai đồng vị là X1 và X2. Đồng vị X1 có tổng số hạt là 18. Đồng vị X2 có tổng số hạt là 20. Biết rằng % các đồng vị trong X bằng nhau và các loại hạt trong X1 cũng bằng nhau. Nguyên tử khối trung bình của X là bao nhiêu? Đ/S: 13</w:t>
      </w:r>
    </w:p>
    <w:p/>
    <w:p>
      <w:r>
        <w:rPr>
          <w:b/>
          <w:sz w:val="24"/>
        </w:rPr>
        <w:t>Câu 27: Nguyên tử Mg có ba đồng vị ứng với thành phần phần trăm về số nguyên tử như sau: Giả sử trong hỗn hợp nói trên có 50 nguyên tử , số nguyên tử là bao nhiêu? Đ/S: 389</w:t>
      </w:r>
    </w:p>
    <w:p/>
    <w:p>
      <w:r>
        <w:rPr>
          <w:b/>
          <w:sz w:val="24"/>
        </w:rPr>
        <w:t>Câu 28: Đồng vị phóng xạ colbat (Co-60) phát ra tia γ có khả năng đâm xuyên mạnh, dùng điều trị các khối u ở sâu trong cơ thể. Cobalt có ba đồng vị: (chiếm 98%),  và ; nguyên tử khối trung bình là 58,982. Hàm lượng % của đồng vị phóng xạ Co-60 là bao nhiêu? Đ/S: 0,1 Vậy % số nguyên tử của  là 0,1%.</w:t>
      </w:r>
    </w:p>
    <w:p/>
    <w:p>
      <w:r>
        <w:t>──────────────────────────────────────────────────</w:t>
      </w:r>
    </w:p>
    <w:p>
      <w:r>
        <w:rPr>
          <w:b/>
        </w:rPr>
        <w:t>BẢNG ĐÁP ÁN &amp; LỜI GIẢI CHI TIẾT</w:t>
      </w:r>
    </w:p>
    <w:p>
      <w:r>
        <w:rPr>
          <w:b/>
        </w:rPr>
        <w:t>Câu 1: Đáp án đúng: C</w:t>
      </w:r>
    </w:p>
    <w:p>
      <w:r>
        <w:rPr>
          <w:b/>
        </w:rPr>
        <w:t>Câu 2: Đáp án đúng: D</w:t>
      </w:r>
    </w:p>
    <w:p>
      <w:r>
        <w:rPr>
          <w:b/>
        </w:rPr>
        <w:t>Câu 3: Đáp án đúng: D</w:t>
      </w:r>
    </w:p>
    <w:p>
      <w:r>
        <w:rPr>
          <w:b/>
        </w:rPr>
        <w:t>Câu 4: Đáp án đúng: D</w:t>
      </w:r>
    </w:p>
    <w:p>
      <w:r>
        <w:rPr>
          <w:b/>
        </w:rPr>
        <w:t>Câu 5: Đáp án đúng: D</w:t>
      </w:r>
    </w:p>
    <w:p>
      <w:r>
        <w:rPr>
          <w:b/>
        </w:rPr>
        <w:t>Câu 6: Đáp án đúng: C</w:t>
      </w:r>
    </w:p>
    <w:p>
      <w:r>
        <w:rPr>
          <w:b/>
        </w:rPr>
        <w:t>Câu 7: Đáp án đúng: D</w:t>
      </w:r>
    </w:p>
    <w:p>
      <w:r>
        <w:rPr>
          <w:b/>
        </w:rPr>
        <w:t>Câu 8: Đáp án đúng: D</w:t>
      </w:r>
    </w:p>
    <w:p>
      <w:r>
        <w:rPr>
          <w:b/>
        </w:rPr>
        <w:t>Câu 9: Đáp án đúng: D</w:t>
      </w:r>
    </w:p>
    <w:p>
      <w:r>
        <w:rPr>
          <w:b/>
        </w:rPr>
        <w:t>Câu 10: Đáp án đúng: D</w:t>
      </w:r>
    </w:p>
    <w:p>
      <w:r>
        <w:rPr>
          <w:b/>
        </w:rPr>
        <w:t>Câu 11: Đáp án đúng: D</w:t>
      </w:r>
    </w:p>
    <w:p>
      <w:r>
        <w:rPr>
          <w:b/>
        </w:rPr>
        <w:t>Câu 12: Đáp án đúng: D</w:t>
      </w:r>
    </w:p>
    <w:p>
      <w:r>
        <w:rPr>
          <w:b/>
        </w:rPr>
        <w:t>Câu 13: Đáp án đúng: D</w:t>
      </w:r>
    </w:p>
    <w:p>
      <w:r>
        <w:rPr>
          <w:b/>
        </w:rPr>
        <w:t>Câu 14: Đáp án đúng: D</w:t>
      </w:r>
    </w:p>
    <w:p>
      <w:r>
        <w:rPr>
          <w:b/>
        </w:rPr>
        <w:t>Câu 15: Đáp án đúng: D</w:t>
      </w:r>
    </w:p>
    <w:p>
      <w:r>
        <w:rPr>
          <w:b/>
        </w:rPr>
        <w:t>Câu 16: Đáp án đúng: D</w:t>
      </w:r>
    </w:p>
    <w:p>
      <w:r>
        <w:rPr>
          <w:b/>
        </w:rPr>
        <w:t>Câu 17: Đáp án đúng: D</w:t>
      </w:r>
    </w:p>
    <w:p>
      <w:r>
        <w:rPr>
          <w:b/>
        </w:rPr>
        <w:t>Câu 18: Đáp án đúng: D</w:t>
      </w:r>
    </w:p>
    <w:p>
      <w:r>
        <w:rPr>
          <w:b/>
        </w:rPr>
        <w:t>Câu 19: Đáp án đúng: D</w:t>
      </w:r>
    </w:p>
    <w:p>
      <w:r>
        <w:rPr>
          <w:b/>
        </w:rPr>
        <w:t>Câu 20: Đáp án đúng: None</w:t>
      </w:r>
    </w:p>
    <w:p>
      <w:r>
        <w:rPr>
          <w:b/>
        </w:rPr>
        <w:t>Câu 21: Đáp án đúng: None</w:t>
      </w:r>
    </w:p>
    <w:p>
      <w:r>
        <w:rPr>
          <w:b/>
        </w:rPr>
        <w:t>Câu 22: Đáp án đúng: None</w:t>
      </w:r>
    </w:p>
    <w:p>
      <w:r>
        <w:rPr>
          <w:b/>
        </w:rPr>
        <w:t>Câu 23: Đáp án đúng: 19</w:t>
      </w:r>
    </w:p>
    <w:p>
      <w:r>
        <w:rPr>
          <w:b/>
        </w:rPr>
        <w:t>Câu 24: Đáp án đúng: 73</w:t>
      </w:r>
    </w:p>
    <w:p>
      <w:r>
        <w:rPr>
          <w:b/>
        </w:rPr>
        <w:t>Câu 25: Đáp án đúng: 17</w:t>
      </w:r>
    </w:p>
    <w:p>
      <w:r>
        <w:rPr>
          <w:b/>
        </w:rPr>
        <w:t>Câu 26: Đáp án đúng: 13</w:t>
      </w:r>
    </w:p>
    <w:p>
      <w:r>
        <w:rPr>
          <w:b/>
        </w:rPr>
        <w:t>Câu 27: Đáp án đúng: 389</w:t>
      </w:r>
    </w:p>
    <w:p>
      <w:r>
        <w:rPr>
          <w:b/>
        </w:rPr>
        <w:t>Câu 28: Đáp án đúng: 0,1</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