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ÔN TẬP KIỂM TRA GIỮA KỲ I-LỚP 12 NĂM HỌC 2026-2027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Tổ chức Liên hợp quốc ra đời không phải là kết quả của những quyết định tại hội nghị nào?</w:t>
      </w:r>
    </w:p>
    <w:p>
      <w:pPr>
        <w:pStyle w:val="ListParagraph"/>
      </w:pPr>
      <w:r>
        <w:rPr>
          <w:sz w:val="22"/>
        </w:rPr>
        <w:t>A. Tê-hê-ran (I-ran, năm 1943).</w:t>
      </w:r>
    </w:p>
    <w:p>
      <w:pPr>
        <w:pStyle w:val="ListParagraph"/>
      </w:pPr>
      <w:r>
        <w:rPr>
          <w:sz w:val="22"/>
        </w:rPr>
        <w:t>B. I-an-ta (Liên Xô, năm 1945).</w:t>
      </w:r>
    </w:p>
    <w:p>
      <w:pPr>
        <w:pStyle w:val="ListParagraph"/>
      </w:pPr>
      <w:r>
        <w:rPr>
          <w:sz w:val="22"/>
        </w:rPr>
        <w:t>C. Muy-nich (Đức, năm 1938).</w:t>
      </w:r>
    </w:p>
    <w:p>
      <w:pPr>
        <w:pStyle w:val="ListParagraph"/>
      </w:pPr>
      <w:r>
        <w:rPr>
          <w:sz w:val="22"/>
        </w:rPr>
        <w:t>D. Xan Phran-xi-xcô (Mĩ, năm 1945).</w:t>
      </w:r>
    </w:p>
    <w:p/>
    <w:p>
      <w:r>
        <w:rPr>
          <w:b/>
          <w:sz w:val="24"/>
        </w:rPr>
        <w:t>Câu 2: Nội dung nào sau đây không phản ánh đúng bối cảnh lịch sử hình thành tổ chức Liên hợp quốc?</w:t>
      </w:r>
    </w:p>
    <w:p>
      <w:pPr>
        <w:pStyle w:val="ListParagraph"/>
      </w:pPr>
      <w:r>
        <w:rPr>
          <w:sz w:val="22"/>
        </w:rPr>
        <w:t>A. Nhân dân thế giới có khát vọng được chung sống hòa bình.</w:t>
      </w:r>
    </w:p>
    <w:p>
      <w:pPr>
        <w:pStyle w:val="ListParagraph"/>
      </w:pPr>
      <w:r>
        <w:rPr>
          <w:sz w:val="22"/>
        </w:rPr>
        <w:t>B. Chủ nghĩa phát xít xuất hiện và cầm quyền ở nhiều nước.</w:t>
      </w:r>
    </w:p>
    <w:p>
      <w:pPr>
        <w:pStyle w:val="ListParagraph"/>
      </w:pPr>
      <w:r>
        <w:rPr>
          <w:sz w:val="22"/>
        </w:rPr>
        <w:t>C. Nhu cầu thành lập tổ chức quốc tế mới thay thế tổ chức cũ.</w:t>
      </w:r>
    </w:p>
    <w:p>
      <w:pPr>
        <w:pStyle w:val="ListParagraph"/>
      </w:pPr>
      <w:r>
        <w:rPr>
          <w:sz w:val="22"/>
        </w:rPr>
        <w:t>D. Xan Phran-xi-xcô (Mĩ, năm 1945).</w:t>
      </w:r>
    </w:p>
    <w:p/>
    <w:p>
      <w:r>
        <w:rPr>
          <w:b/>
          <w:sz w:val="24"/>
        </w:rPr>
        <w:t>Câu 3: Mục tiêu nào sau đây của Liên hợp quốc là cơ sở cho các mục tiêu khác</w:t>
      </w:r>
    </w:p>
    <w:p>
      <w:pPr>
        <w:pStyle w:val="ListParagraph"/>
      </w:pPr>
      <w:r>
        <w:rPr>
          <w:sz w:val="22"/>
        </w:rPr>
        <w:t>A. duy trì hòa bình an ninh quốc tế.</w:t>
      </w:r>
    </w:p>
    <w:p>
      <w:pPr>
        <w:pStyle w:val="ListParagraph"/>
      </w:pPr>
      <w:r>
        <w:rPr>
          <w:sz w:val="22"/>
        </w:rPr>
        <w:t>B. thúc đẩy quan hệ hữu nghị giữa các dân tộc.</w:t>
      </w:r>
    </w:p>
    <w:p>
      <w:pPr>
        <w:pStyle w:val="ListParagraph"/>
      </w:pPr>
      <w:r>
        <w:rPr>
          <w:sz w:val="22"/>
        </w:rPr>
        <w:t>C. giải quyết các vấn đề về an ninh kinh tế xã hội.</w:t>
      </w:r>
    </w:p>
    <w:p>
      <w:pPr>
        <w:pStyle w:val="ListParagraph"/>
      </w:pPr>
      <w:r>
        <w:rPr>
          <w:sz w:val="22"/>
        </w:rPr>
        <w:t>D. đảm bảo quyền con người, không phân biệt chủng tộc.</w:t>
      </w:r>
    </w:p>
    <w:p/>
    <w:p>
      <w:r>
        <w:rPr>
          <w:b/>
          <w:sz w:val="24"/>
        </w:rPr>
        <w:t>Câu 4: Tổ chức Liên hợp quốc được thành lập năm 1945 nhằm đáp ứng nhu cầu nào sau đây của toàn thể nhân loại?</w:t>
      </w:r>
    </w:p>
    <w:p>
      <w:pPr>
        <w:pStyle w:val="ListParagraph"/>
      </w:pPr>
      <w:r>
        <w:rPr>
          <w:sz w:val="22"/>
        </w:rPr>
        <w:t>A. Bảo vệ hòa bình, an ninh toàn thế giới.</w:t>
      </w:r>
    </w:p>
    <w:p>
      <w:pPr>
        <w:pStyle w:val="ListParagraph"/>
      </w:pPr>
      <w:r>
        <w:rPr>
          <w:sz w:val="22"/>
        </w:rPr>
        <w:t>B. Chống biến đổi khí hậu trên toàn cầu.</w:t>
      </w:r>
    </w:p>
    <w:p>
      <w:pPr>
        <w:pStyle w:val="ListParagraph"/>
      </w:pPr>
      <w:r>
        <w:rPr>
          <w:sz w:val="22"/>
        </w:rPr>
        <w:t>C. Nâng cao đời sống tinh thần con người.</w:t>
      </w:r>
    </w:p>
    <w:p>
      <w:pPr>
        <w:pStyle w:val="ListParagraph"/>
      </w:pPr>
      <w:r>
        <w:rPr>
          <w:sz w:val="22"/>
        </w:rPr>
        <w:t>D. Thúc đẩy khoa học công nghệ phát triển.</w:t>
      </w:r>
    </w:p>
    <w:p/>
    <w:p>
      <w:r>
        <w:rPr>
          <w:b/>
          <w:sz w:val="24"/>
        </w:rPr>
        <w:t>Câu 5: Nhận xét nào sau đây phản ánh đúng về sự thành lập tổ chức Liên hợp quốc?</w:t>
      </w:r>
    </w:p>
    <w:p>
      <w:pPr>
        <w:pStyle w:val="ListParagraph"/>
      </w:pPr>
      <w:r>
        <w:rPr>
          <w:sz w:val="22"/>
        </w:rPr>
        <w:t>A. Là kết quả của những thỏa thuận giữa Liên Xô và Anh.</w:t>
      </w:r>
    </w:p>
    <w:p>
      <w:pPr>
        <w:pStyle w:val="ListParagraph"/>
      </w:pPr>
      <w:r>
        <w:rPr>
          <w:sz w:val="22"/>
        </w:rPr>
        <w:t>B. Phù hợp với khát vọng hòa bình chung của nhân dân thế giới.</w:t>
      </w:r>
    </w:p>
    <w:p>
      <w:pPr>
        <w:pStyle w:val="ListParagraph"/>
      </w:pPr>
      <w:r>
        <w:rPr>
          <w:sz w:val="22"/>
        </w:rPr>
        <w:t>C. Các nước phát xít giữ vai trò chủ đạo trong việc thành lập.</w:t>
      </w:r>
    </w:p>
    <w:p>
      <w:pPr>
        <w:pStyle w:val="ListParagraph"/>
      </w:pPr>
      <w:r>
        <w:rPr>
          <w:sz w:val="22"/>
        </w:rPr>
        <w:t>D. Quá trình thành lập lâu dài và chịu ảnh hưởng của Chiến tranh lạnh.</w:t>
      </w:r>
    </w:p>
    <w:p/>
    <w:p>
      <w:r>
        <w:rPr>
          <w:b/>
          <w:sz w:val="24"/>
        </w:rPr>
        <w:t>Câu 6: Nội dung nào sau đây không phản ánh đúng mục tiêu hoạt động của tổ chức Liên hợp quốc?</w:t>
      </w:r>
    </w:p>
    <w:p>
      <w:pPr>
        <w:pStyle w:val="ListParagraph"/>
      </w:pPr>
      <w:r>
        <w:rPr>
          <w:sz w:val="22"/>
        </w:rPr>
        <w:t>A. Thúc đẩy quan hệ hữu nghị giữa các dân tộc trên thế giới.</w:t>
      </w:r>
    </w:p>
    <w:p>
      <w:pPr>
        <w:pStyle w:val="ListParagraph"/>
      </w:pPr>
      <w:r>
        <w:rPr>
          <w:sz w:val="22"/>
        </w:rPr>
        <w:t>B. Giải quyết các tranh chấp quốc tế bằng biện pháp hòa bình.</w:t>
      </w:r>
    </w:p>
    <w:p>
      <w:pPr>
        <w:pStyle w:val="ListParagraph"/>
      </w:pPr>
      <w:r>
        <w:rPr>
          <w:sz w:val="22"/>
        </w:rPr>
        <w:t>C. Hợp tác quốc tế để giải quyết các vấn đề kinh tế, xã hội.</w:t>
      </w:r>
    </w:p>
    <w:p>
      <w:pPr>
        <w:pStyle w:val="ListParagraph"/>
      </w:pPr>
      <w:r>
        <w:rPr>
          <w:sz w:val="22"/>
        </w:rPr>
        <w:t>D. Trung tâm điều hòa các nỗ lực quốc tế vì mục tiêu chung.</w:t>
      </w:r>
    </w:p>
    <w:p/>
    <w:p>
      <w:r>
        <w:rPr>
          <w:b/>
          <w:sz w:val="24"/>
        </w:rPr>
        <w:t>Câu 7: Nhận xét nào sau đây đúng về sự ra đời của tổ chức Liên hợp quốc?</w:t>
      </w:r>
    </w:p>
    <w:p>
      <w:pPr>
        <w:pStyle w:val="ListParagraph"/>
      </w:pPr>
      <w:r>
        <w:rPr>
          <w:sz w:val="22"/>
        </w:rPr>
        <w:t>A. Có sự tham gia chuẩn bị của các nước mới giành độc lập.</w:t>
      </w:r>
    </w:p>
    <w:p>
      <w:pPr>
        <w:pStyle w:val="ListParagraph"/>
      </w:pPr>
      <w:r>
        <w:rPr>
          <w:sz w:val="22"/>
        </w:rPr>
        <w:t>B. Quá trình hình thành kéo dài với nhiều hội nghị quan trọng.</w:t>
      </w:r>
    </w:p>
    <w:p>
      <w:pPr>
        <w:pStyle w:val="ListParagraph"/>
      </w:pPr>
      <w:r>
        <w:rPr>
          <w:sz w:val="22"/>
        </w:rPr>
        <w:t>C. Nhanh chóng hoàn thiện về mặt tổ chức, gắn với vai trò của Mỹ.</w:t>
      </w:r>
    </w:p>
    <w:p>
      <w:pPr>
        <w:pStyle w:val="ListParagraph"/>
      </w:pPr>
      <w:r>
        <w:rPr>
          <w:sz w:val="22"/>
        </w:rPr>
        <w:t>D. Được chính thức thành lập ngay trong Chiến tranh thế giới thứ hai.</w:t>
      </w:r>
    </w:p>
    <w:p/>
    <w:p>
      <w:r>
        <w:rPr>
          <w:b/>
          <w:sz w:val="24"/>
        </w:rPr>
        <w:t>Câu 8: Nội dung nào sau đây không phải là nguyên tắc hoạt động của Liên hợp quốc?</w:t>
      </w:r>
    </w:p>
    <w:p>
      <w:pPr>
        <w:pStyle w:val="ListParagraph"/>
      </w:pPr>
      <w:r>
        <w:rPr>
          <w:sz w:val="22"/>
        </w:rPr>
        <w:t>A. Không can thiệp vào công việc nội bộ của bất kì nước nào.</w:t>
      </w:r>
    </w:p>
    <w:p>
      <w:pPr>
        <w:pStyle w:val="ListParagraph"/>
      </w:pPr>
      <w:r>
        <w:rPr>
          <w:sz w:val="22"/>
        </w:rPr>
        <w:t>B. Hợp tác quốc tế để giải quyết các vấn đề kinh tế, xã hội.</w:t>
      </w:r>
    </w:p>
    <w:p>
      <w:pPr>
        <w:pStyle w:val="ListParagraph"/>
      </w:pPr>
      <w:r>
        <w:rPr>
          <w:sz w:val="22"/>
        </w:rPr>
        <w:t>C. Giải quyết các tranh chấp quốc tế bằng biện pháp hòa bình.</w:t>
      </w:r>
    </w:p>
    <w:p>
      <w:pPr>
        <w:pStyle w:val="ListParagraph"/>
      </w:pPr>
      <w:r>
        <w:rPr>
          <w:sz w:val="22"/>
        </w:rPr>
        <w:t>D. Tôn trọng các nghĩa vụ quốc tế và luật pháp quốc tế.</w:t>
      </w:r>
    </w:p>
    <w:p/>
    <w:p>
      <w:r>
        <w:rPr>
          <w:b/>
          <w:sz w:val="24"/>
        </w:rPr>
        <w:t>Câu 9: Tuyên ngôn Quốc tế Nhân quyền (1948) thể hiện được vai trò nào của Liên hợp quốc?</w:t>
      </w:r>
    </w:p>
    <w:p>
      <w:pPr>
        <w:pStyle w:val="ListParagraph"/>
      </w:pPr>
      <w:r>
        <w:rPr>
          <w:sz w:val="22"/>
        </w:rPr>
        <w:t>A. Thúc đẩy quan hệ hữu nghị giữa các dân tộc trên thế giới.</w:t>
      </w:r>
    </w:p>
    <w:p>
      <w:pPr>
        <w:pStyle w:val="ListParagraph"/>
      </w:pPr>
      <w:r>
        <w:rPr>
          <w:sz w:val="22"/>
        </w:rPr>
        <w:t>B. Thúc đẩy phát triển kinh tế, văn hóa.</w:t>
      </w:r>
    </w:p>
    <w:p>
      <w:pPr>
        <w:pStyle w:val="ListParagraph"/>
      </w:pPr>
      <w:r>
        <w:rPr>
          <w:sz w:val="22"/>
        </w:rPr>
        <w:t>C. Góp phần bảo đảm quyền con người.</w:t>
      </w:r>
    </w:p>
    <w:p>
      <w:pPr>
        <w:pStyle w:val="ListParagraph"/>
      </w:pPr>
      <w:r>
        <w:rPr>
          <w:sz w:val="22"/>
        </w:rPr>
        <w:t>D. Góp phần giải trừ chủ nghĩa quân bị.</w:t>
      </w:r>
    </w:p>
    <w:p/>
    <w:p>
      <w:r>
        <w:rPr>
          <w:b/>
          <w:sz w:val="24"/>
        </w:rPr>
        <w:t>Câu 10: Nội dung nào sau đây phản ánh không đúng nguyên tắc hoạt động của tổ chức Liên hợp quốc?</w:t>
      </w:r>
    </w:p>
    <w:p>
      <w:pPr>
        <w:pStyle w:val="ListParagraph"/>
      </w:pPr>
      <w:r>
        <w:rPr>
          <w:sz w:val="22"/>
        </w:rPr>
        <w:t>A. Bình đẳng chủ quyền giữa các quốc gia.</w:t>
      </w:r>
    </w:p>
    <w:p>
      <w:pPr>
        <w:pStyle w:val="ListParagraph"/>
      </w:pPr>
      <w:r>
        <w:rPr>
          <w:sz w:val="22"/>
        </w:rPr>
        <w:t>B. Giải quyết tranh chấp bằng biện pháp hòa bình.</w:t>
      </w:r>
    </w:p>
    <w:p>
      <w:pPr>
        <w:pStyle w:val="ListParagraph"/>
      </w:pPr>
      <w:r>
        <w:rPr>
          <w:sz w:val="22"/>
        </w:rPr>
        <w:t>C. Không sử dụng vũ lực hoặc đe dọa vũ lực với nhau.</w:t>
      </w:r>
    </w:p>
    <w:p>
      <w:pPr>
        <w:pStyle w:val="ListParagraph"/>
      </w:pPr>
      <w:r>
        <w:rPr>
          <w:sz w:val="22"/>
        </w:rPr>
        <w:t>D. Có thể can thiệp vào công việc nội bộ của các nước.</w:t>
      </w:r>
    </w:p>
    <w:p/>
    <w:p>
      <w:r>
        <w:rPr>
          <w:b/>
          <w:sz w:val="24"/>
        </w:rPr>
        <w:t>Câu 11: Hội nghị Ianta diễn ra trong bối cảnh</w:t>
      </w:r>
    </w:p>
    <w:p>
      <w:pPr>
        <w:pStyle w:val="ListParagraph"/>
      </w:pPr>
      <w:r>
        <w:rPr>
          <w:sz w:val="22"/>
        </w:rPr>
        <w:t>A. Chiến tranh thế giới thứ hai chưa diễn ra.</w:t>
      </w:r>
    </w:p>
    <w:p>
      <w:pPr>
        <w:pStyle w:val="ListParagraph"/>
      </w:pPr>
      <w:r>
        <w:rPr>
          <w:sz w:val="22"/>
        </w:rPr>
        <w:t>B. Chiến tranh thế giới thứ hai đang diễn ra quyết liệt.</w:t>
      </w:r>
    </w:p>
    <w:p>
      <w:pPr>
        <w:pStyle w:val="ListParagraph"/>
      </w:pPr>
      <w:r>
        <w:rPr>
          <w:sz w:val="22"/>
        </w:rPr>
        <w:t>C. Chiến tranh thế giới thứ hai sắp kết thúc.</w:t>
      </w:r>
    </w:p>
    <w:p>
      <w:pPr>
        <w:pStyle w:val="ListParagraph"/>
      </w:pPr>
      <w:r>
        <w:rPr>
          <w:sz w:val="22"/>
        </w:rPr>
        <w:t>D. Chiến tranh thế giới thứ hai đã kết thúc.</w:t>
      </w:r>
    </w:p>
    <w:p/>
    <w:p>
      <w:r>
        <w:rPr>
          <w:b/>
          <w:sz w:val="24"/>
        </w:rPr>
        <w:t>Câu 12: Quan hệ giữa hai nước Liên Xô và Mỹ chuyển sang căng thẳng sau sự kiện nào sau đây?</w:t>
      </w:r>
    </w:p>
    <w:p>
      <w:pPr>
        <w:pStyle w:val="ListParagraph"/>
      </w:pPr>
      <w:r>
        <w:rPr>
          <w:sz w:val="22"/>
        </w:rPr>
        <w:t>A. Thông điệp của Tổng thống Mỹ Tơ-ru-man (12/3/1947).</w:t>
      </w:r>
    </w:p>
    <w:p>
      <w:pPr>
        <w:pStyle w:val="ListParagraph"/>
      </w:pPr>
      <w:r>
        <w:rPr>
          <w:sz w:val="22"/>
        </w:rPr>
        <w:t>B. Những quyết định của Hội nghị Pốt-xđam (1945).</w:t>
      </w:r>
    </w:p>
    <w:p>
      <w:pPr>
        <w:pStyle w:val="ListParagraph"/>
      </w:pPr>
      <w:r>
        <w:rPr>
          <w:sz w:val="22"/>
        </w:rPr>
        <w:t>C. Các điều khoản trong Hiệp định Giơ-ne-vơ (1954).</w:t>
      </w:r>
    </w:p>
    <w:p>
      <w:pPr>
        <w:pStyle w:val="ListParagraph"/>
      </w:pPr>
      <w:r>
        <w:rPr>
          <w:sz w:val="22"/>
        </w:rPr>
        <w:t>D. Các điều khoản trong Hiệp định Pa-ri về Việt Nam (1973).</w:t>
      </w:r>
    </w:p>
    <w:p/>
    <w:p>
      <w:r>
        <w:rPr>
          <w:b/>
          <w:sz w:val="24"/>
        </w:rPr>
        <w:t>Câu 13: Xu hướng hòa hoãn bắt đầu xuất hiện từ đầu những năm 70 của thế kỷ XX với việc</w:t>
      </w:r>
    </w:p>
    <w:p>
      <w:pPr>
        <w:pStyle w:val="ListParagraph"/>
      </w:pPr>
      <w:r>
        <w:rPr>
          <w:sz w:val="22"/>
        </w:rPr>
        <w:t>A. Liên Xô - Mỹ tiến hành cuộc gặp gỡ cấp cao và thoả thuận về hạn chế vũ khí chiến lược (1972).</w:t>
      </w:r>
    </w:p>
    <w:p>
      <w:pPr>
        <w:pStyle w:val="ListParagraph"/>
      </w:pPr>
      <w:r>
        <w:rPr>
          <w:sz w:val="22"/>
        </w:rPr>
        <w:t>B. 2 siêu cường Xô - Mỹ tiến hành những cuộc gặp gỡ cấp cao tại đảo Man-ta (1989).</w:t>
      </w:r>
    </w:p>
    <w:p>
      <w:pPr>
        <w:pStyle w:val="ListParagraph"/>
      </w:pPr>
      <w:r>
        <w:rPr>
          <w:sz w:val="22"/>
        </w:rPr>
        <w:t>C. 33 nước châu Âu, Mỹ và Ca-na-đa đó ký Định ước Hen-xin-ky.</w:t>
      </w:r>
    </w:p>
    <w:p>
      <w:pPr>
        <w:pStyle w:val="ListParagraph"/>
      </w:pPr>
      <w:r>
        <w:rPr>
          <w:sz w:val="22"/>
        </w:rPr>
        <w:t>D. Đông Đức – Tây Đức ký hiệp định về những cơ sở quan hệ 2 nước.</w:t>
      </w:r>
    </w:p>
    <w:p/>
    <w:p>
      <w:r>
        <w:rPr>
          <w:b/>
          <w:sz w:val="24"/>
        </w:rPr>
        <w:t>Câu 14: Tháng 12/1989, tại đảo Manta (Địa Trung Hải), Tổng thống Mỹ (Bus) và Tổng thống Liên Xô (Goóp-ba-chốp)  đã tuyên bố</w:t>
      </w:r>
    </w:p>
    <w:p>
      <w:pPr>
        <w:pStyle w:val="ListParagraph"/>
      </w:pPr>
      <w:r>
        <w:rPr>
          <w:sz w:val="22"/>
        </w:rPr>
        <w:t>A. Phát động chiến tranh lạnh.</w:t>
      </w:r>
    </w:p>
    <w:p>
      <w:pPr>
        <w:pStyle w:val="ListParagraph"/>
      </w:pPr>
      <w:r>
        <w:rPr>
          <w:sz w:val="22"/>
        </w:rPr>
        <w:t>B. Chấm dứt chiến tranh lạnh.</w:t>
      </w:r>
    </w:p>
    <w:p>
      <w:pPr>
        <w:pStyle w:val="ListParagraph"/>
      </w:pPr>
      <w:r>
        <w:rPr>
          <w:sz w:val="22"/>
        </w:rPr>
        <w:t>C. Hiệp định về một giải pháp toàn diện về Campuchia.</w:t>
      </w:r>
    </w:p>
    <w:p>
      <w:pPr>
        <w:pStyle w:val="ListParagraph"/>
      </w:pPr>
      <w:r>
        <w:rPr>
          <w:sz w:val="22"/>
        </w:rPr>
        <w:t>D. Ký hiệp ước cắt giảm vũ khí tiến công chiến lược.</w:t>
      </w:r>
    </w:p>
    <w:p/>
    <w:p>
      <w:r>
        <w:rPr>
          <w:b/>
          <w:sz w:val="24"/>
        </w:rPr>
        <w:t>Câu 15: Từ ngày 4 - 12/2/1945, trên thế giới đã diễn ra sự kiện</w:t>
      </w:r>
    </w:p>
    <w:p>
      <w:pPr>
        <w:pStyle w:val="ListParagraph"/>
      </w:pPr>
      <w:r>
        <w:rPr>
          <w:sz w:val="22"/>
        </w:rPr>
        <w:t>A. Hội nghị Véc-xai</w:t>
      </w:r>
    </w:p>
    <w:p>
      <w:pPr>
        <w:pStyle w:val="ListParagraph"/>
      </w:pPr>
      <w:r>
        <w:rPr>
          <w:sz w:val="22"/>
        </w:rPr>
        <w:t>B. Hội nghị Pôx-đam.</w:t>
      </w:r>
    </w:p>
    <w:p>
      <w:pPr>
        <w:pStyle w:val="ListParagraph"/>
      </w:pPr>
      <w:r>
        <w:rPr>
          <w:sz w:val="22"/>
        </w:rPr>
        <w:t>C. Hội nghị Xanphơranxco</w:t>
      </w:r>
    </w:p>
    <w:p>
      <w:pPr>
        <w:pStyle w:val="ListParagraph"/>
      </w:pPr>
      <w:r>
        <w:rPr>
          <w:sz w:val="22"/>
        </w:rPr>
        <w:t>D. Hội nghị Ianta.</w:t>
      </w:r>
    </w:p>
    <w:p/>
    <w:p>
      <w:r>
        <w:rPr>
          <w:b/>
          <w:sz w:val="24"/>
        </w:rPr>
        <w:t>Câu 16: Quốc gia nào ở châu Âu không thuộc phạm vi ảnh hưởng của các cường quốc theo quy định của Hội nghị Ianta (2/1945)?</w:t>
      </w:r>
    </w:p>
    <w:p>
      <w:pPr>
        <w:pStyle w:val="ListParagraph"/>
      </w:pPr>
      <w:r>
        <w:rPr>
          <w:sz w:val="22"/>
        </w:rPr>
        <w:t>A. Tiệp Khắc.</w:t>
      </w:r>
    </w:p>
    <w:p>
      <w:pPr>
        <w:pStyle w:val="ListParagraph"/>
      </w:pPr>
      <w:r>
        <w:rPr>
          <w:sz w:val="22"/>
        </w:rPr>
        <w:t>B. Đức.</w:t>
      </w:r>
    </w:p>
    <w:p>
      <w:pPr>
        <w:pStyle w:val="ListParagraph"/>
      </w:pPr>
      <w:r>
        <w:rPr>
          <w:sz w:val="22"/>
        </w:rPr>
        <w:t>C. Anbani.</w:t>
      </w:r>
    </w:p>
    <w:p>
      <w:pPr>
        <w:pStyle w:val="ListParagraph"/>
      </w:pPr>
      <w:r>
        <w:rPr>
          <w:sz w:val="22"/>
        </w:rPr>
        <w:t>D. Phần Lan.</w:t>
      </w:r>
    </w:p>
    <w:p/>
    <w:p>
      <w:r>
        <w:rPr>
          <w:b/>
          <w:sz w:val="24"/>
        </w:rPr>
        <w:t>Câu 17: Tổ chức Hiệp ước Bắc Đại Tây Dương (1949) và tổ chức Hiệp ước Vácsava (1955) là một trong những biểu hiện về sự đối đầu của lĩnh vực nào?</w:t>
      </w:r>
    </w:p>
    <w:p>
      <w:pPr>
        <w:pStyle w:val="ListParagraph"/>
      </w:pPr>
      <w:r>
        <w:rPr>
          <w:sz w:val="22"/>
        </w:rPr>
        <w:t>A. Quân sự.</w:t>
      </w:r>
    </w:p>
    <w:p>
      <w:pPr>
        <w:pStyle w:val="ListParagraph"/>
      </w:pPr>
      <w:r>
        <w:rPr>
          <w:sz w:val="22"/>
        </w:rPr>
        <w:t>B. Kinh tế.</w:t>
      </w:r>
    </w:p>
    <w:p>
      <w:pPr>
        <w:pStyle w:val="ListParagraph"/>
      </w:pPr>
      <w:r>
        <w:rPr>
          <w:sz w:val="22"/>
        </w:rPr>
        <w:t>C. Chính trị.</w:t>
      </w:r>
    </w:p>
    <w:p>
      <w:pPr>
        <w:pStyle w:val="ListParagraph"/>
      </w:pPr>
      <w:r>
        <w:rPr>
          <w:sz w:val="22"/>
        </w:rPr>
        <w:t>D. Văn hóa.</w:t>
      </w:r>
    </w:p>
    <w:p/>
    <w:p>
      <w:r>
        <w:rPr>
          <w:b/>
          <w:sz w:val="24"/>
        </w:rPr>
        <w:t>Câu 18: Trật tự thế giới hai cực I-an-ta được hình thành trong bối cảnh nào sau đây?</w:t>
      </w:r>
    </w:p>
    <w:p>
      <w:pPr>
        <w:pStyle w:val="ListParagraph"/>
      </w:pPr>
      <w:r>
        <w:rPr>
          <w:sz w:val="22"/>
        </w:rPr>
        <w:t>A. Các nước Đồng minh muốn nhanh chóng đánh bại chủ nghĩa phát xít.</w:t>
      </w:r>
    </w:p>
    <w:p>
      <w:pPr>
        <w:pStyle w:val="ListParagraph"/>
      </w:pPr>
      <w:r>
        <w:rPr>
          <w:sz w:val="22"/>
        </w:rPr>
        <w:t>B. Chiến tranh thế giới thứ hai đã kết thúc ở châu Á và châu Phi.</w:t>
      </w:r>
    </w:p>
    <w:p>
      <w:pPr>
        <w:pStyle w:val="ListParagraph"/>
      </w:pPr>
      <w:r>
        <w:rPr>
          <w:sz w:val="22"/>
        </w:rPr>
        <w:t>C. Sau Chiến tranh thế giới thứ hai, các nước Đồng minh tổ chức lại thế giới.</w:t>
      </w:r>
    </w:p>
    <w:p>
      <w:pPr>
        <w:pStyle w:val="ListParagraph"/>
      </w:pPr>
      <w:r>
        <w:rPr>
          <w:sz w:val="22"/>
        </w:rPr>
        <w:t>D. Sau Chiến tranh thế giới thứ hai, các nước Đồng mình phân chia quyền lợi.</w:t>
      </w:r>
    </w:p>
    <w:p/>
    <w:p>
      <w:r>
        <w:rPr>
          <w:b/>
          <w:sz w:val="24"/>
        </w:rPr>
        <w:t>Câu 19: Nội dung nào sau đây là biểu hiện của Chiến tranh lạnh?</w:t>
      </w:r>
    </w:p>
    <w:p>
      <w:pPr>
        <w:pStyle w:val="ListParagraph"/>
      </w:pPr>
      <w:r>
        <w:rPr>
          <w:sz w:val="22"/>
        </w:rPr>
        <w:t>A. Các cuộc chiến tranh cục bộ diễn ra ở nhiều nơi.</w:t>
      </w:r>
    </w:p>
    <w:p>
      <w:pPr>
        <w:pStyle w:val="ListParagraph"/>
      </w:pPr>
      <w:r>
        <w:rPr>
          <w:sz w:val="22"/>
        </w:rPr>
        <w:t>B. Trung Quốc và Liên Xô chạy đua vũ trang.</w:t>
      </w:r>
    </w:p>
    <w:p>
      <w:pPr>
        <w:pStyle w:val="ListParagraph"/>
      </w:pPr>
      <w:r>
        <w:rPr>
          <w:sz w:val="22"/>
        </w:rPr>
        <w:t>C. Trung Quốc và Mỹ trở thành hai cực lớn nhất.</w:t>
      </w:r>
    </w:p>
    <w:p>
      <w:pPr>
        <w:pStyle w:val="ListParagraph"/>
      </w:pPr>
      <w:r>
        <w:rPr>
          <w:sz w:val="22"/>
        </w:rPr>
        <w:t>D. Mỹ phát triển trở thành một cực duy nhất.</w:t>
      </w:r>
    </w:p>
    <w:p/>
    <w:p>
      <w:r>
        <w:rPr>
          <w:b/>
          <w:sz w:val="24"/>
        </w:rPr>
        <w:t>Câu 20: Những năm 70 của thế kỉ XX, thế giới xuất hiện xu thế nào sau đây ảnh hưởng đến cục diện của Chiến tranh lạnh?</w:t>
      </w:r>
    </w:p>
    <w:p>
      <w:pPr>
        <w:pStyle w:val="ListParagraph"/>
      </w:pPr>
      <w:r>
        <w:rPr>
          <w:sz w:val="22"/>
        </w:rPr>
        <w:t>A. Đa quốc gia.</w:t>
      </w:r>
    </w:p>
    <w:p>
      <w:pPr>
        <w:pStyle w:val="ListParagraph"/>
      </w:pPr>
      <w:r>
        <w:rPr>
          <w:sz w:val="22"/>
        </w:rPr>
        <w:t>B. Hoà hoãn Đông - Tây.</w:t>
      </w:r>
    </w:p>
    <w:p>
      <w:pPr>
        <w:pStyle w:val="ListParagraph"/>
      </w:pPr>
      <w:r>
        <w:rPr>
          <w:sz w:val="22"/>
        </w:rPr>
        <w:t>C. Công nghiệp hoá.</w:t>
      </w:r>
    </w:p>
    <w:p>
      <w:pPr>
        <w:pStyle w:val="ListParagraph"/>
      </w:pPr>
      <w:r>
        <w:rPr>
          <w:sz w:val="22"/>
        </w:rPr>
        <w:t>D. Đơn cực.</w:t>
      </w:r>
    </w:p>
    <w:p/>
    <w:p>
      <w:r>
        <w:rPr>
          <w:b/>
          <w:sz w:val="24"/>
        </w:rPr>
        <w:t>Câu 21: Sau năm 1991, các nước lớn điều chỉnh quan hệ đối ngoại theo hướng đối thoại, hợp tác nhấm mục đích gì?</w:t>
      </w:r>
    </w:p>
    <w:p>
      <w:pPr>
        <w:pStyle w:val="ListParagraph"/>
      </w:pPr>
      <w:r>
        <w:rPr>
          <w:sz w:val="22"/>
        </w:rPr>
        <w:t>A. Xoá bỏ những mâu thuẩn đang tồn tại.</w:t>
      </w:r>
    </w:p>
    <w:p>
      <w:pPr>
        <w:pStyle w:val="ListParagraph"/>
      </w:pPr>
      <w:r>
        <w:rPr>
          <w:sz w:val="22"/>
        </w:rPr>
        <w:t>B. Hoà bình ổn định để phát triển kinh tế.</w:t>
      </w:r>
    </w:p>
    <w:p>
      <w:pPr>
        <w:pStyle w:val="ListParagraph"/>
      </w:pPr>
      <w:r>
        <w:rPr>
          <w:sz w:val="22"/>
        </w:rPr>
        <w:t>C. Tập hợp lực lượng để cạnh tranh quốc tế.</w:t>
      </w:r>
    </w:p>
    <w:p>
      <w:pPr>
        <w:pStyle w:val="ListParagraph"/>
      </w:pPr>
      <w:r>
        <w:rPr>
          <w:sz w:val="22"/>
        </w:rPr>
        <w:t>D. Hạn chế tác động của khủng hoảng kinh tế.</w:t>
      </w:r>
    </w:p>
    <w:p/>
    <w:p>
      <w:r>
        <w:rPr>
          <w:b/>
          <w:sz w:val="24"/>
        </w:rPr>
        <w:t>Câu 22: Vị thế của Trung Quốc trong trật tự thế giới mới đang vận động hình thành sau khi Chiến tranh lạnh chấm dứt là</w:t>
      </w:r>
    </w:p>
    <w:p>
      <w:pPr>
        <w:pStyle w:val="ListParagraph"/>
      </w:pPr>
      <w:r>
        <w:rPr>
          <w:sz w:val="22"/>
        </w:rPr>
        <w:t>A. chỉ phối và thống trị châu Á.</w:t>
      </w:r>
    </w:p>
    <w:p>
      <w:pPr>
        <w:pStyle w:val="ListParagraph"/>
      </w:pPr>
      <w:r>
        <w:rPr>
          <w:sz w:val="22"/>
        </w:rPr>
        <w:t>B. “một cực” trong xu thế đa cực.</w:t>
      </w:r>
    </w:p>
    <w:p>
      <w:pPr>
        <w:pStyle w:val="ListParagraph"/>
      </w:pPr>
      <w:r>
        <w:rPr>
          <w:sz w:val="22"/>
        </w:rPr>
        <w:t>C. “một cực” trong trật tự hai cực.</w:t>
      </w:r>
    </w:p>
    <w:p>
      <w:pPr>
        <w:pStyle w:val="ListParagraph"/>
      </w:pPr>
      <w:r>
        <w:rPr>
          <w:sz w:val="22"/>
        </w:rPr>
        <w:t>D. “một cực” duy nhất ở châu Á.</w:t>
      </w:r>
    </w:p>
    <w:p/>
    <w:p>
      <w:r>
        <w:rPr>
          <w:b/>
          <w:sz w:val="24"/>
        </w:rPr>
        <w:t>Câu 23: Tại sao sau Chiến tranh lạnh, các quốc gia đều ra sức điều chỉnh chiến lược phát triển lấy kinh tế làm trung tâm</w:t>
      </w:r>
    </w:p>
    <w:p>
      <w:pPr>
        <w:pStyle w:val="ListParagraph"/>
      </w:pPr>
      <w:r>
        <w:rPr>
          <w:sz w:val="22"/>
        </w:rPr>
        <w:t>A. Các quốc gia muốn trở thành siêu cương về kinh tế.</w:t>
      </w:r>
    </w:p>
    <w:p>
      <w:pPr>
        <w:pStyle w:val="ListParagraph"/>
      </w:pPr>
      <w:r>
        <w:rPr>
          <w:sz w:val="22"/>
        </w:rPr>
        <w:t>B. Các quốc gia lo sợ sự ảnh hưởng của các nước lớn.</w:t>
      </w:r>
    </w:p>
    <w:p>
      <w:pPr>
        <w:pStyle w:val="ListParagraph"/>
      </w:pPr>
      <w:r>
        <w:rPr>
          <w:sz w:val="22"/>
        </w:rPr>
        <w:t>C. Phát triển kinh tế sẽ quyết định phát triển chính trị.</w:t>
      </w:r>
    </w:p>
    <w:p>
      <w:pPr>
        <w:pStyle w:val="ListParagraph"/>
      </w:pPr>
      <w:r>
        <w:rPr>
          <w:sz w:val="22"/>
        </w:rPr>
        <w:t>D. Kinh tế trở thành nội dung căn bản trong quan hệ quốc tế.</w:t>
      </w:r>
    </w:p>
    <w:p/>
    <w:p>
      <w:r>
        <w:rPr>
          <w:b/>
          <w:sz w:val="24"/>
        </w:rPr>
        <w:t>Câu 24: Trong xu thế toàn cầu hóa, việc sáp nhập và hợp nhất các công ti thành tập đoàn lớn trên thế giới nhằm mục đích nào sau đây?</w:t>
      </w:r>
    </w:p>
    <w:p>
      <w:pPr>
        <w:pStyle w:val="ListParagraph"/>
      </w:pPr>
      <w:r>
        <w:rPr>
          <w:sz w:val="22"/>
        </w:rPr>
        <w:t>A. Tăng cường khả năng cạnh tranh.</w:t>
      </w:r>
    </w:p>
    <w:p>
      <w:pPr>
        <w:pStyle w:val="ListParagraph"/>
      </w:pPr>
      <w:r>
        <w:rPr>
          <w:sz w:val="22"/>
        </w:rPr>
        <w:t>B. Thúc đẩy giao lưu kinh tế.</w:t>
      </w:r>
    </w:p>
    <w:p>
      <w:pPr>
        <w:pStyle w:val="ListParagraph"/>
      </w:pPr>
      <w:r>
        <w:rPr>
          <w:sz w:val="22"/>
        </w:rPr>
        <w:t>C. Nâng vị thế của các cường quốc.</w:t>
      </w:r>
    </w:p>
    <w:p>
      <w:pPr>
        <w:pStyle w:val="ListParagraph"/>
      </w:pPr>
      <w:r>
        <w:rPr>
          <w:sz w:val="22"/>
        </w:rPr>
        <w:t>D. Mở rộng qui mô sản xuất.</w:t>
      </w:r>
    </w:p>
    <w:p/>
    <w:p>
      <w:r>
        <w:rPr>
          <w:b/>
          <w:sz w:val="24"/>
        </w:rPr>
        <w:t>Câu 25: Sự ra đời của Liên minh châu Âu (EU), Tổ chức Thương mại Thế giới (WTO), Diễn đàn hợp tác Á - Âu (ASEM) là biểu hiện của xu thế</w:t>
      </w:r>
    </w:p>
    <w:p>
      <w:pPr>
        <w:pStyle w:val="ListParagraph"/>
      </w:pPr>
      <w:r>
        <w:rPr>
          <w:sz w:val="22"/>
        </w:rPr>
        <w:t>A. đa dạng hóa.</w:t>
      </w:r>
    </w:p>
    <w:p>
      <w:pPr>
        <w:pStyle w:val="ListParagraph"/>
      </w:pPr>
      <w:r>
        <w:rPr>
          <w:sz w:val="22"/>
        </w:rPr>
        <w:t>B. nhất thể hóa.</w:t>
      </w:r>
    </w:p>
    <w:p>
      <w:pPr>
        <w:pStyle w:val="ListParagraph"/>
      </w:pPr>
      <w:r>
        <w:rPr>
          <w:sz w:val="22"/>
        </w:rPr>
        <w:t>C. đa phương hóa.</w:t>
      </w:r>
    </w:p>
    <w:p>
      <w:pPr>
        <w:pStyle w:val="ListParagraph"/>
      </w:pPr>
      <w:r>
        <w:rPr>
          <w:sz w:val="22"/>
        </w:rPr>
        <w:t>D. toàn cầu hóa.</w:t>
      </w:r>
    </w:p>
    <w:p/>
    <w:p>
      <w:r>
        <w:rPr>
          <w:b/>
          <w:sz w:val="24"/>
        </w:rPr>
        <w:t>Câu 26: Để hội nhập với xu thế toàn cầu hóa hiện nay, các quốc gia đều ra sức điều chỉnh chiến lược phát triển của mình, tập trung vào phát triển</w:t>
      </w:r>
    </w:p>
    <w:p>
      <w:pPr>
        <w:pStyle w:val="ListParagraph"/>
      </w:pPr>
      <w:r>
        <w:rPr>
          <w:sz w:val="22"/>
        </w:rPr>
        <w:t>A. chính trị.</w:t>
      </w:r>
    </w:p>
    <w:p>
      <w:pPr>
        <w:pStyle w:val="ListParagraph"/>
      </w:pPr>
      <w:r>
        <w:rPr>
          <w:sz w:val="22"/>
        </w:rPr>
        <w:t>B. văn hóa.</w:t>
      </w:r>
    </w:p>
    <w:p>
      <w:pPr>
        <w:pStyle w:val="ListParagraph"/>
      </w:pPr>
      <w:r>
        <w:rPr>
          <w:sz w:val="22"/>
        </w:rPr>
        <w:t>C. quốc phòng.</w:t>
      </w:r>
    </w:p>
    <w:p>
      <w:pPr>
        <w:pStyle w:val="ListParagraph"/>
      </w:pPr>
      <w:r>
        <w:rPr>
          <w:sz w:val="22"/>
        </w:rPr>
        <w:t>D. kinh tế.</w:t>
      </w:r>
    </w:p>
    <w:p/>
    <w:p>
      <w:r>
        <w:rPr>
          <w:b/>
          <w:sz w:val="24"/>
        </w:rPr>
        <w:t>Câu 27: Chiến tranh lạnh chấm dứt, thế giới chuyển sang xu thế</w:t>
      </w:r>
    </w:p>
    <w:p>
      <w:pPr>
        <w:pStyle w:val="ListParagraph"/>
      </w:pPr>
      <w:r>
        <w:rPr>
          <w:sz w:val="22"/>
        </w:rPr>
        <w:t>A. hòa dịu, đối thoại và hợp tác phát triển.</w:t>
      </w:r>
    </w:p>
    <w:p>
      <w:pPr>
        <w:pStyle w:val="ListParagraph"/>
      </w:pPr>
      <w:r>
        <w:rPr>
          <w:sz w:val="22"/>
        </w:rPr>
        <w:t>B. cạnh tranh gay gắn về kinh tế và chính trị.</w:t>
      </w:r>
    </w:p>
    <w:p>
      <w:pPr>
        <w:pStyle w:val="ListParagraph"/>
      </w:pPr>
      <w:r>
        <w:rPr>
          <w:sz w:val="22"/>
        </w:rPr>
        <w:t>C. chạy đua vũ trang giữa các cường quốc lớn.</w:t>
      </w:r>
    </w:p>
    <w:p>
      <w:pPr>
        <w:pStyle w:val="ListParagraph"/>
      </w:pPr>
      <w:r>
        <w:rPr>
          <w:sz w:val="22"/>
        </w:rPr>
        <w:t>D. xung đột sắc tộc, tôn giáo diễn ra phổ biến.</w:t>
      </w:r>
    </w:p>
    <w:p/>
    <w:p>
      <w:r>
        <w:rPr>
          <w:b/>
          <w:sz w:val="24"/>
        </w:rPr>
        <w:t>Câu 28: Đặc điểm nổi bật trong quan hệ quốc tế sau khi chiến tranh lạnh chấm dứt là</w:t>
      </w:r>
    </w:p>
    <w:p>
      <w:pPr>
        <w:pStyle w:val="ListParagraph"/>
      </w:pPr>
      <w:r>
        <w:rPr>
          <w:sz w:val="22"/>
        </w:rPr>
        <w:t>A. Hợp tác chính trị - văn hóa là xu thế chủ đạo.</w:t>
      </w:r>
    </w:p>
    <w:p>
      <w:pPr>
        <w:pStyle w:val="ListParagraph"/>
      </w:pPr>
      <w:r>
        <w:rPr>
          <w:sz w:val="22"/>
        </w:rPr>
        <w:t>B. Hai siêu cường Xô - Mĩ đối thoại, hợp tác.</w:t>
      </w:r>
    </w:p>
    <w:p>
      <w:pPr>
        <w:pStyle w:val="ListParagraph"/>
      </w:pPr>
      <w:r>
        <w:rPr>
          <w:sz w:val="22"/>
        </w:rPr>
        <w:t>C. Hòa bình, hợp tác trở thành xu thế chủ đạo.</w:t>
      </w:r>
    </w:p>
    <w:p>
      <w:pPr>
        <w:pStyle w:val="ListParagraph"/>
      </w:pPr>
      <w:r>
        <w:rPr>
          <w:sz w:val="22"/>
        </w:rPr>
        <w:t>D. Hai siêu cường Xô - Mĩ đối đầu gay gắt.</w:t>
      </w:r>
    </w:p>
    <w:p/>
    <w:p>
      <w:r>
        <w:rPr>
          <w:b/>
          <w:sz w:val="24"/>
        </w:rPr>
        <w:t>Câu 29: Nhân tố nào sau đây đóng vai trò quyết định để các cường quốc tham gia xác lập trật tự thế giới mới sau Chiến tranh lạnh?</w:t>
      </w:r>
    </w:p>
    <w:p>
      <w:pPr>
        <w:pStyle w:val="ListParagraph"/>
      </w:pPr>
      <w:r>
        <w:rPr>
          <w:sz w:val="22"/>
        </w:rPr>
        <w:t>A. Sức mạnh tổng hợp của quốc gia, trong đó kinh tế vẫn là trụ cột.</w:t>
      </w:r>
    </w:p>
    <w:p>
      <w:pPr>
        <w:pStyle w:val="ListParagraph"/>
      </w:pPr>
      <w:r>
        <w:rPr>
          <w:sz w:val="22"/>
        </w:rPr>
        <w:t>B. Là 1 trong 5 cường quốc của Hội đông Bảo an Liên hợp quốc.</w:t>
      </w:r>
    </w:p>
    <w:p>
      <w:pPr>
        <w:pStyle w:val="ListParagraph"/>
      </w:pPr>
      <w:r>
        <w:rPr>
          <w:sz w:val="22"/>
        </w:rPr>
        <w:t>C. Sự ra đời và ngày càng mở rộng của các tổ chức liên kết khu vực.</w:t>
      </w:r>
    </w:p>
    <w:p>
      <w:pPr>
        <w:pStyle w:val="ListParagraph"/>
      </w:pPr>
      <w:r>
        <w:rPr>
          <w:sz w:val="22"/>
        </w:rPr>
        <w:t>D. Sức mạnh quân sự của quốc gia với lực lượng quân sự hùng hậu.</w:t>
      </w:r>
    </w:p>
    <w:p/>
    <w:p>
      <w:r>
        <w:rPr>
          <w:b/>
          <w:sz w:val="24"/>
        </w:rPr>
        <w:t>Câu 30: Sự sụp đổ của chế độ xã hội chủ nghĩa ở Đông Âu và Liên Xô (1989 - 1991) đã tạo cho Mỹ lợi thế nào sau đây?</w:t>
      </w:r>
    </w:p>
    <w:p>
      <w:pPr>
        <w:pStyle w:val="ListParagraph"/>
      </w:pPr>
      <w:r>
        <w:rPr>
          <w:sz w:val="22"/>
        </w:rPr>
        <w:t>A. Chi phối được các nước tư bản đồng minh đi theo Mỹ.</w:t>
      </w:r>
    </w:p>
    <w:p>
      <w:pPr>
        <w:pStyle w:val="ListParagraph"/>
      </w:pPr>
      <w:r>
        <w:rPr>
          <w:sz w:val="22"/>
        </w:rPr>
        <w:t>B. Tận dụng cơ hội để thiết lập trật tự thế giới đơn cực.</w:t>
      </w:r>
    </w:p>
    <w:p>
      <w:pPr>
        <w:pStyle w:val="ListParagraph"/>
      </w:pPr>
      <w:r>
        <w:rPr>
          <w:sz w:val="22"/>
        </w:rPr>
        <w:t>C. Đẩy mạnh việc triển khai chiến lược đa phương hóa.</w:t>
      </w:r>
    </w:p>
    <w:p>
      <w:pPr>
        <w:pStyle w:val="ListParagraph"/>
      </w:pPr>
      <w:r>
        <w:rPr>
          <w:sz w:val="22"/>
        </w:rPr>
        <w:t>D. Thực hiện thành công mục tiêu chiến lược toàn cầu.</w:t>
      </w:r>
    </w:p>
    <w:p/>
    <w:p>
      <w:r>
        <w:rPr>
          <w:b/>
          <w:sz w:val="24"/>
        </w:rPr>
        <w:t>Câu 31: Hiệp hội các quốc gia Đông Nam Á (ASEAN) được thành lập trong bối cảnh</w:t>
      </w:r>
    </w:p>
    <w:p>
      <w:pPr>
        <w:pStyle w:val="ListParagraph"/>
      </w:pPr>
      <w:r>
        <w:rPr>
          <w:sz w:val="22"/>
        </w:rPr>
        <w:t>A. xu thế liên kết khu vực đang phát triển.</w:t>
      </w:r>
    </w:p>
    <w:p>
      <w:pPr>
        <w:pStyle w:val="ListParagraph"/>
      </w:pPr>
      <w:r>
        <w:rPr>
          <w:sz w:val="22"/>
        </w:rPr>
        <w:t>B. tất cả các nước châu Á đã giành độc lập.</w:t>
      </w:r>
    </w:p>
    <w:p>
      <w:pPr>
        <w:pStyle w:val="ListParagraph"/>
      </w:pPr>
      <w:r>
        <w:rPr>
          <w:sz w:val="22"/>
        </w:rPr>
        <w:t>C. trật tự thế giới hai cực I-an-ta đã sụp đổ.</w:t>
      </w:r>
    </w:p>
    <w:p>
      <w:pPr>
        <w:pStyle w:val="ListParagraph"/>
      </w:pPr>
      <w:r>
        <w:rPr>
          <w:sz w:val="22"/>
        </w:rPr>
        <w:t>D. chủ nghĩa thực dân cũ đã hoàn toàn sụp đổ.</w:t>
      </w:r>
    </w:p>
    <w:p/>
    <w:p>
      <w:r>
        <w:rPr>
          <w:b/>
          <w:sz w:val="24"/>
        </w:rPr>
        <w:t>Câu 32: Hiệp hội các quốc gia Đông Nam Á được thành lập năm 1967 tại</w:t>
      </w:r>
    </w:p>
    <w:p>
      <w:pPr>
        <w:pStyle w:val="ListParagraph"/>
      </w:pPr>
      <w:r>
        <w:rPr>
          <w:sz w:val="22"/>
        </w:rPr>
        <w:t>A. Ma-ni-la (Phi-lip-pin).</w:t>
      </w:r>
    </w:p>
    <w:p>
      <w:pPr>
        <w:pStyle w:val="ListParagraph"/>
      </w:pPr>
      <w:r>
        <w:rPr>
          <w:sz w:val="22"/>
        </w:rPr>
        <w:t>B. Cua-la Lăm-pơ (Ma-lai-xi-a).</w:t>
      </w:r>
    </w:p>
    <w:p>
      <w:pPr>
        <w:pStyle w:val="ListParagraph"/>
      </w:pPr>
      <w:r>
        <w:rPr>
          <w:sz w:val="22"/>
        </w:rPr>
        <w:t>C. Ba-li (In-đô-nê-xi-a).</w:t>
      </w:r>
    </w:p>
    <w:p>
      <w:pPr>
        <w:pStyle w:val="ListParagraph"/>
      </w:pPr>
      <w:r>
        <w:rPr>
          <w:sz w:val="22"/>
        </w:rPr>
        <w:t>D. Băng Cốc (Thái Lan).</w:t>
      </w:r>
    </w:p>
    <w:p/>
    <w:p>
      <w:r>
        <w:rPr>
          <w:b/>
          <w:sz w:val="24"/>
        </w:rPr>
        <w:t>Câu 33: Một trong những thành viên sáng lập Hiệp hội các quốc gia Đông Nam Á (ASEAN) là</w:t>
      </w:r>
    </w:p>
    <w:p>
      <w:pPr>
        <w:pStyle w:val="ListParagraph"/>
      </w:pPr>
      <w:r>
        <w:rPr>
          <w:sz w:val="22"/>
        </w:rPr>
        <w:t>A. Mi-an-ma.</w:t>
      </w:r>
    </w:p>
    <w:p>
      <w:pPr>
        <w:pStyle w:val="ListParagraph"/>
      </w:pPr>
      <w:r>
        <w:rPr>
          <w:sz w:val="22"/>
        </w:rPr>
        <w:t>B. Cam-pu-chia.</w:t>
      </w:r>
    </w:p>
    <w:p>
      <w:pPr>
        <w:pStyle w:val="ListParagraph"/>
      </w:pPr>
      <w:r>
        <w:rPr>
          <w:sz w:val="22"/>
        </w:rPr>
        <w:t>C. Lào.</w:t>
      </w:r>
    </w:p>
    <w:p>
      <w:pPr>
        <w:pStyle w:val="ListParagraph"/>
      </w:pPr>
      <w:r>
        <w:rPr>
          <w:sz w:val="22"/>
        </w:rPr>
        <w:t>D. Xin-ga-po.</w:t>
      </w:r>
    </w:p>
    <w:p/>
    <w:p>
      <w:r>
        <w:rPr>
          <w:b/>
          <w:sz w:val="24"/>
        </w:rPr>
        <w:t>Câu 34: Nhóm 5 nước sáng lập ASEAN trong năm 1967 gồm</w:t>
      </w:r>
    </w:p>
    <w:p>
      <w:pPr>
        <w:pStyle w:val="ListParagraph"/>
      </w:pPr>
      <w:r>
        <w:rPr>
          <w:sz w:val="22"/>
        </w:rPr>
        <w:t>A. Mỹ, In-đô-nê-xi-a, Phi-líp-pin, Việt Nam, Lào.</w:t>
      </w:r>
    </w:p>
    <w:p>
      <w:pPr>
        <w:pStyle w:val="ListParagraph"/>
      </w:pPr>
      <w:r>
        <w:rPr>
          <w:sz w:val="22"/>
        </w:rPr>
        <w:t>B. Liên Xô, In-đô-nê-xi-a, Phi-lip-pin, Xin-ga-po, Lào.</w:t>
      </w:r>
    </w:p>
    <w:p>
      <w:pPr>
        <w:pStyle w:val="ListParagraph"/>
      </w:pPr>
      <w:r>
        <w:rPr>
          <w:sz w:val="22"/>
        </w:rPr>
        <w:t>C. Thái Lan, In-đô-nê-xi-a, Phi-lip-pin, Xin-ga-po, Ma-lai-xi-a.</w:t>
      </w:r>
    </w:p>
    <w:p>
      <w:pPr>
        <w:pStyle w:val="ListParagraph"/>
      </w:pPr>
      <w:r>
        <w:rPr>
          <w:sz w:val="22"/>
        </w:rPr>
        <w:t>D. Việt Nam, Đông Timo, Phi-lip-pin, Xin-ga-po, Ma-lai-xi-a.</w:t>
      </w:r>
    </w:p>
    <w:p/>
    <w:p>
      <w:r>
        <w:rPr>
          <w:b/>
          <w:sz w:val="24"/>
        </w:rPr>
        <w:t>Câu 35: Tổ chức nào được thành lập ở khu vực Đông Nam Á vào năm 1963?</w:t>
      </w:r>
    </w:p>
    <w:p>
      <w:pPr>
        <w:pStyle w:val="ListParagraph"/>
      </w:pPr>
      <w:r>
        <w:rPr>
          <w:sz w:val="22"/>
        </w:rPr>
        <w:t>A. Khối quân sự SENTO.</w:t>
      </w:r>
    </w:p>
    <w:p>
      <w:pPr>
        <w:pStyle w:val="ListParagraph"/>
      </w:pPr>
      <w:r>
        <w:rPr>
          <w:sz w:val="22"/>
        </w:rPr>
        <w:t>B. Tổ chức MAPHILINDO.</w:t>
      </w:r>
    </w:p>
    <w:p>
      <w:pPr>
        <w:pStyle w:val="ListParagraph"/>
      </w:pPr>
      <w:r>
        <w:rPr>
          <w:sz w:val="22"/>
        </w:rPr>
        <w:t>C. Hiệp hội Đông Nam Á.</w:t>
      </w:r>
    </w:p>
    <w:p>
      <w:pPr>
        <w:pStyle w:val="ListParagraph"/>
      </w:pPr>
      <w:r>
        <w:rPr>
          <w:sz w:val="22"/>
        </w:rPr>
        <w:t>D. Hiệp hội các quốc gia Đông Nam Á.</w:t>
      </w:r>
    </w:p>
    <w:p/>
    <w:p>
      <w:r>
        <w:rPr>
          <w:b/>
          <w:sz w:val="24"/>
        </w:rPr>
        <w:t>Câu 36: Một trong những mục đích thành lập của ASEAN là</w:t>
      </w:r>
    </w:p>
    <w:p>
      <w:pPr>
        <w:pStyle w:val="ListParagraph"/>
      </w:pPr>
      <w:r>
        <w:rPr>
          <w:sz w:val="22"/>
        </w:rPr>
        <w:t>A. thúc đẩy tăng trưởng kinh tế, tiến bộ xã hội trong khu vực.</w:t>
      </w:r>
    </w:p>
    <w:p>
      <w:pPr>
        <w:pStyle w:val="ListParagraph"/>
      </w:pPr>
      <w:r>
        <w:rPr>
          <w:sz w:val="22"/>
        </w:rPr>
        <w:t>B. tăng cường hợp tác quốc phòng, an ninh trong khu vực.</w:t>
      </w:r>
    </w:p>
    <w:p>
      <w:pPr>
        <w:pStyle w:val="ListParagraph"/>
      </w:pPr>
      <w:r>
        <w:rPr>
          <w:sz w:val="22"/>
        </w:rPr>
        <w:t>C. thành lập một tổ chức quân sự chung mang tính chất phòng thủ.</w:t>
      </w:r>
    </w:p>
    <w:p>
      <w:pPr>
        <w:pStyle w:val="ListParagraph"/>
      </w:pPr>
      <w:r>
        <w:rPr>
          <w:sz w:val="22"/>
        </w:rPr>
        <w:t>D. giải quyết tranh chấp trong khu vực bằng biện pháp hòa bình.</w:t>
      </w:r>
    </w:p>
    <w:p/>
    <w:p>
      <w:r>
        <w:rPr>
          <w:b/>
          <w:sz w:val="24"/>
        </w:rPr>
        <w:t>Câu 37: Từ những năm 90 của thế kỷ XX đến nay, ASEAN đã chuyển trọng tâm hoạt động sang hợp tác</w:t>
      </w:r>
    </w:p>
    <w:p>
      <w:pPr>
        <w:pStyle w:val="ListParagraph"/>
      </w:pPr>
      <w:r>
        <w:rPr>
          <w:sz w:val="22"/>
        </w:rPr>
        <w:t>A. chính trị.</w:t>
      </w:r>
    </w:p>
    <w:p>
      <w:pPr>
        <w:pStyle w:val="ListParagraph"/>
      </w:pPr>
      <w:r>
        <w:rPr>
          <w:sz w:val="22"/>
        </w:rPr>
        <w:t>B. kinh tế.</w:t>
      </w:r>
    </w:p>
    <w:p>
      <w:pPr>
        <w:pStyle w:val="ListParagraph"/>
      </w:pPr>
      <w:r>
        <w:rPr>
          <w:sz w:val="22"/>
        </w:rPr>
        <w:t>C. quân sự.</w:t>
      </w:r>
    </w:p>
    <w:p>
      <w:pPr>
        <w:pStyle w:val="ListParagraph"/>
      </w:pPr>
      <w:r>
        <w:rPr>
          <w:sz w:val="22"/>
        </w:rPr>
        <w:t>D. giáo dục.</w:t>
      </w:r>
    </w:p>
    <w:p/>
    <w:p>
      <w:r>
        <w:rPr>
          <w:b/>
          <w:sz w:val="24"/>
        </w:rPr>
        <w:t>Câu 38: Trong giai đoạn 1999 - 2015, ASEAN đạt được thành tựu quan trọng nào sau đây?</w:t>
      </w:r>
    </w:p>
    <w:p>
      <w:pPr>
        <w:pStyle w:val="ListParagraph"/>
      </w:pPr>
      <w:r>
        <w:rPr>
          <w:sz w:val="22"/>
        </w:rPr>
        <w:t>A. Thông qua Hiến chương ASEAN.</w:t>
      </w:r>
    </w:p>
    <w:p>
      <w:pPr>
        <w:pStyle w:val="ListParagraph"/>
      </w:pPr>
      <w:r>
        <w:rPr>
          <w:sz w:val="22"/>
        </w:rPr>
        <w:t>B. Phát triển số lượng thành viên từ 5 nước lên 10 nước.</w:t>
      </w:r>
    </w:p>
    <w:p>
      <w:pPr>
        <w:pStyle w:val="ListParagraph"/>
      </w:pPr>
      <w:r>
        <w:rPr>
          <w:sz w:val="22"/>
        </w:rPr>
        <w:t>C. Ra Tuyên bố về khu vực hòa bình, tự do và trung lập.</w:t>
      </w:r>
    </w:p>
    <w:p>
      <w:pPr>
        <w:pStyle w:val="ListParagraph"/>
      </w:pPr>
      <w:r>
        <w:rPr>
          <w:sz w:val="22"/>
        </w:rPr>
        <w:t>D. Hoàn thành giải quyết mọi tranh chấp, xung đột trong khu vực.</w:t>
      </w:r>
    </w:p>
    <w:p/>
    <w:p>
      <w:r>
        <w:rPr>
          <w:b/>
          <w:sz w:val="24"/>
        </w:rPr>
        <w:t>Câu 39: Tháng 11/2007, các thành viên của tổ chức ASEAN đã kí bản “Hiến chương ASEAN” nhằm</w:t>
      </w:r>
    </w:p>
    <w:p>
      <w:pPr>
        <w:pStyle w:val="ListParagraph"/>
      </w:pPr>
      <w:r>
        <w:rPr>
          <w:sz w:val="22"/>
        </w:rPr>
        <w:t>A. xây dựng ASEAN thành cộng đồng hòa bình, ổn định.</w:t>
      </w:r>
    </w:p>
    <w:p>
      <w:pPr>
        <w:pStyle w:val="ListParagraph"/>
      </w:pPr>
      <w:r>
        <w:rPr>
          <w:sz w:val="22"/>
        </w:rPr>
        <w:t>B. xây dựng ASEAN thành cộng đồng vững mạnh.</w:t>
      </w:r>
    </w:p>
    <w:p>
      <w:pPr>
        <w:pStyle w:val="ListParagraph"/>
      </w:pPr>
      <w:r>
        <w:rPr>
          <w:sz w:val="22"/>
        </w:rPr>
        <w:t>C. xây dựng ASEAN thành cộng đồng chính trị, quân sự.</w:t>
      </w:r>
    </w:p>
    <w:p>
      <w:pPr>
        <w:pStyle w:val="ListParagraph"/>
      </w:pPr>
      <w:r>
        <w:rPr>
          <w:sz w:val="22"/>
        </w:rPr>
        <w:t>D. xây dựng ASEAN thành cộng đồng chiến lược về quân sự.</w:t>
      </w:r>
    </w:p>
    <w:p/>
    <w:p>
      <w:r>
        <w:rPr>
          <w:b/>
          <w:sz w:val="24"/>
        </w:rPr>
        <w:t>Câu 40: Năm 1984, quốc gia nào sau đây đã gia nhập ASEAN?</w:t>
      </w:r>
    </w:p>
    <w:p>
      <w:pPr>
        <w:pStyle w:val="ListParagraph"/>
      </w:pPr>
      <w:r>
        <w:rPr>
          <w:sz w:val="22"/>
        </w:rPr>
        <w:t>A. Việt Nam.</w:t>
      </w:r>
    </w:p>
    <w:p>
      <w:pPr>
        <w:pStyle w:val="ListParagraph"/>
      </w:pPr>
      <w:r>
        <w:rPr>
          <w:sz w:val="22"/>
        </w:rPr>
        <w:t>B. Lào.</w:t>
      </w:r>
    </w:p>
    <w:p>
      <w:pPr>
        <w:pStyle w:val="ListParagraph"/>
      </w:pPr>
      <w:r>
        <w:rPr>
          <w:sz w:val="22"/>
        </w:rPr>
        <w:t>C. Thái Lan.</w:t>
      </w:r>
    </w:p>
    <w:p>
      <w:pPr>
        <w:pStyle w:val="ListParagraph"/>
      </w:pPr>
      <w:r>
        <w:rPr>
          <w:sz w:val="22"/>
        </w:rPr>
        <w:t>D. Bru-nây.</w:t>
      </w:r>
    </w:p>
    <w:p/>
    <w:p>
      <w:r>
        <w:rPr>
          <w:b/>
          <w:sz w:val="24"/>
        </w:rPr>
        <w:t>Câu 41: Mục tiêu xây dựng một cộng đồng hòa bình và thịnh vượng ở Đông Nam Á được nêu ra trong</w:t>
      </w:r>
    </w:p>
    <w:p>
      <w:pPr>
        <w:pStyle w:val="ListParagraph"/>
      </w:pPr>
      <w:r>
        <w:rPr>
          <w:sz w:val="22"/>
        </w:rPr>
        <w:t>A. Tuyên bố Băng Cốc năm 1967.</w:t>
      </w:r>
    </w:p>
    <w:p>
      <w:pPr>
        <w:pStyle w:val="ListParagraph"/>
      </w:pPr>
      <w:r>
        <w:rPr>
          <w:sz w:val="22"/>
        </w:rPr>
        <w:t>B. Tầm nhìn ASEAN 2020 năm 1997.</w:t>
      </w:r>
    </w:p>
    <w:p>
      <w:pPr>
        <w:pStyle w:val="ListParagraph"/>
      </w:pPr>
      <w:r>
        <w:rPr>
          <w:sz w:val="22"/>
        </w:rPr>
        <w:t>C. Tuyên bố Cua-la Lăm-pơ năm 2015.</w:t>
      </w:r>
    </w:p>
    <w:p>
      <w:pPr>
        <w:pStyle w:val="ListParagraph"/>
      </w:pPr>
      <w:r>
        <w:rPr>
          <w:sz w:val="22"/>
        </w:rPr>
        <w:t>D. Thỏa ước Bali II năm 2003.</w:t>
      </w:r>
    </w:p>
    <w:p/>
    <w:p>
      <w:r>
        <w:rPr>
          <w:b/>
          <w:sz w:val="24"/>
        </w:rPr>
        <w:t>Câu 42: Văn kiện xác định mục tiêu đưa ASEAN trở thành một nóm hài hòa các dân tộc Đông Nam Á  gắn bó trong một cộng đồng các xã hội đùm bọc lẫn nhau là</w:t>
      </w:r>
    </w:p>
    <w:p>
      <w:pPr>
        <w:pStyle w:val="ListParagraph"/>
      </w:pPr>
      <w:r>
        <w:rPr>
          <w:sz w:val="22"/>
        </w:rPr>
        <w:t>A. Tuyên bố Băng Cốc năm 1967.</w:t>
      </w:r>
    </w:p>
    <w:p>
      <w:pPr>
        <w:pStyle w:val="ListParagraph"/>
      </w:pPr>
      <w:r>
        <w:rPr>
          <w:sz w:val="22"/>
        </w:rPr>
        <w:t>B. Tầm nhìn ASEAN 2020 năm 1997.</w:t>
      </w:r>
    </w:p>
    <w:p>
      <w:pPr>
        <w:pStyle w:val="ListParagraph"/>
      </w:pPr>
      <w:r>
        <w:rPr>
          <w:sz w:val="22"/>
        </w:rPr>
        <w:t>C. Tuyên bố Cua-la Lăm-pơ năm 2015.</w:t>
      </w:r>
    </w:p>
    <w:p>
      <w:pPr>
        <w:pStyle w:val="ListParagraph"/>
      </w:pPr>
      <w:r>
        <w:rPr>
          <w:sz w:val="22"/>
        </w:rPr>
        <w:t>D. Thỏa ước Ba-li  năm 1967.</w:t>
      </w:r>
    </w:p>
    <w:p/>
    <w:p>
      <w:r>
        <w:rPr>
          <w:b/>
          <w:sz w:val="24"/>
        </w:rPr>
        <w:t>Câu 43: Đâu là một trong những mục tiêu hướng tới của Cộng đồng ASEAN?</w:t>
      </w:r>
    </w:p>
    <w:p>
      <w:pPr>
        <w:pStyle w:val="ListParagraph"/>
      </w:pPr>
      <w:r>
        <w:rPr>
          <w:sz w:val="22"/>
        </w:rPr>
        <w:t>A. Xây dựng cộng đồng có chung thể chế.</w:t>
      </w:r>
    </w:p>
    <w:p>
      <w:pPr>
        <w:pStyle w:val="ListParagraph"/>
      </w:pPr>
      <w:r>
        <w:rPr>
          <w:sz w:val="22"/>
        </w:rPr>
        <w:t>B. Xây dựng cộng đồng có đồng tiền chung.</w:t>
      </w:r>
    </w:p>
    <w:p>
      <w:pPr>
        <w:pStyle w:val="ListParagraph"/>
      </w:pPr>
      <w:r>
        <w:rPr>
          <w:sz w:val="22"/>
        </w:rPr>
        <w:t>C. Xây dựng cộng đồng các xã hội đùm bọc.</w:t>
      </w:r>
    </w:p>
    <w:p>
      <w:pPr>
        <w:pStyle w:val="ListParagraph"/>
      </w:pPr>
      <w:r>
        <w:rPr>
          <w:sz w:val="22"/>
        </w:rPr>
        <w:t>D. Xây dựng cộng đồng xóa bỏ mọi thuế quan.</w:t>
      </w:r>
    </w:p>
    <w:p/>
    <w:p>
      <w:r>
        <w:rPr>
          <w:b/>
          <w:sz w:val="24"/>
        </w:rPr>
        <w:t>Câu 44: Một trong ba trụ cột của Cộng đồng ASEAN là</w:t>
      </w:r>
    </w:p>
    <w:p>
      <w:pPr>
        <w:pStyle w:val="ListParagraph"/>
      </w:pPr>
      <w:r>
        <w:rPr>
          <w:sz w:val="22"/>
        </w:rPr>
        <w:t>A. Cộng đồng Y tế - Giáo dục.</w:t>
      </w:r>
    </w:p>
    <w:p>
      <w:pPr>
        <w:pStyle w:val="ListParagraph"/>
      </w:pPr>
      <w:r>
        <w:rPr>
          <w:sz w:val="22"/>
        </w:rPr>
        <w:t>B. Cộng đồng Chính trị - An ninh.</w:t>
      </w:r>
    </w:p>
    <w:p>
      <w:pPr>
        <w:pStyle w:val="ListParagraph"/>
      </w:pPr>
      <w:r>
        <w:rPr>
          <w:sz w:val="22"/>
        </w:rPr>
        <w:t>C. Cộng đồng Năng lượng - Tài chính.</w:t>
      </w:r>
    </w:p>
    <w:p>
      <w:pPr>
        <w:pStyle w:val="ListParagraph"/>
      </w:pPr>
      <w:r>
        <w:rPr>
          <w:sz w:val="22"/>
        </w:rPr>
        <w:t>D. Cộng đồng Năng lượng - Nguyên tử.</w:t>
      </w:r>
    </w:p>
    <w:p/>
    <w:p>
      <w:r>
        <w:rPr>
          <w:b/>
          <w:sz w:val="24"/>
        </w:rPr>
        <w:t>Câu 45: Đâu không phải là trụ cột của Cộng đồng ASEAN?</w:t>
      </w:r>
    </w:p>
    <w:p>
      <w:pPr>
        <w:pStyle w:val="ListParagraph"/>
      </w:pPr>
      <w:r>
        <w:rPr>
          <w:sz w:val="22"/>
        </w:rPr>
        <w:t>A. Cộng đồng Kinh tế.</w:t>
      </w:r>
    </w:p>
    <w:p>
      <w:pPr>
        <w:pStyle w:val="ListParagraph"/>
      </w:pPr>
      <w:r>
        <w:rPr>
          <w:sz w:val="22"/>
        </w:rPr>
        <w:t>B. Cộng đồng Chính trị - An ninh.</w:t>
      </w:r>
    </w:p>
    <w:p>
      <w:pPr>
        <w:pStyle w:val="ListParagraph"/>
      </w:pPr>
      <w:r>
        <w:rPr>
          <w:sz w:val="22"/>
        </w:rPr>
        <w:t>C. Cộng đồng Văn hóa - Xã hội.</w:t>
      </w:r>
    </w:p>
    <w:p>
      <w:pPr>
        <w:pStyle w:val="ListParagraph"/>
      </w:pPr>
      <w:r>
        <w:rPr>
          <w:sz w:val="22"/>
        </w:rPr>
        <w:t>D. Cộng đồng năng lượng - nguyên tử.</w:t>
      </w:r>
    </w:p>
    <w:p/>
    <w:p>
      <w:r>
        <w:rPr>
          <w:b/>
          <w:sz w:val="24"/>
        </w:rPr>
        <w:t>Câu 46: Cộng đồng Kinh tế ASEAN (AEC) hướng tới tạo dựng một khu vực</w:t>
      </w:r>
    </w:p>
    <w:p>
      <w:pPr>
        <w:pStyle w:val="ListParagraph"/>
      </w:pPr>
      <w:r>
        <w:rPr>
          <w:sz w:val="22"/>
        </w:rPr>
        <w:t>A. có bản sắc văn hóa chung.</w:t>
      </w:r>
    </w:p>
    <w:p>
      <w:pPr>
        <w:pStyle w:val="ListParagraph"/>
      </w:pPr>
      <w:r>
        <w:rPr>
          <w:sz w:val="22"/>
        </w:rPr>
        <w:t>B. hòa bình và ổn định.</w:t>
      </w:r>
    </w:p>
    <w:p>
      <w:pPr>
        <w:pStyle w:val="ListParagraph"/>
      </w:pPr>
      <w:r>
        <w:rPr>
          <w:sz w:val="22"/>
        </w:rPr>
        <w:t>C. phát triển kinh tế đồng đều.</w:t>
      </w:r>
    </w:p>
    <w:p>
      <w:pPr>
        <w:pStyle w:val="ListParagraph"/>
      </w:pPr>
      <w:r>
        <w:rPr>
          <w:sz w:val="22"/>
        </w:rPr>
        <w:t>D. có sức ảnh hưởng ra bên ngoài.</w:t>
      </w:r>
    </w:p>
    <w:p/>
    <w:p>
      <w:r>
        <w:rPr>
          <w:b/>
          <w:sz w:val="24"/>
        </w:rPr>
        <w:t>Câu 47: Ngày 22/11/2015, các nhà lãnh đạo ASEAN đã nhóm họp tại Ma-lai-xi-a, chính thức thành lập</w:t>
      </w:r>
    </w:p>
    <w:p>
      <w:pPr>
        <w:pStyle w:val="ListParagraph"/>
      </w:pPr>
      <w:r>
        <w:rPr>
          <w:sz w:val="22"/>
        </w:rPr>
        <w:t>A. Cộng đồng ASEAN.</w:t>
      </w:r>
    </w:p>
    <w:p>
      <w:pPr>
        <w:pStyle w:val="ListParagraph"/>
      </w:pPr>
      <w:r>
        <w:rPr>
          <w:sz w:val="22"/>
        </w:rPr>
        <w:t>B. Hội đồng các nước ASEAN.</w:t>
      </w:r>
    </w:p>
    <w:p>
      <w:pPr>
        <w:pStyle w:val="ListParagraph"/>
      </w:pPr>
      <w:r>
        <w:rPr>
          <w:sz w:val="22"/>
        </w:rPr>
        <w:t>C. Hiệp hội các quốc gia ASEAN.</w:t>
      </w:r>
    </w:p>
    <w:p>
      <w:pPr>
        <w:pStyle w:val="ListParagraph"/>
      </w:pPr>
      <w:r>
        <w:rPr>
          <w:sz w:val="22"/>
        </w:rPr>
        <w:t>D. Uỷ ban kinh tế - tài chính ASEAN.</w:t>
      </w:r>
    </w:p>
    <w:p/>
    <w:p>
      <w:r>
        <w:rPr>
          <w:b/>
          <w:sz w:val="24"/>
        </w:rPr>
        <w:t>Câu 48: Cộng đồng Văn hóa - Xã hội ASEAN (ASCC) lấy</w:t>
      </w:r>
    </w:p>
    <w:p>
      <w:pPr>
        <w:pStyle w:val="ListParagraph"/>
      </w:pPr>
      <w:r>
        <w:rPr>
          <w:sz w:val="22"/>
        </w:rPr>
        <w:t>A. văn hóa làm trung tâm.</w:t>
      </w:r>
    </w:p>
    <w:p>
      <w:pPr>
        <w:pStyle w:val="ListParagraph"/>
      </w:pPr>
      <w:r>
        <w:rPr>
          <w:sz w:val="22"/>
        </w:rPr>
        <w:t>B. kinh tế làm trung tâm.</w:t>
      </w:r>
    </w:p>
    <w:p>
      <w:pPr>
        <w:pStyle w:val="ListParagraph"/>
      </w:pPr>
      <w:r>
        <w:rPr>
          <w:sz w:val="22"/>
        </w:rPr>
        <w:t>C. tài chính làm trung tâm.</w:t>
      </w:r>
    </w:p>
    <w:p>
      <w:pPr>
        <w:pStyle w:val="ListParagraph"/>
      </w:pPr>
      <w:r>
        <w:rPr>
          <w:sz w:val="22"/>
        </w:rPr>
        <w:t>D. con người làm trung tâm.</w:t>
      </w:r>
    </w:p>
    <w:p/>
    <w:p>
      <w:r>
        <w:rPr>
          <w:b/>
          <w:sz w:val="24"/>
        </w:rPr>
        <w:t>Câu 49: Đâu không phải nội dung chính của Kế hoạch tổng thể xây dựng Cộng đồng văn hóa (ASCC - 2009)?</w:t>
      </w:r>
    </w:p>
    <w:p>
      <w:pPr>
        <w:pStyle w:val="ListParagraph"/>
      </w:pPr>
      <w:r>
        <w:rPr>
          <w:sz w:val="22"/>
        </w:rPr>
        <w:t>A. Tạo dựng bản sắc ASEAN.</w:t>
      </w:r>
    </w:p>
    <w:p>
      <w:pPr>
        <w:pStyle w:val="ListParagraph"/>
      </w:pPr>
      <w:r>
        <w:rPr>
          <w:sz w:val="22"/>
        </w:rPr>
        <w:t>B. Phúc lợi và bảo hiểm xã hội.</w:t>
      </w:r>
    </w:p>
    <w:p>
      <w:pPr>
        <w:pStyle w:val="ListParagraph"/>
      </w:pPr>
      <w:r>
        <w:rPr>
          <w:sz w:val="22"/>
        </w:rPr>
        <w:t>C. Thu hẹp khoảng cách phát triển.</w:t>
      </w:r>
    </w:p>
    <w:p>
      <w:pPr>
        <w:pStyle w:val="ListParagraph"/>
      </w:pPr>
      <w:r>
        <w:rPr>
          <w:sz w:val="22"/>
        </w:rPr>
        <w:t>D. Thúc đẩy cạnh tranh về kinh tế.</w:t>
      </w:r>
    </w:p>
    <w:p/>
    <w:p>
      <w:r>
        <w:rPr>
          <w:b/>
          <w:sz w:val="24"/>
        </w:rPr>
        <w:t>Câu 50: Năm 2015, Hội nghị thượng đỉnh ASEAN 27 ở Kuala Lumpur (), ASEAN thông qua</w:t>
      </w:r>
    </w:p>
    <w:p>
      <w:pPr>
        <w:pStyle w:val="ListParagraph"/>
      </w:pPr>
      <w:r>
        <w:rPr>
          <w:sz w:val="22"/>
        </w:rPr>
        <w:t>A. Tầm nhìn cộng đồng ASEAN 2025.</w:t>
      </w:r>
    </w:p>
    <w:p>
      <w:pPr>
        <w:pStyle w:val="ListParagraph"/>
      </w:pPr>
      <w:r>
        <w:rPr>
          <w:sz w:val="22"/>
        </w:rPr>
        <w:t>B. việc thành lập  và mở rộng ASEAN.</w:t>
      </w:r>
    </w:p>
    <w:p>
      <w:pPr>
        <w:pStyle w:val="ListParagraph"/>
      </w:pPr>
      <w:r>
        <w:rPr>
          <w:sz w:val="22"/>
        </w:rPr>
        <w:t>C. việc kết nạp Việt Nam vào ASEAN.</w:t>
      </w:r>
    </w:p>
    <w:p>
      <w:pPr>
        <w:pStyle w:val="ListParagraph"/>
      </w:pPr>
      <w:r>
        <w:rPr>
          <w:sz w:val="22"/>
        </w:rPr>
        <w:t>D. chạy đua vũ trang trong ASEAN.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D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D</w:t>
      </w:r>
    </w:p>
    <w:p>
      <w:r>
        <w:rPr>
          <w:b/>
        </w:rPr>
        <w:t>Câu 50: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