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Tính đa dạng sinh học cao của sinh vật nước ta thể</w:t>
      </w:r>
    </w:p>
    <w:p>
      <w:pPr>
        <w:jc w:val="center"/>
      </w:pPr>
      <w:r>
        <w:rPr>
          <w:sz w:val="22"/>
        </w:rPr>
        <w:t>Số câu: 36    Thời gian: _____ phút    Họ và tên: _________________________</w:t>
      </w:r>
    </w:p>
    <w:p/>
    <w:p>
      <w:r>
        <w:rPr>
          <w:b/>
          <w:sz w:val="24"/>
        </w:rPr>
        <w:t>Câu 1: Tính đa dạng sinh học cao của sinh vật nước ta thể hiện rõ nét nhất ở</w:t>
      </w:r>
    </w:p>
    <w:p>
      <w:pPr>
        <w:pStyle w:val="ListParagraph"/>
      </w:pPr>
      <w:r>
        <w:rPr>
          <w:sz w:val="22"/>
        </w:rPr>
        <w:t>A. sự phát triển của sinh vật.</w:t>
      </w:r>
    </w:p>
    <w:p>
      <w:pPr>
        <w:pStyle w:val="ListParagraph"/>
      </w:pPr>
      <w:r>
        <w:rPr>
          <w:sz w:val="22"/>
        </w:rPr>
        <w:t>B. sự phân bố sinh vật.</w:t>
      </w:r>
    </w:p>
    <w:p>
      <w:pPr>
        <w:pStyle w:val="ListParagraph"/>
      </w:pPr>
      <w:r>
        <w:rPr>
          <w:sz w:val="22"/>
        </w:rPr>
        <w:t>C. số lượng thành phần loài.</w:t>
      </w:r>
    </w:p>
    <w:p>
      <w:pPr>
        <w:pStyle w:val="ListParagraph"/>
      </w:pPr>
      <w:r>
        <w:rPr>
          <w:sz w:val="22"/>
        </w:rPr>
        <w:t>D. diện tích rừng lớn.</w:t>
      </w:r>
    </w:p>
    <w:p/>
    <w:p>
      <w:r>
        <w:rPr>
          <w:b/>
          <w:sz w:val="24"/>
        </w:rPr>
        <w:t>Câu 2: Lãnh thổ đất liền nước ta có đặc điểm nào sau đây?</w:t>
      </w:r>
    </w:p>
    <w:p>
      <w:pPr>
        <w:pStyle w:val="ListParagraph"/>
      </w:pPr>
      <w:r>
        <w:rPr>
          <w:sz w:val="22"/>
        </w:rPr>
        <w:t>A. Nằm hoàn toàn ở trong vùng xích đạo.</w:t>
      </w:r>
    </w:p>
    <w:p>
      <w:pPr>
        <w:pStyle w:val="ListParagraph"/>
      </w:pPr>
      <w:r>
        <w:rPr>
          <w:sz w:val="22"/>
        </w:rPr>
        <w:t>B. Có vùng đất gấp nhiều lần vùng biển.</w:t>
      </w:r>
    </w:p>
    <w:p>
      <w:pPr>
        <w:pStyle w:val="ListParagraph"/>
      </w:pPr>
      <w:r>
        <w:rPr>
          <w:sz w:val="22"/>
        </w:rPr>
        <w:t>C. Có đường bờ biển dài từ Bắc vào Nam.</w:t>
      </w:r>
    </w:p>
    <w:p>
      <w:pPr>
        <w:pStyle w:val="ListParagraph"/>
      </w:pPr>
      <w:r>
        <w:rPr>
          <w:sz w:val="22"/>
        </w:rPr>
        <w:t>D. Chỉ tiếp giáp với các quốc gia trên biển.</w:t>
      </w:r>
    </w:p>
    <w:p/>
    <w:p>
      <w:r>
        <w:rPr>
          <w:b/>
          <w:sz w:val="24"/>
        </w:rPr>
        <w:t>Câu 3: Tổng lượng phù sa hằng năm của các hệ thống sông ngòi trên lãnh thổ nước ta là khoảng</w:t>
      </w:r>
    </w:p>
    <w:p>
      <w:pPr>
        <w:pStyle w:val="ListParagraph"/>
      </w:pPr>
      <w:r>
        <w:rPr>
          <w:sz w:val="22"/>
        </w:rPr>
        <w:t>A. 100 triệu tấn/năm.</w:t>
      </w:r>
    </w:p>
    <w:p>
      <w:pPr>
        <w:pStyle w:val="ListParagraph"/>
      </w:pPr>
      <w:r>
        <w:rPr>
          <w:sz w:val="22"/>
        </w:rPr>
        <w:t>B. 200 triệu tấn/năm.</w:t>
      </w:r>
    </w:p>
    <w:p>
      <w:pPr>
        <w:pStyle w:val="ListParagraph"/>
      </w:pPr>
      <w:r>
        <w:rPr>
          <w:sz w:val="22"/>
        </w:rPr>
        <w:t>C. 300 triệu tấn/năm.</w:t>
      </w:r>
    </w:p>
    <w:p>
      <w:pPr>
        <w:pStyle w:val="ListParagraph"/>
      </w:pPr>
      <w:r>
        <w:rPr>
          <w:sz w:val="22"/>
        </w:rPr>
        <w:t>D. 400 triệu tấn/năm.</w:t>
      </w:r>
    </w:p>
    <w:p/>
    <w:p>
      <w:r>
        <w:rPr>
          <w:b/>
          <w:sz w:val="24"/>
        </w:rPr>
        <w:t>Câu 4: Vị trí địa lí nước ta nằm ở</w:t>
      </w:r>
    </w:p>
    <w:p>
      <w:pPr>
        <w:pStyle w:val="ListParagraph"/>
      </w:pPr>
      <w:r>
        <w:rPr>
          <w:sz w:val="22"/>
        </w:rPr>
        <w:t>A. trong vùng khí hậu ôn đới lục địa.</w:t>
      </w:r>
    </w:p>
    <w:p>
      <w:pPr>
        <w:pStyle w:val="ListParagraph"/>
      </w:pPr>
      <w:r>
        <w:rPr>
          <w:sz w:val="22"/>
        </w:rPr>
        <w:t>B. khu vực gió mùa điển hình của châu Á.</w:t>
      </w:r>
    </w:p>
    <w:p>
      <w:pPr>
        <w:pStyle w:val="ListParagraph"/>
      </w:pPr>
      <w:r>
        <w:rPr>
          <w:sz w:val="22"/>
        </w:rPr>
        <w:t>C. khu vực có nhiều sa mạc nhiệt đới.</w:t>
      </w:r>
    </w:p>
    <w:p>
      <w:pPr>
        <w:pStyle w:val="ListParagraph"/>
      </w:pPr>
      <w:r>
        <w:rPr>
          <w:sz w:val="22"/>
        </w:rPr>
        <w:t>D. bờ Tây của bán đảo Trung Ấn.</w:t>
      </w:r>
    </w:p>
    <w:p/>
    <w:p>
      <w:r>
        <w:rPr>
          <w:b/>
          <w:sz w:val="24"/>
        </w:rPr>
        <w:t>Câu 5: Đặc điểm thời tiết đặc trưng của gió mùa Đông Bắc vào đầu mùa đông ở miền Bắc nước ta là</w:t>
      </w:r>
    </w:p>
    <w:p>
      <w:pPr>
        <w:pStyle w:val="ListParagraph"/>
      </w:pPr>
      <w:r>
        <w:rPr>
          <w:sz w:val="22"/>
        </w:rPr>
        <w:t>A. lạnh, khô.</w:t>
      </w:r>
    </w:p>
    <w:p>
      <w:pPr>
        <w:pStyle w:val="ListParagraph"/>
      </w:pPr>
      <w:r>
        <w:rPr>
          <w:sz w:val="22"/>
        </w:rPr>
        <w:t>B. nóng, ẩm.</w:t>
      </w:r>
    </w:p>
    <w:p>
      <w:pPr>
        <w:pStyle w:val="ListParagraph"/>
      </w:pPr>
      <w:r>
        <w:rPr>
          <w:sz w:val="22"/>
        </w:rPr>
        <w:t>C. lạnh, ẩm có mưa phùn.</w:t>
      </w:r>
    </w:p>
    <w:p>
      <w:pPr>
        <w:pStyle w:val="ListParagraph"/>
      </w:pPr>
      <w:r>
        <w:rPr>
          <w:sz w:val="22"/>
        </w:rPr>
        <w:t>D. nóng, khô hanh.</w:t>
      </w:r>
    </w:p>
    <w:p/>
    <w:p>
      <w:r>
        <w:rPr>
          <w:b/>
          <w:sz w:val="24"/>
        </w:rPr>
        <w:t>Câu 6: Cảnh sắc thiên nhiên phần lãnh thổ phía Bắc thay đổi theo mùa rõ rệt chủ yếu do</w:t>
      </w:r>
    </w:p>
    <w:p>
      <w:pPr>
        <w:pStyle w:val="ListParagraph"/>
      </w:pPr>
      <w:r>
        <w:rPr>
          <w:sz w:val="22"/>
        </w:rPr>
        <w:t>A. sự phân mùa nóng - lạnh của khí hậu.</w:t>
      </w:r>
    </w:p>
    <w:p>
      <w:pPr>
        <w:pStyle w:val="ListParagraph"/>
      </w:pPr>
      <w:r>
        <w:rPr>
          <w:sz w:val="22"/>
        </w:rPr>
        <w:t>B. thiên nhiên phân hóa theo độ cao địa hình.</w:t>
      </w:r>
    </w:p>
    <w:p>
      <w:pPr>
        <w:pStyle w:val="ListParagraph"/>
      </w:pPr>
      <w:r>
        <w:rPr>
          <w:sz w:val="22"/>
        </w:rPr>
        <w:t>C. sự phân hóa lượng mưa giữa hai miền.</w:t>
      </w:r>
    </w:p>
    <w:p>
      <w:pPr>
        <w:pStyle w:val="ListParagraph"/>
      </w:pPr>
      <w:r>
        <w:rPr>
          <w:sz w:val="22"/>
        </w:rPr>
        <w:t>D. sự phân hóa theo chiều đông - tây.</w:t>
      </w:r>
    </w:p>
    <w:p/>
    <w:p>
      <w:r>
        <w:rPr>
          <w:b/>
          <w:sz w:val="24"/>
        </w:rPr>
        <w:t>Câu 7: Biểu hiện của sự suy thoái tài nguyên đất ở khu vực đồng bằng nước ta là</w:t>
      </w:r>
    </w:p>
    <w:p>
      <w:pPr>
        <w:pStyle w:val="ListParagraph"/>
      </w:pPr>
      <w:r>
        <w:rPr>
          <w:sz w:val="22"/>
        </w:rPr>
        <w:t>A. đất bị xói mòn, rửa trôi mạnh.</w:t>
      </w:r>
    </w:p>
    <w:p>
      <w:pPr>
        <w:pStyle w:val="ListParagraph"/>
      </w:pPr>
      <w:r>
        <w:rPr>
          <w:sz w:val="22"/>
        </w:rPr>
        <w:t>B. đất bị nhiễm phèn, nhiễm mặn.</w:t>
      </w:r>
    </w:p>
    <w:p>
      <w:pPr>
        <w:pStyle w:val="ListParagraph"/>
      </w:pPr>
      <w:r>
        <w:rPr>
          <w:sz w:val="22"/>
        </w:rPr>
        <w:t>C. sạt lở đất và lũ quét.</w:t>
      </w:r>
    </w:p>
    <w:p>
      <w:pPr>
        <w:pStyle w:val="ListParagraph"/>
      </w:pPr>
      <w:r>
        <w:rPr>
          <w:sz w:val="22"/>
        </w:rPr>
        <w:t>D. đất bị bạc màu và trơ sỏi đá.</w:t>
      </w:r>
    </w:p>
    <w:p/>
    <w:p>
      <w:r>
        <w:rPr>
          <w:b/>
          <w:sz w:val="24"/>
        </w:rPr>
        <w:t>Câu 8: Đặc điểm khí hậu nào sau đây thuộc đai ôn đới gió mùa trên núi ở nước ta?</w:t>
      </w:r>
    </w:p>
    <w:p>
      <w:pPr>
        <w:pStyle w:val="ListParagraph"/>
      </w:pPr>
      <w:r>
        <w:rPr>
          <w:sz w:val="22"/>
        </w:rPr>
        <w:t>A. Nhiệt độ trung bình năm dưới 15°C.</w:t>
      </w:r>
    </w:p>
    <w:p>
      <w:pPr>
        <w:pStyle w:val="ListParagraph"/>
      </w:pPr>
      <w:r>
        <w:rPr>
          <w:sz w:val="22"/>
        </w:rPr>
        <w:t>B. Nhiệt độ trung bình năm dưới 25°C.</w:t>
      </w:r>
    </w:p>
    <w:p>
      <w:pPr>
        <w:pStyle w:val="ListParagraph"/>
      </w:pPr>
      <w:r>
        <w:rPr>
          <w:sz w:val="22"/>
        </w:rPr>
        <w:t>C. Nhiệt độ trung bình năm trên 25°C.</w:t>
      </w:r>
    </w:p>
    <w:p>
      <w:pPr>
        <w:pStyle w:val="ListParagraph"/>
      </w:pPr>
      <w:r>
        <w:rPr>
          <w:sz w:val="22"/>
        </w:rPr>
        <w:t>D. Mùa hạ nóng với nhiệt độ trên 25°C.</w:t>
      </w:r>
    </w:p>
    <w:p/>
    <w:p>
      <w:r>
        <w:rPr>
          <w:b/>
          <w:sz w:val="24"/>
        </w:rPr>
        <w:t>Câu 9: Biện pháp quan trọng hàng đầu để cải tạo đất hoang, đồi núi trọc ở vùng đồi núi nước ta là</w:t>
      </w:r>
    </w:p>
    <w:p>
      <w:pPr>
        <w:pStyle w:val="ListParagraph"/>
      </w:pPr>
      <w:r>
        <w:rPr>
          <w:sz w:val="22"/>
        </w:rPr>
        <w:t>A. đào hố vảy cá, bón phân hóa học.</w:t>
      </w:r>
    </w:p>
    <w:p>
      <w:pPr>
        <w:pStyle w:val="ListParagraph"/>
      </w:pPr>
      <w:r>
        <w:rPr>
          <w:sz w:val="22"/>
        </w:rPr>
        <w:t>B. phát triển mô hình nông - lâm kết hợp.</w:t>
      </w:r>
    </w:p>
    <w:p>
      <w:pPr>
        <w:pStyle w:val="ListParagraph"/>
      </w:pPr>
      <w:r>
        <w:rPr>
          <w:sz w:val="22"/>
        </w:rPr>
        <w:t>C. tăng cường đắp đê ngăn lũ.</w:t>
      </w:r>
    </w:p>
    <w:p>
      <w:pPr>
        <w:pStyle w:val="ListParagraph"/>
      </w:pPr>
      <w:r>
        <w:rPr>
          <w:sz w:val="22"/>
        </w:rPr>
        <w:t>D. cải tạo đất bằng vôi bột.</w:t>
      </w:r>
    </w:p>
    <w:p/>
    <w:p>
      <w:r>
        <w:rPr>
          <w:b/>
          <w:sz w:val="24"/>
        </w:rPr>
        <w:t>Câu 10: Gió mùa mùa hạ hoạt động trên phạm vi cả nước ta vào khoảng thời gian nào?</w:t>
      </w:r>
    </w:p>
    <w:p>
      <w:pPr>
        <w:pStyle w:val="ListParagraph"/>
      </w:pPr>
      <w:r>
        <w:rPr>
          <w:sz w:val="22"/>
        </w:rPr>
        <w:t>A. Từ tháng 11 đến tháng 4 năm sau.</w:t>
      </w:r>
    </w:p>
    <w:p>
      <w:pPr>
        <w:pStyle w:val="ListParagraph"/>
      </w:pPr>
      <w:r>
        <w:rPr>
          <w:sz w:val="22"/>
        </w:rPr>
        <w:t>B. Từ tháng 5 đến tháng 10.</w:t>
      </w:r>
    </w:p>
    <w:p>
      <w:pPr>
        <w:pStyle w:val="ListParagraph"/>
      </w:pPr>
      <w:r>
        <w:rPr>
          <w:sz w:val="22"/>
        </w:rPr>
        <w:t>C. Quanh năm không thay đổi.</w:t>
      </w:r>
    </w:p>
    <w:p>
      <w:pPr>
        <w:pStyle w:val="ListParagraph"/>
      </w:pPr>
      <w:r>
        <w:rPr>
          <w:sz w:val="22"/>
        </w:rPr>
        <w:t>D. Từ tháng 9 đến tháng 12.</w:t>
      </w:r>
    </w:p>
    <w:p/>
    <w:p>
      <w:r>
        <w:rPr>
          <w:b/>
          <w:sz w:val="24"/>
        </w:rPr>
        <w:t>Câu 11: Nhiệt độ trung bình năm ở phần lãnh thổ phía Bắc nước ta (từ dãy Bạch Mã trở ra) là</w:t>
      </w:r>
    </w:p>
    <w:p>
      <w:pPr>
        <w:pStyle w:val="ListParagraph"/>
      </w:pPr>
      <w:r>
        <w:rPr>
          <w:sz w:val="22"/>
        </w:rPr>
        <w:t>A. trên 25°C.</w:t>
      </w:r>
    </w:p>
    <w:p>
      <w:pPr>
        <w:pStyle w:val="ListParagraph"/>
      </w:pPr>
      <w:r>
        <w:rPr>
          <w:sz w:val="22"/>
        </w:rPr>
        <w:t>B. trên 20°C.</w:t>
      </w:r>
    </w:p>
    <w:p>
      <w:pPr>
        <w:pStyle w:val="ListParagraph"/>
      </w:pPr>
      <w:r>
        <w:rPr>
          <w:sz w:val="22"/>
        </w:rPr>
        <w:t>C. luôn dưới 18°C.</w:t>
      </w:r>
    </w:p>
    <w:p>
      <w:pPr>
        <w:pStyle w:val="ListParagraph"/>
      </w:pPr>
      <w:r>
        <w:rPr>
          <w:sz w:val="22"/>
        </w:rPr>
        <w:t>D. dao động từ 10°C đến 15°C.</w:t>
      </w:r>
    </w:p>
    <w:p/>
    <w:p>
      <w:r>
        <w:rPr>
          <w:b/>
          <w:sz w:val="24"/>
        </w:rPr>
        <w:t>Câu 12: Mạng lưới sông ngòi nước ta có số lượng các con sông dài trên 10 km là khoảng</w:t>
      </w:r>
    </w:p>
    <w:p>
      <w:pPr>
        <w:pStyle w:val="ListParagraph"/>
      </w:pPr>
      <w:r>
        <w:rPr>
          <w:sz w:val="22"/>
        </w:rPr>
        <w:t>A. 1 000 con sông.</w:t>
      </w:r>
    </w:p>
    <w:p>
      <w:pPr>
        <w:pStyle w:val="ListParagraph"/>
      </w:pPr>
      <w:r>
        <w:rPr>
          <w:sz w:val="22"/>
        </w:rPr>
        <w:t>B. 2 360 con sông.</w:t>
      </w:r>
    </w:p>
    <w:p>
      <w:pPr>
        <w:pStyle w:val="ListParagraph"/>
      </w:pPr>
      <w:r>
        <w:rPr>
          <w:sz w:val="22"/>
        </w:rPr>
        <w:t>C. 3 260 con sông.</w:t>
      </w:r>
    </w:p>
    <w:p>
      <w:pPr>
        <w:pStyle w:val="ListParagraph"/>
      </w:pPr>
      <w:r>
        <w:rPr>
          <w:sz w:val="22"/>
        </w:rPr>
        <w:t>D. 4 600 con sông.</w:t>
      </w:r>
    </w:p>
    <w:p/>
    <w:p>
      <w:r>
        <w:rPr>
          <w:b/>
          <w:sz w:val="24"/>
        </w:rPr>
        <w:t>Câu 13: Vùng biển nào của nước ta được coi như bộ phận lãnh thổ trên đất liền?</w:t>
      </w:r>
    </w:p>
    <w:p>
      <w:pPr>
        <w:pStyle w:val="ListParagraph"/>
      </w:pPr>
      <w:r>
        <w:rPr>
          <w:sz w:val="22"/>
        </w:rPr>
        <w:t>A. Vùng tiếp giáp lãnh hải.</w:t>
      </w:r>
    </w:p>
    <w:p>
      <w:pPr>
        <w:pStyle w:val="ListParagraph"/>
      </w:pPr>
      <w:r>
        <w:rPr>
          <w:sz w:val="22"/>
        </w:rPr>
        <w:t>B. Vùng đặc quyền kinh tế.</w:t>
      </w:r>
    </w:p>
    <w:p>
      <w:pPr>
        <w:pStyle w:val="ListParagraph"/>
      </w:pPr>
      <w:r>
        <w:rPr>
          <w:sz w:val="22"/>
        </w:rPr>
        <w:t>C. Vùng lãnh hải.</w:t>
      </w:r>
    </w:p>
    <w:p>
      <w:pPr>
        <w:pStyle w:val="ListParagraph"/>
      </w:pPr>
      <w:r>
        <w:rPr>
          <w:sz w:val="22"/>
        </w:rPr>
        <w:t>D. Vùng nội thủy.</w:t>
      </w:r>
    </w:p>
    <w:p/>
    <w:p>
      <w:r>
        <w:rPr>
          <w:b/>
          <w:sz w:val="24"/>
        </w:rPr>
        <w:t>Câu 14: Đường biên giới quốc gia trên biển của nước ta là ranh giới ngoài của bộ phận nào?</w:t>
      </w:r>
    </w:p>
    <w:p>
      <w:pPr>
        <w:pStyle w:val="ListParagraph"/>
      </w:pPr>
      <w:r>
        <w:rPr>
          <w:sz w:val="22"/>
        </w:rPr>
        <w:t>A. Vùng nội thủy.</w:t>
      </w:r>
    </w:p>
    <w:p>
      <w:pPr>
        <w:pStyle w:val="ListParagraph"/>
      </w:pPr>
      <w:r>
        <w:rPr>
          <w:sz w:val="22"/>
        </w:rPr>
        <w:t>B. Vùng lãnh hải.</w:t>
      </w:r>
    </w:p>
    <w:p>
      <w:pPr>
        <w:pStyle w:val="ListParagraph"/>
      </w:pPr>
      <w:r>
        <w:rPr>
          <w:sz w:val="22"/>
        </w:rPr>
        <w:t>C. Vùng tiếp giáp lãnh hải.</w:t>
      </w:r>
    </w:p>
    <w:p>
      <w:pPr>
        <w:pStyle w:val="ListParagraph"/>
      </w:pPr>
      <w:r>
        <w:rPr>
          <w:sz w:val="22"/>
        </w:rPr>
        <w:t>D. Vùng đặc quyền kinh tế.</w:t>
      </w:r>
    </w:p>
    <w:p/>
    <w:p>
      <w:r>
        <w:rPr>
          <w:b/>
          <w:sz w:val="24"/>
        </w:rPr>
        <w:t>Câu 15: Nước ta không có khí hậu khô hạn như các nước cùng vĩ độ ở Tây Á và Bắc Phi nhờ</w:t>
      </w:r>
    </w:p>
    <w:p>
      <w:pPr>
        <w:pStyle w:val="ListParagraph"/>
      </w:pPr>
      <w:r>
        <w:rPr>
          <w:sz w:val="22"/>
        </w:rPr>
        <w:t>A. tiếp giáp Biển Đông và nằm trong khu vực gió mùa châu Á.</w:t>
      </w:r>
    </w:p>
    <w:p>
      <w:pPr>
        <w:pStyle w:val="ListParagraph"/>
      </w:pPr>
      <w:r>
        <w:rPr>
          <w:sz w:val="22"/>
        </w:rPr>
        <w:t>B. địa hình nhiều đồi núi đón gió biển.</w:t>
      </w:r>
    </w:p>
    <w:p>
      <w:pPr>
        <w:pStyle w:val="ListParagraph"/>
      </w:pPr>
      <w:r>
        <w:rPr>
          <w:sz w:val="22"/>
        </w:rPr>
        <w:t>C. nằm hoàn toàn trong vành đai sinh khoáng.</w:t>
      </w:r>
    </w:p>
    <w:p>
      <w:pPr>
        <w:pStyle w:val="ListParagraph"/>
      </w:pPr>
      <w:r>
        <w:rPr>
          <w:sz w:val="22"/>
        </w:rPr>
        <w:t>D. mạng lưới sông ngòi dày đặc nhiều nước.</w:t>
      </w:r>
    </w:p>
    <w:p/>
    <w:p>
      <w:r>
        <w:rPr>
          <w:b/>
          <w:sz w:val="24"/>
        </w:rPr>
        <w:t>Câu 16: Thời tiết lạnh ẩm kèm mưa phùn ở đồng bằng Bắc Bộ vào nửa sau mùa đông xuất hiện do gió mùa Đông Bắc</w:t>
      </w:r>
    </w:p>
    <w:p>
      <w:pPr>
        <w:pStyle w:val="ListParagraph"/>
      </w:pPr>
      <w:r>
        <w:rPr>
          <w:sz w:val="22"/>
        </w:rPr>
        <w:t>A. đi qua lục địa Trung Hoa khô lạnh.</w:t>
      </w:r>
    </w:p>
    <w:p>
      <w:pPr>
        <w:pStyle w:val="ListParagraph"/>
      </w:pPr>
      <w:r>
        <w:rPr>
          <w:sz w:val="22"/>
        </w:rPr>
        <w:t>B. di chuyển lệch đông qua biển mang nhiều hơi ẩm.</w:t>
      </w:r>
    </w:p>
    <w:p>
      <w:pPr>
        <w:pStyle w:val="ListParagraph"/>
      </w:pPr>
      <w:r>
        <w:rPr>
          <w:sz w:val="22"/>
        </w:rPr>
        <w:t>C. kết hợp với dải hội tụ nhiệt đới.</w:t>
      </w:r>
    </w:p>
    <w:p>
      <w:pPr>
        <w:pStyle w:val="ListParagraph"/>
      </w:pPr>
      <w:r>
        <w:rPr>
          <w:sz w:val="22"/>
        </w:rPr>
        <w:t>D. gặp bức chắn địa hình dãy Hoàng Liên Sơn.</w:t>
      </w:r>
    </w:p>
    <w:p/>
    <w:p>
      <w:r>
        <w:rPr>
          <w:b/>
          <w:sz w:val="24"/>
        </w:rPr>
        <w:t>Câu 17: Đầu mùa hạ, gió mùa Tây Nam xuất phát từ áp cao Bắc Ấn Độ Dương gây mưa lớn cho vùng</w:t>
      </w:r>
    </w:p>
    <w:p>
      <w:pPr>
        <w:pStyle w:val="ListParagraph"/>
      </w:pPr>
      <w:r>
        <w:rPr>
          <w:sz w:val="22"/>
        </w:rPr>
        <w:t>A. Bắc Bộ và Bắc Trung Bộ.</w:t>
      </w:r>
    </w:p>
    <w:p>
      <w:pPr>
        <w:pStyle w:val="ListParagraph"/>
      </w:pPr>
      <w:r>
        <w:rPr>
          <w:sz w:val="22"/>
        </w:rPr>
        <w:t>B. Đồng bằng duyên hải miền Trung.</w:t>
      </w:r>
    </w:p>
    <w:p>
      <w:pPr>
        <w:pStyle w:val="ListParagraph"/>
      </w:pPr>
      <w:r>
        <w:rPr>
          <w:sz w:val="22"/>
        </w:rPr>
        <w:t>C. Nam Bộ và Tây Nguyên.</w:t>
      </w:r>
    </w:p>
    <w:p>
      <w:pPr>
        <w:pStyle w:val="ListParagraph"/>
      </w:pPr>
      <w:r>
        <w:rPr>
          <w:sz w:val="22"/>
        </w:rPr>
        <w:t>D. Toàn bộ sườn đông Trường Sơn.</w:t>
      </w:r>
    </w:p>
    <w:p/>
    <w:p>
      <w:r>
        <w:rPr>
          <w:b/>
          <w:sz w:val="24"/>
        </w:rPr>
        <w:t>Câu 18: Hiện tượng gió Tây khô nóng (gió phơn) hoạt động mạnh nhất ở khu vực nào của nước ta?</w:t>
      </w:r>
    </w:p>
    <w:p>
      <w:pPr>
        <w:pStyle w:val="ListParagraph"/>
      </w:pPr>
      <w:r>
        <w:rPr>
          <w:sz w:val="22"/>
        </w:rPr>
        <w:t>A. Bắc Trung Bộ và phần phía nam Tây Bắc.</w:t>
      </w:r>
    </w:p>
    <w:p>
      <w:pPr>
        <w:pStyle w:val="ListParagraph"/>
      </w:pPr>
      <w:r>
        <w:rPr>
          <w:sz w:val="22"/>
        </w:rPr>
        <w:t>B. Vùng đồng bằng sông Hồng.</w:t>
      </w:r>
    </w:p>
    <w:p>
      <w:pPr>
        <w:pStyle w:val="ListParagraph"/>
      </w:pPr>
      <w:r>
        <w:rPr>
          <w:sz w:val="22"/>
        </w:rPr>
        <w:t>C. Miền núi Đông Bắc Bắc Bộ.</w:t>
      </w:r>
    </w:p>
    <w:p>
      <w:pPr>
        <w:pStyle w:val="ListParagraph"/>
      </w:pPr>
      <w:r>
        <w:rPr>
          <w:sz w:val="22"/>
        </w:rPr>
        <w:t>D. Đồng bằng sông Cửu Long.</w:t>
      </w:r>
    </w:p>
    <w:p/>
    <w:p>
      <w:r>
        <w:rPr>
          <w:b/>
          <w:sz w:val="24"/>
        </w:rPr>
        <w:t>Câu 19: Thiên nhiên phần lãnh thổ phía Nam (từ dãy Bạch Mã trở vào) có đặc điểm nổi bật là</w:t>
      </w:r>
    </w:p>
    <w:p>
      <w:pPr>
        <w:pStyle w:val="ListParagraph"/>
      </w:pPr>
      <w:r>
        <w:rPr>
          <w:sz w:val="22"/>
        </w:rPr>
        <w:t>A. có mùa đông lạnh kéo dài 2 - 3 tháng.</w:t>
      </w:r>
    </w:p>
    <w:p>
      <w:pPr>
        <w:pStyle w:val="ListParagraph"/>
      </w:pPr>
      <w:r>
        <w:rPr>
          <w:sz w:val="22"/>
        </w:rPr>
        <w:t>B. khí hậu cận xích đạo gió mùa nóng quanh năm.</w:t>
      </w:r>
    </w:p>
    <w:p>
      <w:pPr>
        <w:pStyle w:val="ListParagraph"/>
      </w:pPr>
      <w:r>
        <w:rPr>
          <w:sz w:val="22"/>
        </w:rPr>
        <w:t>C. biên độ nhiệt độ năm rất lớn.</w:t>
      </w:r>
    </w:p>
    <w:p>
      <w:pPr>
        <w:pStyle w:val="ListParagraph"/>
      </w:pPr>
      <w:r>
        <w:rPr>
          <w:sz w:val="22"/>
        </w:rPr>
        <w:t>D. cảnh sắc thiên nhiên thay đổi theo 4 mùa.</w:t>
      </w:r>
    </w:p>
    <w:p/>
    <w:p>
      <w:r>
        <w:rPr>
          <w:b/>
          <w:sz w:val="24"/>
        </w:rPr>
        <w:t>Câu 20: Ở miền Bắc, đai nhiệt đới gió mùa chân núi có độ cao giới hạn trên thấp hơn miền Nam do</w:t>
      </w:r>
    </w:p>
    <w:p>
      <w:pPr>
        <w:pStyle w:val="ListParagraph"/>
      </w:pPr>
      <w:r>
        <w:rPr>
          <w:sz w:val="22"/>
        </w:rPr>
        <w:t>A. miền Bắc có vĩ độ cao hơn và chịu ảnh hưởng của gió mùa Đông Bắc.</w:t>
      </w:r>
    </w:p>
    <w:p>
      <w:pPr>
        <w:pStyle w:val="ListParagraph"/>
      </w:pPr>
      <w:r>
        <w:rPr>
          <w:sz w:val="22"/>
        </w:rPr>
        <w:t>B. miền Bắc có nhiều dãy núi cao đồ sộ hơn miền Nam.</w:t>
      </w:r>
    </w:p>
    <w:p>
      <w:pPr>
        <w:pStyle w:val="ListParagraph"/>
      </w:pPr>
      <w:r>
        <w:rPr>
          <w:sz w:val="22"/>
        </w:rPr>
        <w:t>C. miền Bắc có mùa mưa đến muộn hơn miền Nam.</w:t>
      </w:r>
    </w:p>
    <w:p>
      <w:pPr>
        <w:pStyle w:val="ListParagraph"/>
      </w:pPr>
      <w:r>
        <w:rPr>
          <w:sz w:val="22"/>
        </w:rPr>
        <w:t>D. miền Bắc tiếp giáp với vùng biển rộng hơn miền Nam.</w:t>
      </w:r>
    </w:p>
    <w:p/>
    <w:p>
      <w:r>
        <w:rPr>
          <w:b/>
          <w:sz w:val="24"/>
        </w:rPr>
        <w:t>Câu 21: Dãy núi nào sau đây đóng vai trò là ranh giới khí hậu tự nhiên giữa phần lãnh thổ phía Bắc và phía Nam?</w:t>
      </w:r>
    </w:p>
    <w:p>
      <w:pPr>
        <w:pStyle w:val="ListParagraph"/>
      </w:pPr>
      <w:r>
        <w:rPr>
          <w:sz w:val="22"/>
        </w:rPr>
        <w:t>A. Dãy Hoàng Liên Sơn.</w:t>
      </w:r>
    </w:p>
    <w:p>
      <w:pPr>
        <w:pStyle w:val="ListParagraph"/>
      </w:pPr>
      <w:r>
        <w:rPr>
          <w:sz w:val="22"/>
        </w:rPr>
        <w:t>B. Dãy Hoành Sơn.</w:t>
      </w:r>
    </w:p>
    <w:p>
      <w:pPr>
        <w:pStyle w:val="ListParagraph"/>
      </w:pPr>
      <w:r>
        <w:rPr>
          <w:sz w:val="22"/>
        </w:rPr>
        <w:t>C. Dãy Bạch Mã.</w:t>
      </w:r>
    </w:p>
    <w:p>
      <w:pPr>
        <w:pStyle w:val="ListParagraph"/>
      </w:pPr>
      <w:r>
        <w:rPr>
          <w:sz w:val="22"/>
        </w:rPr>
        <w:t>D. Dãy Trường Sơn Bắc.</w:t>
      </w:r>
    </w:p>
    <w:p/>
    <w:p>
      <w:r>
        <w:rPr>
          <w:b/>
          <w:sz w:val="24"/>
        </w:rPr>
        <w:t>Câu 22: Rừng phòng hộ ở nước ta bao gồm các loại nào sau đây?</w:t>
      </w:r>
    </w:p>
    <w:p>
      <w:pPr>
        <w:pStyle w:val="ListParagraph"/>
      </w:pPr>
      <w:r>
        <w:rPr>
          <w:sz w:val="22"/>
        </w:rPr>
        <w:t>A. Vườn quốc gia, khu bảo tồn loài sinh cảnh.</w:t>
      </w:r>
    </w:p>
    <w:p>
      <w:pPr>
        <w:pStyle w:val="ListParagraph"/>
      </w:pPr>
      <w:r>
        <w:rPr>
          <w:sz w:val="22"/>
        </w:rPr>
        <w:t>B. Rừng đầu nguồn, rừng ven biển, rừng chắn cát.</w:t>
      </w:r>
    </w:p>
    <w:p>
      <w:pPr>
        <w:pStyle w:val="ListParagraph"/>
      </w:pPr>
      <w:r>
        <w:rPr>
          <w:sz w:val="22"/>
        </w:rPr>
        <w:t>C. Rừng trồng lấy gỗ, rừng cung cấp nguyên liệu giấy.</w:t>
      </w:r>
    </w:p>
    <w:p>
      <w:pPr>
        <w:pStyle w:val="ListParagraph"/>
      </w:pPr>
      <w:r>
        <w:rPr>
          <w:sz w:val="22"/>
        </w:rPr>
        <w:t>D. Rừng nghiên cứu thí nghiệm khoa học.</w:t>
      </w:r>
    </w:p>
    <w:p/>
    <w:p>
      <w:r>
        <w:rPr>
          <w:b/>
          <w:sz w:val="24"/>
        </w:rPr>
        <w:t>Câu 23: Biểu hiện nào sau đây chứng tỏ địa hình vùng đồi núi nước ta bị xâm thực mạnh mẽ?</w:t>
      </w:r>
    </w:p>
    <w:p>
      <w:pPr>
        <w:pStyle w:val="ListParagraph"/>
      </w:pPr>
      <w:r>
        <w:rPr>
          <w:sz w:val="22"/>
        </w:rPr>
        <w:t>A. Mở rộng nhanh chóng diện tích các đồng bằng châu thổ.</w:t>
      </w:r>
    </w:p>
    <w:p>
      <w:pPr>
        <w:pStyle w:val="ListParagraph"/>
      </w:pPr>
      <w:r>
        <w:rPr>
          <w:sz w:val="22"/>
        </w:rPr>
        <w:t>B. Địa hình bị chia cắt sâu, nhiều hẻm vực, hang động cacxtơ.</w:t>
      </w:r>
    </w:p>
    <w:p>
      <w:pPr>
        <w:pStyle w:val="ListParagraph"/>
      </w:pPr>
      <w:r>
        <w:rPr>
          <w:sz w:val="22"/>
        </w:rPr>
        <w:t>C. Lòng sông ở vùng hạ lưu bị bồi lắng lượng lớn phù sa.</w:t>
      </w:r>
    </w:p>
    <w:p>
      <w:pPr>
        <w:pStyle w:val="ListParagraph"/>
      </w:pPr>
      <w:r>
        <w:rPr>
          <w:sz w:val="22"/>
        </w:rPr>
        <w:t>D. Xuất hiện các bãi triều rộng lớn ở ven biển.</w:t>
      </w:r>
    </w:p>
    <w:p/>
    <w:p>
      <w:r>
        <w:rPr>
          <w:b/>
          <w:sz w:val="24"/>
        </w:rPr>
        <w:t>Câu 24: Nguyên nhân chủ yếu làm cho sinh vật nước ta phong phú về thành phần loài là do</w:t>
      </w:r>
    </w:p>
    <w:p>
      <w:pPr>
        <w:pStyle w:val="ListParagraph"/>
      </w:pPr>
      <w:r>
        <w:rPr>
          <w:sz w:val="22"/>
        </w:rPr>
        <w:t>A. khí hậu phân hóa theo mùa và theo độ cao.</w:t>
      </w:r>
    </w:p>
    <w:p>
      <w:pPr>
        <w:pStyle w:val="ListParagraph"/>
      </w:pPr>
      <w:r>
        <w:rPr>
          <w:sz w:val="22"/>
        </w:rPr>
        <w:t>B. vị trí nơi tiếp giáp các luồng di cư sinh vật và khí hậu nhiệt đới ẩm.</w:t>
      </w:r>
    </w:p>
    <w:p>
      <w:pPr>
        <w:pStyle w:val="ListParagraph"/>
      </w:pPr>
      <w:r>
        <w:rPr>
          <w:sz w:val="22"/>
        </w:rPr>
        <w:t>C. địa hình chủ yếu là đồi núi với nhiều đai cao.</w:t>
      </w:r>
    </w:p>
    <w:p>
      <w:pPr>
        <w:pStyle w:val="ListParagraph"/>
      </w:pPr>
      <w:r>
        <w:rPr>
          <w:sz w:val="22"/>
        </w:rPr>
        <w:t>D. con người tích cực thuần dưỡng và lai tạo các giống mới.</w:t>
      </w:r>
    </w:p>
    <w:p/>
    <w:p>
      <w:r>
        <w:rPr>
          <w:b/>
          <w:sz w:val="24"/>
        </w:rPr>
        <w:t>Câu 25: Cho đoạn thông tin sau: "Việt Nam nằm trên bán đảo Đông Dương, gần trung tâm khu vực Đông Nam Á. Trên đất liền, nước ta tiếp giáp với ba quốc gia có chung đường biên giới; vùng biển tiếp giáp với nhiều quốc gia và mở rộng ra Biển Đông. Vị trí địa lí đã quy định đặc điểm cơ bản của thiên nhiên nước ta mang tính chất nhiệt đới ẩm gió mùa và tạo nhiều thuận lợi trong phát triển kinh tế." a) Trên đất liền, nước ta có đường biên giới tiếp giáp với 3 quốc gia là Trung Quốc, Lào và Cam-pu-chia. b) Vị trí ven biển giúp nước ta có điều kiện giao lưu thuận lợi bằng đường biển với các nước trong khu vực và trên thế giới. c) Việt Nam nằm hoàn toàn ở vị trí trung tâm địa lí của bán đảo Đông Dương. d) Do nằm hoàn toàn trong vùng nội chí tuyến nên nước ta chịu ảnh hưởng của khối khí lạnh gây mùa đông lạnh, ít mưa.</w:t>
      </w:r>
    </w:p>
    <w:p>
      <w:pPr>
        <w:pStyle w:val="ListParagraph"/>
      </w:pPr>
      <w:r>
        <w:rPr>
          <w:sz w:val="22"/>
        </w:rPr>
        <w:t>A. Đúng</w:t>
      </w:r>
    </w:p>
    <w:p>
      <w:pPr>
        <w:pStyle w:val="ListParagraph"/>
      </w:pPr>
      <w:r>
        <w:rPr>
          <w:sz w:val="22"/>
        </w:rPr>
        <w:t>B. Sai</w:t>
      </w:r>
    </w:p>
    <w:p/>
    <w:p>
      <w:r>
        <w:rPr>
          <w:b/>
          <w:sz w:val="24"/>
        </w:rPr>
        <w:t>Câu 26: Cho đoạn thông tin sau: "Miền Tây Bắc và Bắc Trung Bộ có địa hình cao nhất cả nước với dãy núi Hoàng Liên Sơn sừng sững, hướng nghiêng chung tây bắc - đông nam. Địa hình đồi núi hiểm trở kết hợp với vị trí địa lí đã tạo nên sự phân hóa khí hậu phức tạp: mùa đông ngắn và ấm hơn miền Bắc và Đông Bắc Bắc Bộ, trong khi mùa hạ chịu ảnh hưởng sâu sắc của hiệu ứng phơn khô nóng." a) Đầu mùa hạ, miền chịu tác động của hiện tượng phơn khô nóng chủ yếu do khối khí nhiệt đới ẩm Bắc Ấn Độ Dương vượt qua các dãy núi biên giới Việt - Lào. b) Địa hình miền có độ cao lớn nhất nước ta chủ yếu do tác động của vận động nâng lên mạnh mẽ trong giai đoạn Tân kiến tạo. c) Miền Tây Bắc và Bắc Trung Bộ có đủ ba đai cao khí hậu là do tác động trực tiếp và liên tục của gió mùa Đông Bắc. d) Các đặc điểm tự nhiên nêu trên thuộc về vùng lãnh thổ miền Nam Trung Bộ và Nam Bộ.</w:t>
      </w:r>
    </w:p>
    <w:p>
      <w:pPr>
        <w:pStyle w:val="ListParagraph"/>
      </w:pPr>
      <w:r>
        <w:rPr>
          <w:sz w:val="22"/>
        </w:rPr>
        <w:t>A. Đúng</w:t>
      </w:r>
    </w:p>
    <w:p>
      <w:pPr>
        <w:pStyle w:val="ListParagraph"/>
      </w:pPr>
      <w:r>
        <w:rPr>
          <w:sz w:val="22"/>
        </w:rPr>
        <w:t>B. Sai</w:t>
      </w:r>
    </w:p>
    <w:p/>
    <w:p>
      <w:r>
        <w:rPr>
          <w:b/>
          <w:sz w:val="24"/>
        </w:rPr>
        <w:t>Câu 27: Cho đoạn thông tin sau: "Khí hậu Việt Nam mang tính chất nhiệt đới ẩm gió mùa với sự luân phiên của hai mùa gió chính: gió mùa mùa đông và gió mùa mùa hạ. Sự hoạt động của các khối khí kết hợp với bức chắn địa hình đã tạo nên sự phân mùa khí hậu và sự khác biệt sâu sắc giữa các vùng miền trong cả nước." a) Gió mùa Đông Bắc hoạt động từ tháng 11 đến tháng 4 năm sau, làm cho toàn bộ lãnh thổ nước ta từ Bắc vào Nam đều có mùa đông lạnh dưới 18°C. b) Nửa sau mùa đông, gió mùa Đông Bắc đi lệch qua biển nên gây ra hiện tượng mưa phùn đặc trưng ở vùng ven biển và đồng bằng Bắc Bộ. c) Dãy Bạch Mã ngăn cản gió mùa Đông Bắc di chuyển sâu xuống phía Nam, tạo thành ranh giới phân chia hai miền khí hậu Bắc - Nam. d) Gió Tây Nam vào giữa và cuối mùa hạ có nguồn gốc từ khối khí nhiệt đới ẩm Bắc Ấn Độ Dương.</w:t>
      </w:r>
    </w:p>
    <w:p>
      <w:pPr>
        <w:pStyle w:val="ListParagraph"/>
      </w:pPr>
      <w:r>
        <w:rPr>
          <w:sz w:val="22"/>
        </w:rPr>
        <w:t>A. Đúng</w:t>
      </w:r>
    </w:p>
    <w:p>
      <w:pPr>
        <w:pStyle w:val="ListParagraph"/>
      </w:pPr>
      <w:r>
        <w:rPr>
          <w:sz w:val="22"/>
        </w:rPr>
        <w:t>B. Sai</w:t>
      </w:r>
    </w:p>
    <w:p/>
    <w:p>
      <w:r>
        <w:rPr>
          <w:b/>
          <w:sz w:val="24"/>
        </w:rPr>
        <w:t>Câu 28: Cho đoạn thông tin sau về tài nguyên rừng và đất ở nước ta: "Tài nguyên rừng và đất của nước ta có vai trò đặc biệt quan trọng đối với cân bằng sinh thái và phát triển kinh tế. Tuy nhiên, do sức ép của dân số và phương thức khai thác chưa hợp lí, hiện tượng thoái hóa đất và suy giảm chất lượng rừng tự nhiên vẫn đang là những thách thức môi trường lớn." a) Biện pháp quan trọng nhất để bảo vệ và phát triển tài nguyên rừng hiện nay là đẩy mạnh khai thác gỗ tự nhiên phục vụ chế biến xuất khẩu. b) Ở vùng đồi núi, việc phát triển mô hình nông - lâm kết hợp là giải pháp hữu hiệu vừa nâng cao hiệu quả kinh tế vừa chống xói mòn, bảo vệ đất. c) Hiện tượng đất bị nhiễm phèn, nhiễm mặn và suy thoái do hóa chất nông nghiệp là thách thức phổ biến ở vùng đồi núi dốc. d) Độ che phủ rừng của nước ta những năm gần đây có xu hướng tăng lên nhưng chất lượng rừng tự nhiên giàu gỗ quý vẫn còn thấp.</w:t>
      </w:r>
    </w:p>
    <w:p>
      <w:pPr>
        <w:pStyle w:val="ListParagraph"/>
      </w:pPr>
      <w:r>
        <w:rPr>
          <w:sz w:val="22"/>
        </w:rPr>
        <w:t>A. Đúng</w:t>
      </w:r>
    </w:p>
    <w:p>
      <w:pPr>
        <w:pStyle w:val="ListParagraph"/>
      </w:pPr>
      <w:r>
        <w:rPr>
          <w:sz w:val="22"/>
        </w:rPr>
        <w:t>B. Sai</w:t>
      </w:r>
    </w:p>
    <w:p/>
    <w:p>
      <w:r>
        <w:rPr>
          <w:b/>
          <w:sz w:val="24"/>
        </w:rPr>
        <w:t>Câu 29: Theo quy luật đai cao, cứ lên cao 100m thì nhiệt độ không khí sẽ giảm 0,6°C. Khi nhiệt độ không khí tại chân núi (độ cao 0m) đo được là 25°C thì nhiệt độ không khí tại độ cao 1 500m của ngọn núi đó là bao nhiêu °C?</w:t>
      </w:r>
    </w:p>
    <w:p/>
    <w:p>
      <w:r>
        <w:rPr>
          <w:b/>
          <w:sz w:val="24"/>
        </w:rPr>
        <w:t>Câu 30: Cho bảng số liệu nhiệt độ trung bình các tháng tại trạm quan trắc Đà Nẵng năm 2024 (°C): Tháng: 1 2 3 4 5 6 7 8 9 10 11 12; Nhiệt độ: 22,1 23,4 25,8 28,2 30,1 30,5 29,8 29,4 27,8 26,2 24,5 22,6. Căn cứ vào bảng số liệu trên, hãy cho biết nhiệt độ không khí trung bình năm 2024 của trạm Đà Nẵng là bao nhiêu °C? (Làm tròn kết quả đến một chữ số thập phân).</w:t>
      </w:r>
    </w:p>
    <w:p/>
    <w:p>
      <w:r>
        <w:rPr>
          <w:b/>
          <w:sz w:val="24"/>
        </w:rPr>
        <w:t>Câu 31: Năm 2024, tổng diện tích rừng của nước ta là 14 874,3 nghìn ha, trong đó diện tích rừng tự nhiên là 10 134,1 nghìn ha. Hãy cho biết tỉ trọng diện tích rừng tự nhiên chiếm bao nhiêu phần trăm (%) trong tổng diện tích rừng của nước ta năm 2024? (Làm tròn kết quả đến một chữ số thập phân).</w:t>
      </w:r>
    </w:p>
    <w:p/>
    <w:p>
      <w:r>
        <w:rPr>
          <w:b/>
          <w:sz w:val="24"/>
        </w:rPr>
        <w:t>Câu 32: Cho bảng số liệu nhiệt độ trung bình các tháng năm 2024 tại trạm quan trắc Tuyên Quang (°C): Tháng: 1 2 3 4 5 6 7 8 9 10 11 12; Nhiệt độ: 16,8 18,2 21,5 25,6 28,4 29,5 29,3 28,7 27,6 24,8 20,5 17,2. Căn cứ vào bảng số liệu, hãy cho biết biên độ nhiệt độ năm 2024 tại trạm quan trắc Tuyên Quang là bao nhiêu °C? (Làm tròn kết quả đến một chữ số thập phân).</w:t>
      </w:r>
    </w:p>
    <w:p/>
    <w:p>
      <w:r>
        <w:rPr>
          <w:b/>
          <w:sz w:val="24"/>
        </w:rPr>
        <w:t>Câu 33: Đỉnh núi Phan-xi-păng có độ cao 3 147m. Nếu tại cùng một thời điểm, nhiệt độ đo được tại đỉnh núi là 3,1°C thì nhiệt độ không khí tại chân núi (độ cao 0m) xấp xỉ là bao nhiêu °C? Biết rằng trong điều kiện bình thường, cứ lên cao 100m nhiệt độ không khí giảm 0,6°C. (Làm tròn kết quả đến một chữ số thập phân).</w:t>
      </w:r>
    </w:p>
    <w:p/>
    <w:p>
      <w:r>
        <w:rPr>
          <w:b/>
          <w:sz w:val="24"/>
        </w:rPr>
        <w:t>Câu 34: Một khối khí ẩm di chuyển vượt qua một dãy núi cao 2 000m. Tại chân sườn đón gió (độ cao 0m), nhiệt độ đo được là 28°C. Không khí bốc lên sườn đón gió gây mưa (lên cao 100m nhiệt độ giảm 0,6°C). Sau khi vượt qua đỉnh núi sang sườn khuất gió, không khí khô hạ xuống chân núi bên kia (hạ xuống 100m nhiệt độ tăng 1,0°C). Hỏi nhiệt độ không khí tại chân sườn khuất gió (độ cao 0m) là bao nhiêu °C?</w:t>
      </w:r>
    </w:p>
    <w:p/>
    <w:p>
      <w:r>
        <w:rPr>
          <w:b/>
          <w:sz w:val="24"/>
        </w:rPr>
        <w:t>Câu 35: Năm 2024, tổng diện tích rừng trồng của nước ta đạt 4 740,2 nghìn ha trên tổng diện tích rừng cả nước là 14 874,3 nghìn ha. Hãy tính tỉ trọng diện tích rừng trồng chiếm bao nhiêu % trong tổng diện tích rừng nước ta năm 2024? (Làm tròn kết quả đến một chữ số thập phân).</w:t>
      </w:r>
    </w:p>
    <w:p/>
    <w:p>
      <w:r>
        <w:rPr>
          <w:b/>
          <w:sz w:val="24"/>
        </w:rPr>
        <w:t>Câu 36: Trạm khí tượng Cà Mau năm 2024 có nhiệt độ tháng cao nhất là 29,2°C (tháng 4) và nhiệt độ tháng thấp nhất là 26,1°C (tháng 1). Hãy cho biết biên độ nhiệt độ năm tại trạm Tuyên Quang (ở Câu 4) cao hơn biên độ nhiệt độ năm tại trạm Cà Mau là bao nhiêu °C? (Làm tròn kết quả đến một chữ số thập phân).</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B</w:t>
      </w:r>
    </w:p>
    <w:p>
      <w:r>
        <w:rPr>
          <w:b/>
        </w:rPr>
        <w:t>Câu 5: Đáp án đúng: A</w:t>
      </w:r>
    </w:p>
    <w:p>
      <w:r>
        <w:rPr>
          <w:b/>
        </w:rPr>
        <w:t>Câu 6: Đáp án đúng: A</w:t>
      </w:r>
    </w:p>
    <w:p>
      <w:r>
        <w:rPr>
          <w:b/>
        </w:rPr>
        <w:t>Câu 7: Đáp án đúng: B</w:t>
      </w:r>
    </w:p>
    <w:p>
      <w:r>
        <w:rPr>
          <w:b/>
        </w:rPr>
        <w:t>Câu 8: Đáp án đúng: A</w:t>
      </w:r>
    </w:p>
    <w:p>
      <w:r>
        <w:rPr>
          <w:b/>
        </w:rPr>
        <w:t>Câu 9: Đáp án đúng: B</w:t>
      </w:r>
    </w:p>
    <w:p>
      <w:r>
        <w:rPr>
          <w:b/>
        </w:rPr>
        <w:t>Câu 10: Đáp án đúng: B</w:t>
      </w:r>
    </w:p>
    <w:p>
      <w:r>
        <w:rPr>
          <w:b/>
        </w:rPr>
        <w:t>Câu 11: Đáp án đúng: B</w:t>
      </w:r>
    </w:p>
    <w:p>
      <w:r>
        <w:rPr>
          <w:b/>
        </w:rPr>
        <w:t>Câu 12: Đáp án đúng: B</w:t>
      </w:r>
    </w:p>
    <w:p>
      <w:r>
        <w:rPr>
          <w:b/>
        </w:rPr>
        <w:t>Câu 13: Đáp án đúng: D</w:t>
      </w:r>
    </w:p>
    <w:p>
      <w:r>
        <w:rPr>
          <w:b/>
        </w:rPr>
        <w:t>Câu 14: Đáp án đúng: B</w:t>
      </w:r>
    </w:p>
    <w:p>
      <w:r>
        <w:rPr>
          <w:b/>
        </w:rPr>
        <w:t>Câu 15: Đáp án đúng: A</w:t>
      </w:r>
    </w:p>
    <w:p>
      <w:r>
        <w:rPr>
          <w:b/>
        </w:rPr>
        <w:t>Câu 16: Đáp án đúng: B</w:t>
      </w:r>
    </w:p>
    <w:p>
      <w:r>
        <w:rPr>
          <w:b/>
        </w:rPr>
        <w:t>Câu 17: Đáp án đúng: C</w:t>
      </w:r>
    </w:p>
    <w:p>
      <w:r>
        <w:rPr>
          <w:b/>
        </w:rPr>
        <w:t>Câu 18: Đáp án đúng: A</w:t>
      </w:r>
    </w:p>
    <w:p>
      <w:r>
        <w:rPr>
          <w:b/>
        </w:rPr>
        <w:t>Câu 19: Đáp án đúng: B</w:t>
      </w:r>
    </w:p>
    <w:p>
      <w:r>
        <w:rPr>
          <w:b/>
        </w:rPr>
        <w:t>Câu 20: Đáp án đúng: A</w:t>
      </w:r>
    </w:p>
    <w:p>
      <w:r>
        <w:rPr>
          <w:b/>
        </w:rPr>
        <w:t>Câu 21: Đáp án đúng: C</w:t>
      </w:r>
    </w:p>
    <w:p>
      <w:r>
        <w:rPr>
          <w:b/>
        </w:rPr>
        <w:t>Câu 22: Đáp án đúng: B</w:t>
      </w:r>
    </w:p>
    <w:p>
      <w:r>
        <w:rPr>
          <w:b/>
        </w:rPr>
        <w:t>Câu 23: Đáp án đúng: B</w:t>
      </w:r>
    </w:p>
    <w:p>
      <w:r>
        <w:rPr>
          <w:b/>
        </w:rPr>
        <w:t>Câu 24: Đáp án đúng: B</w:t>
      </w:r>
    </w:p>
    <w:p>
      <w:r>
        <w:rPr>
          <w:b/>
        </w:rPr>
        <w:t>Câu 25: Đáp án đúng: None</w:t>
      </w:r>
    </w:p>
    <w:p>
      <w:r>
        <w:rPr>
          <w:b/>
        </w:rPr>
        <w:t>Câu 26: Đáp án đúng: None</w:t>
      </w:r>
    </w:p>
    <w:p>
      <w:r>
        <w:rPr>
          <w:b/>
        </w:rPr>
        <w:t>Câu 27: Đáp án đúng: None</w:t>
      </w:r>
    </w:p>
    <w:p>
      <w:r>
        <w:rPr>
          <w:b/>
        </w:rPr>
        <w:t>Câu 28: Đáp án đúng: None</w:t>
      </w:r>
    </w:p>
    <w:p>
      <w:r>
        <w:rPr>
          <w:b/>
        </w:rPr>
        <w:t>Câu 29: Đáp án đúng: 16</w:t>
      </w:r>
    </w:p>
    <w:p>
      <w:r>
        <w:rPr>
          <w:b/>
        </w:rPr>
        <w:t>Câu 30: Đáp án đúng: 26,7</w:t>
      </w:r>
    </w:p>
    <w:p>
      <w:r>
        <w:rPr>
          <w:b/>
        </w:rPr>
        <w:t>Câu 31: Đáp án đúng: 68,1</w:t>
      </w:r>
    </w:p>
    <w:p>
      <w:r>
        <w:rPr>
          <w:b/>
        </w:rPr>
        <w:t>Câu 32: Đáp án đúng: 12,7</w:t>
      </w:r>
    </w:p>
    <w:p>
      <w:r>
        <w:rPr>
          <w:b/>
        </w:rPr>
        <w:t>Câu 33: Đáp án đúng: 22,0</w:t>
      </w:r>
    </w:p>
    <w:p>
      <w:r>
        <w:rPr>
          <w:b/>
        </w:rPr>
        <w:t>Câu 34: Đáp án đúng: 36</w:t>
      </w:r>
    </w:p>
    <w:p>
      <w:r>
        <w:rPr>
          <w:b/>
        </w:rPr>
        <w:t>Câu 35: Đáp án đúng: 31,9</w:t>
      </w:r>
    </w:p>
    <w:p>
      <w:r>
        <w:rPr>
          <w:b/>
        </w:rPr>
        <w:t>Câu 36: Đáp án đúng: 9,6</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