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lý bài 12</w:t>
      </w:r>
    </w:p>
    <w:p>
      <w:pPr>
        <w:jc w:val="center"/>
      </w:pPr>
      <w:r>
        <w:rPr>
          <w:sz w:val="22"/>
        </w:rPr>
        <w:t>Số câu: 30    Thời gian: _____ phút    Họ và tên: _________________________</w:t>
      </w:r>
    </w:p>
    <w:p/>
    <w:p>
      <w:r>
        <w:rPr>
          <w:b/>
          <w:sz w:val="24"/>
        </w:rPr>
        <w:t>Câu 1: Trong phương trình dao động điều hòa $x = A\cos(\omega t + \varphi)$, đại lượng $\omega$ được gọi là gì?</w:t>
      </w:r>
    </w:p>
    <w:p>
      <w:pPr>
        <w:pStyle w:val="ListParagraph"/>
      </w:pPr>
      <w:r>
        <w:rPr>
          <w:sz w:val="22"/>
        </w:rPr>
        <w:t>A. Biên độ</w:t>
      </w:r>
    </w:p>
    <w:p>
      <w:pPr>
        <w:pStyle w:val="ListParagraph"/>
      </w:pPr>
      <w:r>
        <w:rPr>
          <w:sz w:val="22"/>
        </w:rPr>
        <w:t>B. Tần số góc</w:t>
      </w:r>
    </w:p>
    <w:p>
      <w:pPr>
        <w:pStyle w:val="ListParagraph"/>
      </w:pPr>
      <w:r>
        <w:rPr>
          <w:sz w:val="22"/>
        </w:rPr>
        <w:t>C. Pha dao động</w:t>
      </w:r>
    </w:p>
    <w:p>
      <w:pPr>
        <w:pStyle w:val="ListParagraph"/>
      </w:pPr>
      <w:r>
        <w:rPr>
          <w:sz w:val="22"/>
        </w:rPr>
        <w:t>D. Chu kỳ</w:t>
      </w:r>
    </w:p>
    <w:p/>
    <w:p>
      <w:r>
        <w:rPr>
          <w:b/>
          <w:sz w:val="24"/>
        </w:rPr>
        <w:t>Câu 2: Trong dao động điều hòa, vận tốc biến thiên như thế nào so với li độ?</w:t>
      </w:r>
    </w:p>
    <w:p>
      <w:pPr>
        <w:pStyle w:val="ListParagraph"/>
      </w:pPr>
      <w:r>
        <w:rPr>
          <w:sz w:val="22"/>
        </w:rPr>
        <w:t>A. Cùng pha</w:t>
      </w:r>
    </w:p>
    <w:p>
      <w:pPr>
        <w:pStyle w:val="ListParagraph"/>
      </w:pPr>
      <w:r>
        <w:rPr>
          <w:sz w:val="22"/>
        </w:rPr>
        <w:t>B. Ngược pha</w:t>
      </w:r>
    </w:p>
    <w:p>
      <w:pPr>
        <w:pStyle w:val="ListParagraph"/>
      </w:pPr>
      <w:r>
        <w:rPr>
          <w:sz w:val="22"/>
        </w:rPr>
        <w:t>C. Sớm pha $\pi/2$</w:t>
      </w:r>
    </w:p>
    <w:p>
      <w:pPr>
        <w:pStyle w:val="ListParagraph"/>
      </w:pPr>
      <w:r>
        <w:rPr>
          <w:sz w:val="22"/>
        </w:rPr>
        <w:t>D. Trễ pha $\pi/2$</w:t>
      </w:r>
    </w:p>
    <w:p/>
    <w:p>
      <w:r>
        <w:rPr>
          <w:b/>
          <w:sz w:val="24"/>
        </w:rPr>
        <w:t>Câu 3: Gia tốc của vật dao động điều hòa có biểu thức:</w:t>
      </w:r>
    </w:p>
    <w:p>
      <w:pPr>
        <w:pStyle w:val="ListParagraph"/>
      </w:pPr>
      <w:r>
        <w:rPr>
          <w:sz w:val="22"/>
        </w:rPr>
        <w:t>A. $a = -\omega^2 x$</w:t>
      </w:r>
    </w:p>
    <w:p>
      <w:pPr>
        <w:pStyle w:val="ListParagraph"/>
      </w:pPr>
      <w:r>
        <w:rPr>
          <w:sz w:val="22"/>
        </w:rPr>
        <w:t>B. $a = \omega^2 x$</w:t>
      </w:r>
    </w:p>
    <w:p>
      <w:pPr>
        <w:pStyle w:val="ListParagraph"/>
      </w:pPr>
      <w:r>
        <w:rPr>
          <w:sz w:val="22"/>
        </w:rPr>
        <w:t>C. $a = -\omega x$</w:t>
      </w:r>
    </w:p>
    <w:p>
      <w:pPr>
        <w:pStyle w:val="ListParagraph"/>
      </w:pPr>
      <w:r>
        <w:rPr>
          <w:sz w:val="22"/>
        </w:rPr>
        <w:t>D. $a = \omega x$</w:t>
      </w:r>
    </w:p>
    <w:p/>
    <w:p>
      <w:r>
        <w:rPr>
          <w:b/>
          <w:sz w:val="24"/>
        </w:rPr>
        <w:t>Câu 4: Mối quan hệ giữa li độ $x$ và vận tốc $v$ trong dao động điều hòa là:</w:t>
      </w:r>
    </w:p>
    <w:p>
      <w:pPr>
        <w:pStyle w:val="ListParagraph"/>
      </w:pPr>
      <w:r>
        <w:rPr>
          <w:sz w:val="22"/>
        </w:rPr>
        <w:t>A. $\frac{x^2}{A^2} + \frac{v^2}{A^2\omega^2} = 1$</w:t>
      </w:r>
    </w:p>
    <w:p>
      <w:pPr>
        <w:pStyle w:val="ListParagraph"/>
      </w:pPr>
      <w:r>
        <w:rPr>
          <w:sz w:val="22"/>
        </w:rPr>
        <w:t>B. $\frac{x^2}{A^2} + \frac{v^2}{A^2\omega^2} = 0$</w:t>
      </w:r>
    </w:p>
    <w:p>
      <w:pPr>
        <w:pStyle w:val="ListParagraph"/>
      </w:pPr>
      <w:r>
        <w:rPr>
          <w:sz w:val="22"/>
        </w:rPr>
        <w:t>C. $\frac{x^2}{A^2} - \frac{v^2}{A^2\omega^2} = 1$</w:t>
      </w:r>
    </w:p>
    <w:p>
      <w:pPr>
        <w:pStyle w:val="ListParagraph"/>
      </w:pPr>
      <w:r>
        <w:rPr>
          <w:sz w:val="22"/>
        </w:rPr>
        <w:t>D. $\frac{x^2}{A^2} + \frac{v^2}{A\omega} = 1$</w:t>
      </w:r>
    </w:p>
    <w:p/>
    <w:p>
      <w:r>
        <w:rPr>
          <w:b/>
          <w:sz w:val="24"/>
        </w:rPr>
        <w:t>Câu 5: Chu kỳ dao động điều hòa được tính bằng:</w:t>
      </w:r>
    </w:p>
    <w:p>
      <w:pPr>
        <w:pStyle w:val="ListParagraph"/>
      </w:pPr>
      <w:r>
        <w:rPr>
          <w:sz w:val="22"/>
        </w:rPr>
        <w:t>A. $T = \frac{2\pi}{\omega}$</w:t>
      </w:r>
    </w:p>
    <w:p>
      <w:pPr>
        <w:pStyle w:val="ListParagraph"/>
      </w:pPr>
      <w:r>
        <w:rPr>
          <w:sz w:val="22"/>
        </w:rPr>
        <w:t>B. $T = \frac{\omega}{2\pi}$</w:t>
      </w:r>
    </w:p>
    <w:p>
      <w:pPr>
        <w:pStyle w:val="ListParagraph"/>
      </w:pPr>
      <w:r>
        <w:rPr>
          <w:sz w:val="22"/>
        </w:rPr>
        <w:t>C. $T = 2\pi\omega$</w:t>
      </w:r>
    </w:p>
    <w:p>
      <w:pPr>
        <w:pStyle w:val="ListParagraph"/>
      </w:pPr>
      <w:r>
        <w:rPr>
          <w:sz w:val="22"/>
        </w:rPr>
        <w:t>D. $T = \frac{1}{\omega}$</w:t>
      </w:r>
    </w:p>
    <w:p/>
    <w:p>
      <w:r>
        <w:rPr>
          <w:b/>
          <w:sz w:val="24"/>
        </w:rPr>
        <w:t>Câu 6: Tần số dao động điều hòa là:</w:t>
      </w:r>
    </w:p>
    <w:p>
      <w:pPr>
        <w:pStyle w:val="ListParagraph"/>
      </w:pPr>
      <w:r>
        <w:rPr>
          <w:sz w:val="22"/>
        </w:rPr>
        <w:t>A. $f = \frac{2\pi}{\omega}$</w:t>
      </w:r>
    </w:p>
    <w:p>
      <w:pPr>
        <w:pStyle w:val="ListParagraph"/>
      </w:pPr>
      <w:r>
        <w:rPr>
          <w:sz w:val="22"/>
        </w:rPr>
        <w:t>B. $f = \frac{\omega}{2\pi}$</w:t>
      </w:r>
    </w:p>
    <w:p>
      <w:pPr>
        <w:pStyle w:val="ListParagraph"/>
      </w:pPr>
      <w:r>
        <w:rPr>
          <w:sz w:val="22"/>
        </w:rPr>
        <w:t>C. $f = \frac{1}{2\pi\omega}$</w:t>
      </w:r>
    </w:p>
    <w:p>
      <w:pPr>
        <w:pStyle w:val="ListParagraph"/>
      </w:pPr>
      <w:r>
        <w:rPr>
          <w:sz w:val="22"/>
        </w:rPr>
        <w:t>D. $f = 2\pi\omega$</w:t>
      </w:r>
    </w:p>
    <w:p/>
    <w:p>
      <w:r>
        <w:rPr>
          <w:b/>
          <w:sz w:val="24"/>
        </w:rPr>
        <w:t>Câu 7: Vật dao động điều hòa có phương trình $x = 5\cos(4\pi t + \frac{\pi}{3})\,cm$. Biên độ và tần số góc lần lượt là:</w:t>
      </w:r>
    </w:p>
    <w:p>
      <w:pPr>
        <w:pStyle w:val="ListParagraph"/>
      </w:pPr>
      <w:r>
        <w:rPr>
          <w:sz w:val="22"/>
        </w:rPr>
        <w:t>A. $5\,cm$; $4\pi\,rad/s$</w:t>
      </w:r>
    </w:p>
    <w:p>
      <w:pPr>
        <w:pStyle w:val="ListParagraph"/>
      </w:pPr>
      <w:r>
        <w:rPr>
          <w:sz w:val="22"/>
        </w:rPr>
        <w:t>B. $5\,cm$; $2\pi\,rad/s$</w:t>
      </w:r>
    </w:p>
    <w:p>
      <w:pPr>
        <w:pStyle w:val="ListParagraph"/>
      </w:pPr>
      <w:r>
        <w:rPr>
          <w:sz w:val="22"/>
        </w:rPr>
        <w:t>C. $4\pi\,cm$; $5\,rad/s$</w:t>
      </w:r>
    </w:p>
    <w:p>
      <w:pPr>
        <w:pStyle w:val="ListParagraph"/>
      </w:pPr>
      <w:r>
        <w:rPr>
          <w:sz w:val="22"/>
        </w:rPr>
        <w:t>D. $5\,cm$; $4\,rad/s$</w:t>
      </w:r>
    </w:p>
    <w:p/>
    <w:p>
      <w:r>
        <w:rPr>
          <w:b/>
          <w:sz w:val="24"/>
        </w:rPr>
        <w:t>Câu 8: Vật dao động điều hòa $x = 4\cos(2\pi t)\,cm$. Vận tốc cực đại của vật là:</w:t>
      </w:r>
    </w:p>
    <w:p>
      <w:pPr>
        <w:pStyle w:val="ListParagraph"/>
      </w:pPr>
      <w:r>
        <w:rPr>
          <w:sz w:val="22"/>
        </w:rPr>
        <w:t>A. $8\pi\,cm/s$</w:t>
      </w:r>
    </w:p>
    <w:p>
      <w:pPr>
        <w:pStyle w:val="ListParagraph"/>
      </w:pPr>
      <w:r>
        <w:rPr>
          <w:sz w:val="22"/>
        </w:rPr>
        <w:t>B. $4\pi\,cm/s$</w:t>
      </w:r>
    </w:p>
    <w:p>
      <w:pPr>
        <w:pStyle w:val="ListParagraph"/>
      </w:pPr>
      <w:r>
        <w:rPr>
          <w:sz w:val="22"/>
        </w:rPr>
        <w:t>C. $2\pi\,cm/s$</w:t>
      </w:r>
    </w:p>
    <w:p>
      <w:pPr>
        <w:pStyle w:val="ListParagraph"/>
      </w:pPr>
      <w:r>
        <w:rPr>
          <w:sz w:val="22"/>
        </w:rPr>
        <w:t>D. $8\,cm/s$</w:t>
      </w:r>
    </w:p>
    <w:p/>
    <w:p>
      <w:r>
        <w:rPr>
          <w:b/>
          <w:sz w:val="24"/>
        </w:rPr>
        <w:t>Câu 9: Vật dao động điều hòa $x = 6\cos(\pi t - \frac{\pi}{2})\,cm$. Gia tốc cực đại là:</w:t>
      </w:r>
    </w:p>
    <w:p>
      <w:pPr>
        <w:pStyle w:val="ListParagraph"/>
      </w:pPr>
      <w:r>
        <w:rPr>
          <w:sz w:val="22"/>
        </w:rPr>
        <w:t>A. $6\pi^2\,cm/s^2$</w:t>
      </w:r>
    </w:p>
    <w:p>
      <w:pPr>
        <w:pStyle w:val="ListParagraph"/>
      </w:pPr>
      <w:r>
        <w:rPr>
          <w:sz w:val="22"/>
        </w:rPr>
        <w:t>B. $6\pi\,cm/s^2$</w:t>
      </w:r>
    </w:p>
    <w:p>
      <w:pPr>
        <w:pStyle w:val="ListParagraph"/>
      </w:pPr>
      <w:r>
        <w:rPr>
          <w:sz w:val="22"/>
        </w:rPr>
        <w:t>C. $6\,cm/s^2$</w:t>
      </w:r>
    </w:p>
    <w:p>
      <w:pPr>
        <w:pStyle w:val="ListParagraph"/>
      </w:pPr>
      <w:r>
        <w:rPr>
          <w:sz w:val="22"/>
        </w:rPr>
        <w:t>D. $\pi^2\,cm/s^2$</w:t>
      </w:r>
    </w:p>
    <w:p/>
    <w:p>
      <w:r>
        <w:rPr>
          <w:b/>
          <w:sz w:val="24"/>
        </w:rPr>
        <w:t>Câu 10: Trong dao động điều hòa, đại lượng nào sau đây không đổi theo thời gian?</w:t>
      </w:r>
    </w:p>
    <w:p>
      <w:pPr>
        <w:pStyle w:val="ListParagraph"/>
      </w:pPr>
      <w:r>
        <w:rPr>
          <w:sz w:val="22"/>
        </w:rPr>
        <w:t>A. Li độ</w:t>
      </w:r>
    </w:p>
    <w:p>
      <w:pPr>
        <w:pStyle w:val="ListParagraph"/>
      </w:pPr>
      <w:r>
        <w:rPr>
          <w:sz w:val="22"/>
        </w:rPr>
        <w:t>B. Vận tốc</w:t>
      </w:r>
    </w:p>
    <w:p>
      <w:pPr>
        <w:pStyle w:val="ListParagraph"/>
      </w:pPr>
      <w:r>
        <w:rPr>
          <w:sz w:val="22"/>
        </w:rPr>
        <w:t>C. Gia tốc</w:t>
      </w:r>
    </w:p>
    <w:p>
      <w:pPr>
        <w:pStyle w:val="ListParagraph"/>
      </w:pPr>
      <w:r>
        <w:rPr>
          <w:sz w:val="22"/>
        </w:rPr>
        <w:t>D. Biên độ</w:t>
      </w:r>
    </w:p>
    <w:p/>
    <w:p>
      <w:r>
        <w:rPr>
          <w:b/>
          <w:sz w:val="24"/>
        </w:rPr>
        <w:t>Câu 11: Đối với con lắc lò xo dao động điều hòa, tần số góc được xác định bởi:</w:t>
      </w:r>
    </w:p>
    <w:p>
      <w:pPr>
        <w:pStyle w:val="ListParagraph"/>
      </w:pPr>
      <w:r>
        <w:rPr>
          <w:sz w:val="22"/>
        </w:rPr>
        <w:t>A. $\omega = \sqrt{\frac{k}{m}}$</w:t>
      </w:r>
    </w:p>
    <w:p>
      <w:pPr>
        <w:pStyle w:val="ListParagraph"/>
      </w:pPr>
      <w:r>
        <w:rPr>
          <w:sz w:val="22"/>
        </w:rPr>
        <w:t>B. $\omega = \sqrt{\frac{m}{k}}$</w:t>
      </w:r>
    </w:p>
    <w:p>
      <w:pPr>
        <w:pStyle w:val="ListParagraph"/>
      </w:pPr>
      <w:r>
        <w:rPr>
          <w:sz w:val="22"/>
        </w:rPr>
        <w:t>C. $\omega = 2\pi\sqrt{\frac{k}{m}}$</w:t>
      </w:r>
    </w:p>
    <w:p>
      <w:pPr>
        <w:pStyle w:val="ListParagraph"/>
      </w:pPr>
      <w:r>
        <w:rPr>
          <w:sz w:val="22"/>
        </w:rPr>
        <w:t>D. $\omega = 2\pi\sqrt{\frac{m}{k}}$</w:t>
      </w:r>
    </w:p>
    <w:p/>
    <w:p>
      <w:r>
        <w:rPr>
          <w:b/>
          <w:sz w:val="24"/>
        </w:rPr>
        <w:t>Câu 12: Chu kỳ dao động của con lắc lò xo là:</w:t>
      </w:r>
    </w:p>
    <w:p>
      <w:pPr>
        <w:pStyle w:val="ListParagraph"/>
      </w:pPr>
      <w:r>
        <w:rPr>
          <w:sz w:val="22"/>
        </w:rPr>
        <w:t>A. $T = 2\pi\sqrt{\frac{m}{k}}$</w:t>
      </w:r>
    </w:p>
    <w:p>
      <w:pPr>
        <w:pStyle w:val="ListParagraph"/>
      </w:pPr>
      <w:r>
        <w:rPr>
          <w:sz w:val="22"/>
        </w:rPr>
        <w:t>B. $T = 2\pi\sqrt{\frac{k}{m}}$</w:t>
      </w:r>
    </w:p>
    <w:p>
      <w:pPr>
        <w:pStyle w:val="ListParagraph"/>
      </w:pPr>
      <w:r>
        <w:rPr>
          <w:sz w:val="22"/>
        </w:rPr>
        <w:t>C. $T = \frac{1}{2\pi}\sqrt{\frac{m}{k}}$</w:t>
      </w:r>
    </w:p>
    <w:p>
      <w:pPr>
        <w:pStyle w:val="ListParagraph"/>
      </w:pPr>
      <w:r>
        <w:rPr>
          <w:sz w:val="22"/>
        </w:rPr>
        <w:t>D. $T = \frac{1}{2\pi}\sqrt{\frac{k}{m}}$</w:t>
      </w:r>
    </w:p>
    <w:p/>
    <w:p>
      <w:r>
        <w:rPr>
          <w:b/>
          <w:sz w:val="24"/>
        </w:rPr>
        <w:t>Câu 13: Một con lắc lò xo có độ cứng $k = 100\,N/m$, vật nặng $m = 100\,g$. Chu kỳ dao động là:</w:t>
      </w:r>
    </w:p>
    <w:p>
      <w:pPr>
        <w:pStyle w:val="ListParagraph"/>
      </w:pPr>
      <w:r>
        <w:rPr>
          <w:sz w:val="22"/>
        </w:rPr>
        <w:t>A. $0,2\,s$</w:t>
      </w:r>
    </w:p>
    <w:p>
      <w:pPr>
        <w:pStyle w:val="ListParagraph"/>
      </w:pPr>
      <w:r>
        <w:rPr>
          <w:sz w:val="22"/>
        </w:rPr>
        <w:t>B. $0,4\,s$</w:t>
      </w:r>
    </w:p>
    <w:p>
      <w:pPr>
        <w:pStyle w:val="ListParagraph"/>
      </w:pPr>
      <w:r>
        <w:rPr>
          <w:sz w:val="22"/>
        </w:rPr>
        <w:t>C. $0,1\,s$</w:t>
      </w:r>
    </w:p>
    <w:p>
      <w:pPr>
        <w:pStyle w:val="ListParagraph"/>
      </w:pPr>
      <w:r>
        <w:rPr>
          <w:sz w:val="22"/>
        </w:rPr>
        <w:t>D. $2\,s$</w:t>
      </w:r>
    </w:p>
    <w:p/>
    <w:p>
      <w:r>
        <w:rPr>
          <w:b/>
          <w:sz w:val="24"/>
        </w:rPr>
        <w:t>Câu 14: Một con lắc lò xo có $m = 200\,g$, $k = 50\,N/m$. Tần số dao động là:</w:t>
      </w:r>
    </w:p>
    <w:p>
      <w:pPr>
        <w:pStyle w:val="ListParagraph"/>
      </w:pPr>
      <w:r>
        <w:rPr>
          <w:sz w:val="22"/>
        </w:rPr>
        <w:t>A. $2,5\,Hz$</w:t>
      </w:r>
    </w:p>
    <w:p>
      <w:pPr>
        <w:pStyle w:val="ListParagraph"/>
      </w:pPr>
      <w:r>
        <w:rPr>
          <w:sz w:val="22"/>
        </w:rPr>
        <w:t>B. $5\,Hz$</w:t>
      </w:r>
    </w:p>
    <w:p>
      <w:pPr>
        <w:pStyle w:val="ListParagraph"/>
      </w:pPr>
      <w:r>
        <w:rPr>
          <w:sz w:val="22"/>
        </w:rPr>
        <w:t>C. $0,5\,Hz$</w:t>
      </w:r>
    </w:p>
    <w:p>
      <w:pPr>
        <w:pStyle w:val="ListParagraph"/>
      </w:pPr>
      <w:r>
        <w:rPr>
          <w:sz w:val="22"/>
        </w:rPr>
        <w:t>D. $1\,Hz$</w:t>
      </w:r>
    </w:p>
    <w:p/>
    <w:p>
      <w:r>
        <w:rPr>
          <w:b/>
          <w:sz w:val="24"/>
        </w:rPr>
        <w:t>Câu 15: Lực kéo về trong dao động điều hòa của con lắc lò xo có độ lớn:</w:t>
      </w:r>
    </w:p>
    <w:p>
      <w:pPr>
        <w:pStyle w:val="ListParagraph"/>
      </w:pPr>
      <w:r>
        <w:rPr>
          <w:sz w:val="22"/>
        </w:rPr>
        <w:t>A. $F = kx$</w:t>
      </w:r>
    </w:p>
    <w:p>
      <w:pPr>
        <w:pStyle w:val="ListParagraph"/>
      </w:pPr>
      <w:r>
        <w:rPr>
          <w:sz w:val="22"/>
        </w:rPr>
        <w:t>B. $F = k|x|$</w:t>
      </w:r>
    </w:p>
    <w:p>
      <w:pPr>
        <w:pStyle w:val="ListParagraph"/>
      </w:pPr>
      <w:r>
        <w:rPr>
          <w:sz w:val="22"/>
        </w:rPr>
        <w:t>C. $F = m\omega^2 x$</w:t>
      </w:r>
    </w:p>
    <w:p>
      <w:pPr>
        <w:pStyle w:val="ListParagraph"/>
      </w:pPr>
      <w:r>
        <w:rPr>
          <w:sz w:val="22"/>
        </w:rPr>
        <w:t>D. $F = -kx$</w:t>
      </w:r>
    </w:p>
    <w:p/>
    <w:p>
      <w:r>
        <w:rPr>
          <w:b/>
          <w:sz w:val="24"/>
        </w:rPr>
        <w:t>Câu 16: Cơ năng của con lắc lò xo dao động điều hòa được tính bằng:</w:t>
      </w:r>
    </w:p>
    <w:p>
      <w:pPr>
        <w:pStyle w:val="ListParagraph"/>
      </w:pPr>
      <w:r>
        <w:rPr>
          <w:sz w:val="22"/>
        </w:rPr>
        <w:t>A. $W = \frac{1}{2}kA^2$</w:t>
      </w:r>
    </w:p>
    <w:p>
      <w:pPr>
        <w:pStyle w:val="ListParagraph"/>
      </w:pPr>
      <w:r>
        <w:rPr>
          <w:sz w:val="22"/>
        </w:rPr>
        <w:t>B. $W = kA^2$</w:t>
      </w:r>
    </w:p>
    <w:p>
      <w:pPr>
        <w:pStyle w:val="ListParagraph"/>
      </w:pPr>
      <w:r>
        <w:rPr>
          <w:sz w:val="22"/>
        </w:rPr>
        <w:t>C. $W = \frac{1}{2}mv^2$</w:t>
      </w:r>
    </w:p>
    <w:p>
      <w:pPr>
        <w:pStyle w:val="ListParagraph"/>
      </w:pPr>
      <w:r>
        <w:rPr>
          <w:sz w:val="22"/>
        </w:rPr>
        <w:t>D. $W = \frac{1}{2}kx^2$</w:t>
      </w:r>
    </w:p>
    <w:p/>
    <w:p>
      <w:r>
        <w:rPr>
          <w:b/>
          <w:sz w:val="24"/>
        </w:rPr>
        <w:t>Câu 17: Trong con lắc lò xo, động năng và thế năng biến thiên tuần hoàn với chu kỳ:</w:t>
      </w:r>
    </w:p>
    <w:p>
      <w:pPr>
        <w:pStyle w:val="ListParagraph"/>
      </w:pPr>
      <w:r>
        <w:rPr>
          <w:sz w:val="22"/>
        </w:rPr>
        <w:t>A. $T$</w:t>
      </w:r>
    </w:p>
    <w:p>
      <w:pPr>
        <w:pStyle w:val="ListParagraph"/>
      </w:pPr>
      <w:r>
        <w:rPr>
          <w:sz w:val="22"/>
        </w:rPr>
        <w:t>B. $T/2$</w:t>
      </w:r>
    </w:p>
    <w:p>
      <w:pPr>
        <w:pStyle w:val="ListParagraph"/>
      </w:pPr>
      <w:r>
        <w:rPr>
          <w:sz w:val="22"/>
        </w:rPr>
        <w:t>C. $2T$</w:t>
      </w:r>
    </w:p>
    <w:p>
      <w:pPr>
        <w:pStyle w:val="ListParagraph"/>
      </w:pPr>
      <w:r>
        <w:rPr>
          <w:sz w:val="22"/>
        </w:rPr>
        <w:t>D. $T/4$</w:t>
      </w:r>
    </w:p>
    <w:p/>
    <w:p>
      <w:r>
        <w:rPr>
          <w:b/>
          <w:sz w:val="24"/>
        </w:rPr>
        <w:t>Câu 18: Trong dao động điều hòa của con lắc lò xo, khi vật ở vị trí biên thì:</w:t>
      </w:r>
    </w:p>
    <w:p>
      <w:pPr>
        <w:pStyle w:val="ListParagraph"/>
      </w:pPr>
      <w:r>
        <w:rPr>
          <w:sz w:val="22"/>
        </w:rPr>
        <w:t>A. Động năng cực đại, thế năng bằng 0</w:t>
      </w:r>
    </w:p>
    <w:p>
      <w:pPr>
        <w:pStyle w:val="ListParagraph"/>
      </w:pPr>
      <w:r>
        <w:rPr>
          <w:sz w:val="22"/>
        </w:rPr>
        <w:t>B. Động năng bằng 0, thế năng cực đại</w:t>
      </w:r>
    </w:p>
    <w:p>
      <w:pPr>
        <w:pStyle w:val="ListParagraph"/>
      </w:pPr>
      <w:r>
        <w:rPr>
          <w:sz w:val="22"/>
        </w:rPr>
        <w:t>C. Động năng bằng thế năng</w:t>
      </w:r>
    </w:p>
    <w:p>
      <w:pPr>
        <w:pStyle w:val="ListParagraph"/>
      </w:pPr>
      <w:r>
        <w:rPr>
          <w:sz w:val="22"/>
        </w:rPr>
        <w:t>D. Động năng cực đại, thế năng cực đại</w:t>
      </w:r>
    </w:p>
    <w:p/>
    <w:p>
      <w:r>
        <w:rPr>
          <w:b/>
          <w:sz w:val="24"/>
        </w:rPr>
        <w:t>Câu 19: Khi vật dao động điều hòa qua vị trí cân bằng thì:</w:t>
      </w:r>
    </w:p>
    <w:p>
      <w:pPr>
        <w:pStyle w:val="ListParagraph"/>
      </w:pPr>
      <w:r>
        <w:rPr>
          <w:sz w:val="22"/>
        </w:rPr>
        <w:t>A. Vận tốc bằng 0, gia tốc cực đại</w:t>
      </w:r>
    </w:p>
    <w:p>
      <w:pPr>
        <w:pStyle w:val="ListParagraph"/>
      </w:pPr>
      <w:r>
        <w:rPr>
          <w:sz w:val="22"/>
        </w:rPr>
        <w:t>B. Vận tốc cực đại, gia tốc bằng 0</w:t>
      </w:r>
    </w:p>
    <w:p>
      <w:pPr>
        <w:pStyle w:val="ListParagraph"/>
      </w:pPr>
      <w:r>
        <w:rPr>
          <w:sz w:val="22"/>
        </w:rPr>
        <w:t>C. Vận tốc cực đại, gia tốc cực đại</w:t>
      </w:r>
    </w:p>
    <w:p>
      <w:pPr>
        <w:pStyle w:val="ListParagraph"/>
      </w:pPr>
      <w:r>
        <w:rPr>
          <w:sz w:val="22"/>
        </w:rPr>
        <w:t>D. Vận tốc bằng 0, gia tốc bằng 0</w:t>
      </w:r>
    </w:p>
    <w:p/>
    <w:p>
      <w:r>
        <w:rPr>
          <w:b/>
          <w:sz w:val="24"/>
        </w:rPr>
        <w:t>Câu 20: Một vật dao động điều hòa với biên độ $A = 10\,cm$, tần số góc $\omega = 2\,rad/s$. Cơ năng của vật (khối lượng $m = 0,5\,kg$) là:</w:t>
      </w:r>
    </w:p>
    <w:p>
      <w:pPr>
        <w:pStyle w:val="ListParagraph"/>
      </w:pPr>
      <w:r>
        <w:rPr>
          <w:sz w:val="22"/>
        </w:rPr>
        <w:t>A. $0,1\,J$</w:t>
      </w:r>
    </w:p>
    <w:p>
      <w:pPr>
        <w:pStyle w:val="ListParagraph"/>
      </w:pPr>
      <w:r>
        <w:rPr>
          <w:sz w:val="22"/>
        </w:rPr>
        <w:t>B. $0,2\,J$</w:t>
      </w:r>
    </w:p>
    <w:p>
      <w:pPr>
        <w:pStyle w:val="ListParagraph"/>
      </w:pPr>
      <w:r>
        <w:rPr>
          <w:sz w:val="22"/>
        </w:rPr>
        <w:t>C. $0,01\,J$</w:t>
      </w:r>
    </w:p>
    <w:p>
      <w:pPr>
        <w:pStyle w:val="ListParagraph"/>
      </w:pPr>
      <w:r>
        <w:rPr>
          <w:sz w:val="22"/>
        </w:rPr>
        <w:t>D. $0,02\,J$</w:t>
      </w:r>
    </w:p>
    <w:p/>
    <w:p>
      <w:r>
        <w:rPr>
          <w:b/>
          <w:sz w:val="24"/>
        </w:rPr>
        <w:t>Câu 21: Một vật dao động điều hòa có phương trình $x = 10\cos(2\pi t + \frac{\pi}{2})\,cm$. Li độ của vật tại thời điểm $t = 0,5\,s$ là:</w:t>
      </w:r>
    </w:p>
    <w:p>
      <w:pPr>
        <w:pStyle w:val="ListParagraph"/>
      </w:pPr>
      <w:r>
        <w:rPr>
          <w:sz w:val="22"/>
        </w:rPr>
        <w:t>A. $0\,cm$</w:t>
      </w:r>
    </w:p>
    <w:p>
      <w:pPr>
        <w:pStyle w:val="ListParagraph"/>
      </w:pPr>
      <w:r>
        <w:rPr>
          <w:sz w:val="22"/>
        </w:rPr>
        <w:t>B. $10\,cm$</w:t>
      </w:r>
    </w:p>
    <w:p>
      <w:pPr>
        <w:pStyle w:val="ListParagraph"/>
      </w:pPr>
      <w:r>
        <w:rPr>
          <w:sz w:val="22"/>
        </w:rPr>
        <w:t>C. $-10\,cm$</w:t>
      </w:r>
    </w:p>
    <w:p>
      <w:pPr>
        <w:pStyle w:val="ListParagraph"/>
      </w:pPr>
      <w:r>
        <w:rPr>
          <w:sz w:val="22"/>
        </w:rPr>
        <w:t>D. $5\,cm$</w:t>
      </w:r>
    </w:p>
    <w:p/>
    <w:p>
      <w:r>
        <w:rPr>
          <w:b/>
          <w:sz w:val="24"/>
        </w:rPr>
        <w:t>Câu 22: Một vật dao động điều hòa có phương trình $x = 4\cos(4\pi t)\,cm$. Vận tốc của vật tại thời điểm $t = 0,25\,s$ là:</w:t>
      </w:r>
    </w:p>
    <w:p>
      <w:pPr>
        <w:pStyle w:val="ListParagraph"/>
      </w:pPr>
      <w:r>
        <w:rPr>
          <w:sz w:val="22"/>
        </w:rPr>
        <w:t>A. $0\,cm/s$</w:t>
      </w:r>
    </w:p>
    <w:p>
      <w:pPr>
        <w:pStyle w:val="ListParagraph"/>
      </w:pPr>
      <w:r>
        <w:rPr>
          <w:sz w:val="22"/>
        </w:rPr>
        <w:t>B. $16\pi\,cm/s$</w:t>
      </w:r>
    </w:p>
    <w:p>
      <w:pPr>
        <w:pStyle w:val="ListParagraph"/>
      </w:pPr>
      <w:r>
        <w:rPr>
          <w:sz w:val="22"/>
        </w:rPr>
        <w:t>C. $-16\pi\,cm/s$</w:t>
      </w:r>
    </w:p>
    <w:p>
      <w:pPr>
        <w:pStyle w:val="ListParagraph"/>
      </w:pPr>
      <w:r>
        <w:rPr>
          <w:sz w:val="22"/>
        </w:rPr>
        <w:t>D. $4\pi\,cm/s$</w:t>
      </w:r>
    </w:p>
    <w:p/>
    <w:p>
      <w:r>
        <w:rPr>
          <w:b/>
          <w:sz w:val="24"/>
        </w:rPr>
        <w:t>Câu 23: Một con lắc lò xo có $m = 100\,g$, $k = 40\,N/m$. Tần số góc là:</w:t>
      </w:r>
    </w:p>
    <w:p>
      <w:pPr>
        <w:pStyle w:val="ListParagraph"/>
      </w:pPr>
      <w:r>
        <w:rPr>
          <w:sz w:val="22"/>
        </w:rPr>
        <w:t>A. $20\,rad/s$</w:t>
      </w:r>
    </w:p>
    <w:p>
      <w:pPr>
        <w:pStyle w:val="ListParagraph"/>
      </w:pPr>
      <w:r>
        <w:rPr>
          <w:sz w:val="22"/>
        </w:rPr>
        <w:t>B. $2\,rad/s$</w:t>
      </w:r>
    </w:p>
    <w:p>
      <w:pPr>
        <w:pStyle w:val="ListParagraph"/>
      </w:pPr>
      <w:r>
        <w:rPr>
          <w:sz w:val="22"/>
        </w:rPr>
        <w:t>C. $10\,rad/s$</w:t>
      </w:r>
    </w:p>
    <w:p>
      <w:pPr>
        <w:pStyle w:val="ListParagraph"/>
      </w:pPr>
      <w:r>
        <w:rPr>
          <w:sz w:val="22"/>
        </w:rPr>
        <w:t>D. $0,2\,rad/s$</w:t>
      </w:r>
    </w:p>
    <w:p/>
    <w:p>
      <w:r>
        <w:rPr>
          <w:b/>
          <w:sz w:val="24"/>
        </w:rPr>
        <w:t>Câu 24: Một con lắc lò xo dao động điều hòa với biên độ $A = 8\,cm$, tần số $f = 2\,Hz$. Vận tốc cực đại là:</w:t>
      </w:r>
    </w:p>
    <w:p>
      <w:pPr>
        <w:pStyle w:val="ListParagraph"/>
      </w:pPr>
      <w:r>
        <w:rPr>
          <w:sz w:val="22"/>
        </w:rPr>
        <w:t>A. $16\pi\,cm/s$</w:t>
      </w:r>
    </w:p>
    <w:p>
      <w:pPr>
        <w:pStyle w:val="ListParagraph"/>
      </w:pPr>
      <w:r>
        <w:rPr>
          <w:sz w:val="22"/>
        </w:rPr>
        <w:t>B. $8\pi\,cm/s$</w:t>
      </w:r>
    </w:p>
    <w:p>
      <w:pPr>
        <w:pStyle w:val="ListParagraph"/>
      </w:pPr>
      <w:r>
        <w:rPr>
          <w:sz w:val="22"/>
        </w:rPr>
        <w:t>C. $32\pi\,cm/s$</w:t>
      </w:r>
    </w:p>
    <w:p>
      <w:pPr>
        <w:pStyle w:val="ListParagraph"/>
      </w:pPr>
      <w:r>
        <w:rPr>
          <w:sz w:val="22"/>
        </w:rPr>
        <w:t>D. $4\pi\,cm/s$</w:t>
      </w:r>
    </w:p>
    <w:p/>
    <w:p>
      <w:r>
        <w:rPr>
          <w:b/>
          <w:sz w:val="24"/>
        </w:rPr>
        <w:t>Câu 25: Một con lắc lò xo có $k = 100\,N/m$, $m = 1\,kg$. Khi vật qua vị trí cân bằng, vận tốc là $2\,m/s$. Biên độ dao động là:</w:t>
      </w:r>
    </w:p>
    <w:p>
      <w:pPr>
        <w:pStyle w:val="ListParagraph"/>
      </w:pPr>
      <w:r>
        <w:rPr>
          <w:sz w:val="22"/>
        </w:rPr>
        <w:t>A. $20\,cm$</w:t>
      </w:r>
    </w:p>
    <w:p>
      <w:pPr>
        <w:pStyle w:val="ListParagraph"/>
      </w:pPr>
      <w:r>
        <w:rPr>
          <w:sz w:val="22"/>
        </w:rPr>
        <w:t>B. $10\,cm$</w:t>
      </w:r>
    </w:p>
    <w:p>
      <w:pPr>
        <w:pStyle w:val="ListParagraph"/>
      </w:pPr>
      <w:r>
        <w:rPr>
          <w:sz w:val="22"/>
        </w:rPr>
        <w:t>C. $5\,cm$</w:t>
      </w:r>
    </w:p>
    <w:p>
      <w:pPr>
        <w:pStyle w:val="ListParagraph"/>
      </w:pPr>
      <w:r>
        <w:rPr>
          <w:sz w:val="22"/>
        </w:rPr>
        <w:t>D. $2\,cm$</w:t>
      </w:r>
    </w:p>
    <w:p/>
    <w:p>
      <w:r>
        <w:rPr>
          <w:b/>
          <w:sz w:val="24"/>
        </w:rPr>
        <w:t>Câu 26: Một con lắc lò xo dao động điều hòa. Khi vật có li độ $x = 3\,cm$ thì động năng bằng 3 lần thế năng. Biên độ dao động là:</w:t>
      </w:r>
    </w:p>
    <w:p>
      <w:pPr>
        <w:pStyle w:val="ListParagraph"/>
      </w:pPr>
      <w:r>
        <w:rPr>
          <w:sz w:val="22"/>
        </w:rPr>
        <w:t>A. $6\,cm$</w:t>
      </w:r>
    </w:p>
    <w:p>
      <w:pPr>
        <w:pStyle w:val="ListParagraph"/>
      </w:pPr>
      <w:r>
        <w:rPr>
          <w:sz w:val="22"/>
        </w:rPr>
        <w:t>B. $4\,cm$</w:t>
      </w:r>
    </w:p>
    <w:p>
      <w:pPr>
        <w:pStyle w:val="ListParagraph"/>
      </w:pPr>
      <w:r>
        <w:rPr>
          <w:sz w:val="22"/>
        </w:rPr>
        <w:t>C. $3\sqrt{2}\,cm$</w:t>
      </w:r>
    </w:p>
    <w:p>
      <w:pPr>
        <w:pStyle w:val="ListParagraph"/>
      </w:pPr>
      <w:r>
        <w:rPr>
          <w:sz w:val="22"/>
        </w:rPr>
        <w:t>D. $2\sqrt{3}\,cm$</w:t>
      </w:r>
    </w:p>
    <w:p/>
    <w:p>
      <w:r>
        <w:rPr>
          <w:b/>
          <w:sz w:val="24"/>
        </w:rPr>
        <w:t>Câu 27: Một con lắc lò xo có $m = 200\,g$, $k = 20\,N/m$. Cơ năng của con lắc khi biên độ $A = 5\,cm$ là:</w:t>
      </w:r>
    </w:p>
    <w:p>
      <w:pPr>
        <w:pStyle w:val="ListParagraph"/>
      </w:pPr>
      <w:r>
        <w:rPr>
          <w:sz w:val="22"/>
        </w:rPr>
        <w:t>A. $0,025\,J$</w:t>
      </w:r>
    </w:p>
    <w:p>
      <w:pPr>
        <w:pStyle w:val="ListParagraph"/>
      </w:pPr>
      <w:r>
        <w:rPr>
          <w:sz w:val="22"/>
        </w:rPr>
        <w:t>B. $0,05\,J$</w:t>
      </w:r>
    </w:p>
    <w:p>
      <w:pPr>
        <w:pStyle w:val="ListParagraph"/>
      </w:pPr>
      <w:r>
        <w:rPr>
          <w:sz w:val="22"/>
        </w:rPr>
        <w:t>C. $0,5\,J$</w:t>
      </w:r>
    </w:p>
    <w:p>
      <w:pPr>
        <w:pStyle w:val="ListParagraph"/>
      </w:pPr>
      <w:r>
        <w:rPr>
          <w:sz w:val="22"/>
        </w:rPr>
        <w:t>D. $0,25\,J$</w:t>
      </w:r>
    </w:p>
    <w:p/>
    <w:p>
      <w:r>
        <w:rPr>
          <w:b/>
          <w:sz w:val="24"/>
        </w:rPr>
        <w:t>Câu 28: Phát biểu nào sau đây sai khi nói về dao động điều hòa?</w:t>
      </w:r>
    </w:p>
    <w:p>
      <w:pPr>
        <w:pStyle w:val="ListParagraph"/>
      </w:pPr>
      <w:r>
        <w:rPr>
          <w:sz w:val="22"/>
        </w:rPr>
        <w:t>A. Vận tốc và gia tốc luôn ngược pha nhau.</w:t>
      </w:r>
    </w:p>
    <w:p>
      <w:pPr>
        <w:pStyle w:val="ListParagraph"/>
      </w:pPr>
      <w:r>
        <w:rPr>
          <w:sz w:val="22"/>
        </w:rPr>
        <w:t>B. Li độ và gia tốc luôn ngược pha nhau.</w:t>
      </w:r>
    </w:p>
    <w:p>
      <w:pPr>
        <w:pStyle w:val="ListParagraph"/>
      </w:pPr>
      <w:r>
        <w:rPr>
          <w:sz w:val="22"/>
        </w:rPr>
        <w:t>C. Vận tốc sớm pha $\pi/2$ so với li độ.</w:t>
      </w:r>
    </w:p>
    <w:p>
      <w:pPr>
        <w:pStyle w:val="ListParagraph"/>
      </w:pPr>
      <w:r>
        <w:rPr>
          <w:sz w:val="22"/>
        </w:rPr>
        <w:t>D. Gia tốc sớm pha $\pi/2$ so với vận tốc.</w:t>
      </w:r>
    </w:p>
    <w:p/>
    <w:p>
      <w:r>
        <w:rPr>
          <w:b/>
          <w:sz w:val="24"/>
        </w:rPr>
        <w:t>Câu 29: Trong dao động điều hòa, khi tăng khối lượng vật nặng của con lắc lò xo lên 4 lần thì chu kỳ dao động:</w:t>
      </w:r>
    </w:p>
    <w:p>
      <w:pPr>
        <w:pStyle w:val="ListParagraph"/>
      </w:pPr>
      <w:r>
        <w:rPr>
          <w:sz w:val="22"/>
        </w:rPr>
        <w:t>A. tăng 2 lần</w:t>
      </w:r>
    </w:p>
    <w:p>
      <w:pPr>
        <w:pStyle w:val="ListParagraph"/>
      </w:pPr>
      <w:r>
        <w:rPr>
          <w:sz w:val="22"/>
        </w:rPr>
        <w:t>B. giảm 2 lần</w:t>
      </w:r>
    </w:p>
    <w:p>
      <w:pPr>
        <w:pStyle w:val="ListParagraph"/>
      </w:pPr>
      <w:r>
        <w:rPr>
          <w:sz w:val="22"/>
        </w:rPr>
        <w:t>C. tăng 4 lần</w:t>
      </w:r>
    </w:p>
    <w:p>
      <w:pPr>
        <w:pStyle w:val="ListParagraph"/>
      </w:pPr>
      <w:r>
        <w:rPr>
          <w:sz w:val="22"/>
        </w:rPr>
        <w:t>D. không đổi</w:t>
      </w:r>
    </w:p>
    <w:p/>
    <w:p>
      <w:r>
        <w:rPr>
          <w:b/>
          <w:sz w:val="24"/>
        </w:rPr>
        <w:t>Câu 30: Một con lắc lò xo treo thẳng đứng, vật nặng có khối lượng $m = 100\,g$, lò xo có độ cứng $k = 40\,N/m$. Lấy $g = 10\,m/s^2$. Độ dãn của lò xo tại vị trí cân bằng là:</w:t>
      </w:r>
    </w:p>
    <w:p>
      <w:pPr>
        <w:pStyle w:val="ListParagraph"/>
      </w:pPr>
      <w:r>
        <w:rPr>
          <w:sz w:val="22"/>
        </w:rPr>
        <w:t>A. $2,5\,cm$</w:t>
      </w:r>
    </w:p>
    <w:p>
      <w:pPr>
        <w:pStyle w:val="ListParagraph"/>
      </w:pPr>
      <w:r>
        <w:rPr>
          <w:sz w:val="22"/>
        </w:rPr>
        <w:t>B. $5\,cm$</w:t>
      </w:r>
    </w:p>
    <w:p>
      <w:pPr>
        <w:pStyle w:val="ListParagraph"/>
      </w:pPr>
      <w:r>
        <w:rPr>
          <w:sz w:val="22"/>
        </w:rPr>
        <w:t>C. $1\,cm$</w:t>
      </w:r>
    </w:p>
    <w:p>
      <w:pPr>
        <w:pStyle w:val="ListParagraph"/>
      </w:pPr>
      <w:r>
        <w:rPr>
          <w:sz w:val="22"/>
        </w:rPr>
        <w:t>D. $10\,cm$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