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Di truyền học là gì? ( đáp án A )</w:t>
      </w:r>
    </w:p>
    <w:p>
      <w:pPr>
        <w:jc w:val="center"/>
      </w:pPr>
      <w:r>
        <w:rPr>
          <w:sz w:val="22"/>
        </w:rPr>
        <w:t>Số câu: 13    Thời gian: _____ phút    Họ và tên: _________________________</w:t>
      </w:r>
    </w:p>
    <w:p/>
    <w:p>
      <w:r>
        <w:rPr>
          <w:b/>
          <w:sz w:val="24"/>
        </w:rPr>
        <w:t>Câu 1: Di truyền học là gì?</w:t>
      </w:r>
    </w:p>
    <w:p>
      <w:pPr>
        <w:pStyle w:val="ListParagraph"/>
      </w:pPr>
      <w:r>
        <w:rPr>
          <w:sz w:val="22"/>
        </w:rPr>
        <w:t>A. Khoa học nghiên cứu về tính di truyền và biến dị ở các sinh vật.</w:t>
      </w:r>
    </w:p>
    <w:p>
      <w:pPr>
        <w:pStyle w:val="ListParagraph"/>
      </w:pPr>
      <w:r>
        <w:rPr>
          <w:sz w:val="22"/>
        </w:rPr>
        <w:t>B. Khoa học nghiên cứu về tính sinh sản và sinh trưởng ở sinh vật.</w:t>
      </w:r>
    </w:p>
    <w:p>
      <w:pPr>
        <w:pStyle w:val="ListParagraph"/>
      </w:pPr>
      <w:r>
        <w:rPr>
          <w:sz w:val="22"/>
        </w:rPr>
        <w:t>C. Đặc điểm về hình thái, cấu tạo, sinh lí của một cơ thể.</w:t>
      </w:r>
    </w:p>
    <w:p>
      <w:pPr>
        <w:pStyle w:val="ListParagraph"/>
      </w:pPr>
      <w:r>
        <w:rPr>
          <w:sz w:val="22"/>
        </w:rPr>
        <w:t>D. Tổ hợp toàn bộ tính trạng của cơ thể sinh vật.</w:t>
      </w:r>
    </w:p>
    <w:p/>
    <w:p>
      <w:r>
        <w:rPr>
          <w:b/>
          <w:sz w:val="24"/>
        </w:rPr>
        <w:t>Câu 2: Trước khi tiến hành thí nghiệm, Mendel cho các cây đậu hà lan tự thụ phấn qua nhiều thế hệ để tạo ra các cây con có tính trạng giống bố mẹ, những cây đậu đó gọi là gì?</w:t>
      </w:r>
    </w:p>
    <w:p>
      <w:pPr>
        <w:pStyle w:val="ListParagraph"/>
      </w:pPr>
      <w:r>
        <w:rPr>
          <w:sz w:val="22"/>
        </w:rPr>
        <w:t>A. Tạo dòng thuẩn chủng về từng tính trạng.</w:t>
      </w:r>
    </w:p>
    <w:p>
      <w:pPr>
        <w:pStyle w:val="ListParagraph"/>
      </w:pPr>
      <w:r>
        <w:rPr>
          <w:sz w:val="22"/>
        </w:rPr>
        <w:t>B. Tạo dòng dị hợp về từng tính trạng.</w:t>
      </w:r>
    </w:p>
    <w:p>
      <w:pPr>
        <w:pStyle w:val="ListParagraph"/>
      </w:pPr>
      <w:r>
        <w:rPr>
          <w:sz w:val="22"/>
        </w:rPr>
        <w:t>C. Nhân tố di truyền.</w:t>
      </w:r>
    </w:p>
    <w:p>
      <w:pPr>
        <w:pStyle w:val="ListParagraph"/>
      </w:pPr>
      <w:r>
        <w:rPr>
          <w:sz w:val="22"/>
        </w:rPr>
        <w:t>D. Tính trạng trội và tính trạng lặn.</w:t>
      </w:r>
    </w:p>
    <w:p/>
    <w:p>
      <w:r>
        <w:rPr>
          <w:b/>
          <w:sz w:val="24"/>
        </w:rPr>
        <w:t>Câu 3: Tính trạng trội biểu hiện ra kiểu hình khi nào?</w:t>
      </w:r>
    </w:p>
    <w:p>
      <w:pPr>
        <w:pStyle w:val="ListParagraph"/>
      </w:pPr>
      <w:r>
        <w:rPr>
          <w:sz w:val="22"/>
        </w:rPr>
        <w:t>A. Khi có kiểu gene đồng hợp trội hoặc dị hợp.</w:t>
      </w:r>
    </w:p>
    <w:p>
      <w:pPr>
        <w:pStyle w:val="ListParagraph"/>
      </w:pPr>
      <w:r>
        <w:rPr>
          <w:sz w:val="22"/>
        </w:rPr>
        <w:t>B. Khi có kiểu gene đồng hợp lặn hoặc dị hợp.</w:t>
      </w:r>
    </w:p>
    <w:p>
      <w:pPr>
        <w:pStyle w:val="ListParagraph"/>
      </w:pPr>
      <w:r>
        <w:rPr>
          <w:sz w:val="22"/>
        </w:rPr>
        <w:t>C. Khi có kiểu gene đồng hợp trội.</w:t>
      </w:r>
    </w:p>
    <w:p>
      <w:pPr>
        <w:pStyle w:val="ListParagraph"/>
      </w:pPr>
      <w:r>
        <w:rPr>
          <w:sz w:val="22"/>
        </w:rPr>
        <w:t>D. Khi có kiểu gene đồng hợp lặn.</w:t>
      </w:r>
    </w:p>
    <w:p/>
    <w:p>
      <w:r>
        <w:rPr>
          <w:b/>
          <w:sz w:val="24"/>
        </w:rPr>
        <w:t>Câu 4: Ở đậu hà lan, tiến hành lai giữa các cá thể thuần chủng thân cao với thân thấp. F1 thu được 100% cây thân cao. F2 thu được kết quả như thế nào?</w:t>
      </w:r>
    </w:p>
    <w:p>
      <w:pPr>
        <w:pStyle w:val="ListParagraph"/>
      </w:pPr>
      <w:r>
        <w:rPr>
          <w:sz w:val="22"/>
        </w:rPr>
        <w:t>A. 3 thân cao: 1 thân thấp.</w:t>
      </w:r>
    </w:p>
    <w:p>
      <w:pPr>
        <w:pStyle w:val="ListParagraph"/>
      </w:pPr>
      <w:r>
        <w:rPr>
          <w:sz w:val="22"/>
        </w:rPr>
        <w:t>B. 1 thân cao: 1 thân thấp.</w:t>
      </w:r>
    </w:p>
    <w:p>
      <w:pPr>
        <w:pStyle w:val="ListParagraph"/>
      </w:pPr>
      <w:r>
        <w:rPr>
          <w:sz w:val="22"/>
        </w:rPr>
        <w:t>C. 100% thân cao.</w:t>
      </w:r>
    </w:p>
    <w:p>
      <w:pPr>
        <w:pStyle w:val="ListParagraph"/>
      </w:pPr>
      <w:r>
        <w:rPr>
          <w:sz w:val="22"/>
        </w:rPr>
        <w:t>D. 100% thân thấp.</w:t>
      </w:r>
    </w:p>
    <w:p/>
    <w:p>
      <w:r>
        <w:rPr>
          <w:b/>
          <w:sz w:val="24"/>
        </w:rPr>
        <w:t>Câu 5: Phép lai giữa cơ thể mang tính trạng trội chưa biết kiểu gene với cơ thể mang tính trạng lặn gọi là gì?</w:t>
      </w:r>
    </w:p>
    <w:p>
      <w:pPr>
        <w:pStyle w:val="ListParagraph"/>
      </w:pPr>
      <w:r>
        <w:rPr>
          <w:sz w:val="22"/>
        </w:rPr>
        <w:t>A. Phép lai phân tích.</w:t>
      </w:r>
    </w:p>
    <w:p>
      <w:pPr>
        <w:pStyle w:val="ListParagraph"/>
      </w:pPr>
      <w:r>
        <w:rPr>
          <w:sz w:val="22"/>
        </w:rPr>
        <w:t>B. Quy luật phân li.</w:t>
      </w:r>
    </w:p>
    <w:p>
      <w:pPr>
        <w:pStyle w:val="ListParagraph"/>
      </w:pPr>
      <w:r>
        <w:rPr>
          <w:sz w:val="22"/>
        </w:rPr>
        <w:t>C. Quy luật phân li độc lập.</w:t>
      </w:r>
    </w:p>
    <w:p>
      <w:pPr>
        <w:pStyle w:val="ListParagraph"/>
      </w:pPr>
      <w:r>
        <w:rPr>
          <w:sz w:val="22"/>
        </w:rPr>
        <w:t>D. Tổ hợp toàn bộ tính trạng của cơ thể sinh vật.</w:t>
      </w:r>
    </w:p>
    <w:p/>
    <w:p>
      <w:r>
        <w:rPr>
          <w:b/>
          <w:sz w:val="24"/>
        </w:rPr>
        <w:t>Câu 6: Ở đậu Hà Lan, allele A quy định tính trạng hạt vàng trội hoàn toàn so với allele a quy định tính trạng hạt xanh. Phép lai thế hệ P như thế nào để đời con F1 có tỉ lệ kiểu hình 1 hạt vàng : 1 hạt xanh?</w:t>
      </w:r>
    </w:p>
    <w:p>
      <w:pPr>
        <w:pStyle w:val="ListParagraph"/>
      </w:pPr>
      <w:r>
        <w:rPr>
          <w:sz w:val="22"/>
        </w:rPr>
        <w:t>A. Aa × Aa.</w:t>
      </w:r>
    </w:p>
    <w:p>
      <w:pPr>
        <w:pStyle w:val="ListParagraph"/>
      </w:pPr>
      <w:r>
        <w:rPr>
          <w:sz w:val="22"/>
        </w:rPr>
        <w:t>B. AA × Aa.</w:t>
      </w:r>
    </w:p>
    <w:p>
      <w:pPr>
        <w:pStyle w:val="ListParagraph"/>
      </w:pPr>
      <w:r>
        <w:rPr>
          <w:sz w:val="22"/>
        </w:rPr>
        <w:t>C. AA × aa.</w:t>
      </w:r>
    </w:p>
    <w:p>
      <w:pPr>
        <w:pStyle w:val="ListParagraph"/>
      </w:pPr>
      <w:r>
        <w:rPr>
          <w:sz w:val="22"/>
        </w:rPr>
        <w:t>D. Aa × aa.</w:t>
      </w:r>
    </w:p>
    <w:p/>
    <w:p>
      <w:r>
        <w:rPr>
          <w:b/>
          <w:sz w:val="24"/>
        </w:rPr>
        <w:t>Câu 7: Nội dung của quy luật phân li là gì?</w:t>
      </w:r>
    </w:p>
    <w:p>
      <w:pPr>
        <w:pStyle w:val="ListParagraph"/>
      </w:pPr>
      <w:r>
        <w:rPr>
          <w:sz w:val="22"/>
        </w:rPr>
        <w:t>A. Mỗi tính trạng do một cặp nhân tố di truyền (cặp allele) quy định.</w:t>
      </w:r>
    </w:p>
    <w:p>
      <w:pPr>
        <w:pStyle w:val="ListParagraph"/>
      </w:pPr>
      <w:r>
        <w:rPr>
          <w:sz w:val="22"/>
        </w:rPr>
        <w:t>B. Các cặp nhân tố di truyền (cặp allele) quy định các tính trạng khác nhau.</w:t>
      </w:r>
    </w:p>
    <w:p>
      <w:pPr>
        <w:pStyle w:val="ListParagraph"/>
      </w:pPr>
      <w:r>
        <w:rPr>
          <w:sz w:val="22"/>
        </w:rPr>
        <w:t>C. Phép lai giữa cơ thể mang tính trạng trội chưa biết kiểu gen với cơ thể mang tính trạng lặn.</w:t>
      </w:r>
    </w:p>
    <w:p>
      <w:pPr>
        <w:pStyle w:val="ListParagraph"/>
      </w:pPr>
      <w:r>
        <w:rPr>
          <w:sz w:val="22"/>
        </w:rPr>
        <w:t>D. Thuộc vào cặp gene khác dẫn đến sự di truyền riêng rẽ của mỗi cặp tính trạng.</w:t>
      </w:r>
    </w:p>
    <w:p/>
    <w:p>
      <w:r>
        <w:rPr>
          <w:b/>
          <w:sz w:val="24"/>
        </w:rPr>
        <w:t>Câu 8: Trong các thí nghiệm của Mendel về lai một tính trạng, khi lai bố mẹ thuần chủng khác nhau về một cặp tính trạng tương phản được F1, cho F1 tự thụ phấn thì tỉ lệ kiểu hình ở F2 là</w:t>
      </w:r>
    </w:p>
    <w:p>
      <w:pPr>
        <w:pStyle w:val="ListParagraph"/>
      </w:pPr>
      <w:r>
        <w:rPr>
          <w:sz w:val="22"/>
        </w:rPr>
        <w:t>A. 3 trội : 1 lặn.</w:t>
      </w:r>
    </w:p>
    <w:p>
      <w:pPr>
        <w:pStyle w:val="ListParagraph"/>
      </w:pPr>
      <w:r>
        <w:rPr>
          <w:sz w:val="22"/>
        </w:rPr>
        <w:t>B. 100% kiểu hình trội.</w:t>
      </w:r>
    </w:p>
    <w:p>
      <w:pPr>
        <w:pStyle w:val="ListParagraph"/>
      </w:pPr>
      <w:r>
        <w:rPr>
          <w:sz w:val="22"/>
        </w:rPr>
        <w:t>C. 100% kiểu hình lặn.</w:t>
      </w:r>
    </w:p>
    <w:p>
      <w:pPr>
        <w:pStyle w:val="ListParagraph"/>
      </w:pPr>
      <w:r>
        <w:rPr>
          <w:sz w:val="22"/>
        </w:rPr>
        <w:t>D. 1 trội : 1 lặn.</w:t>
      </w:r>
    </w:p>
    <w:p/>
    <w:p>
      <w:r>
        <w:rPr>
          <w:b/>
          <w:sz w:val="24"/>
        </w:rPr>
        <w:t>Câu 9: Ở một loài thực vật, các gene quy định các tính trạng phân li độc lập và tổ hợp tự do. Cho cơ thể có kiểu gene AaBb tự thụ phấn thì tỉ lệ kiểu gene aabb ở đời con là ?</w:t>
      </w:r>
    </w:p>
    <w:p>
      <w:pPr>
        <w:pStyle w:val="ListParagraph"/>
      </w:pPr>
      <w:r>
        <w:rPr>
          <w:sz w:val="22"/>
        </w:rPr>
        <w:t>A. 1/16.</w:t>
      </w:r>
    </w:p>
    <w:p>
      <w:pPr>
        <w:pStyle w:val="ListParagraph"/>
      </w:pPr>
      <w:r>
        <w:rPr>
          <w:sz w:val="22"/>
        </w:rPr>
        <w:t>B. 16/16</w:t>
      </w:r>
    </w:p>
    <w:p>
      <w:pPr>
        <w:pStyle w:val="ListParagraph"/>
      </w:pPr>
      <w:r>
        <w:rPr>
          <w:sz w:val="22"/>
        </w:rPr>
        <w:t>C. 9/16.</w:t>
      </w:r>
    </w:p>
    <w:p>
      <w:pPr>
        <w:pStyle w:val="ListParagraph"/>
      </w:pPr>
      <w:r>
        <w:rPr>
          <w:sz w:val="22"/>
        </w:rPr>
        <w:t>D. 3/16.</w:t>
      </w:r>
    </w:p>
    <w:p/>
    <w:p>
      <w:r>
        <w:rPr>
          <w:b/>
          <w:sz w:val="24"/>
        </w:rPr>
        <w:t>Câu 10: Nhận xét nào sau đây đúng khi nói về đặc điểm cấu tạo của phân tử RNA?</w:t>
      </w:r>
    </w:p>
    <w:p>
      <w:pPr>
        <w:pStyle w:val="ListParagraph"/>
      </w:pPr>
      <w:r>
        <w:rPr>
          <w:sz w:val="22"/>
        </w:rPr>
        <w:t>A. Kích thước và khối lượng nhỏ hơn so với phân tử DNA.</w:t>
      </w:r>
    </w:p>
    <w:p>
      <w:pPr>
        <w:pStyle w:val="ListParagraph"/>
      </w:pPr>
      <w:r>
        <w:rPr>
          <w:sz w:val="22"/>
        </w:rPr>
        <w:t>B. Kích thước và khối lượng lớn hơn so với phân tử DNA.</w:t>
      </w:r>
    </w:p>
    <w:p>
      <w:pPr>
        <w:pStyle w:val="ListParagraph"/>
      </w:pPr>
      <w:r>
        <w:rPr>
          <w:sz w:val="22"/>
        </w:rPr>
        <w:t>C. Cấu tạo gồm 2 mạch xoắn song song.</w:t>
      </w:r>
    </w:p>
    <w:p>
      <w:pPr>
        <w:pStyle w:val="ListParagraph"/>
      </w:pPr>
      <w:r>
        <w:rPr>
          <w:sz w:val="22"/>
        </w:rPr>
        <w:t>D. Gồm có 4 loại đơn phân là A, T, G, C.</w:t>
      </w:r>
    </w:p>
    <w:p/>
    <w:p>
      <w:r>
        <w:rPr>
          <w:b/>
          <w:sz w:val="24"/>
        </w:rPr>
        <w:t>Câu 11: Chức năng của DNA là gì?</w:t>
      </w:r>
    </w:p>
    <w:p>
      <w:pPr>
        <w:pStyle w:val="ListParagraph"/>
      </w:pPr>
      <w:r>
        <w:rPr>
          <w:sz w:val="22"/>
        </w:rPr>
        <w:t>A. Lưu giữ, bảo quản thông tin di truyền.</w:t>
      </w:r>
    </w:p>
    <w:p>
      <w:pPr>
        <w:pStyle w:val="ListParagraph"/>
      </w:pPr>
      <w:r>
        <w:rPr>
          <w:sz w:val="22"/>
        </w:rPr>
        <w:t>B. Truyền đạt thông tin di truyền.</w:t>
      </w:r>
    </w:p>
    <w:p>
      <w:pPr>
        <w:pStyle w:val="ListParagraph"/>
      </w:pPr>
      <w:r>
        <w:rPr>
          <w:sz w:val="22"/>
        </w:rPr>
        <w:t>C. Bảo quản và truyền đạt thông tin di truyền..</w:t>
      </w:r>
    </w:p>
    <w:p>
      <w:pPr>
        <w:pStyle w:val="ListParagraph"/>
      </w:pPr>
      <w:r>
        <w:rPr>
          <w:sz w:val="22"/>
        </w:rPr>
        <w:t>D. Tham gia cấu trúc của nhiễm sắc thể</w:t>
      </w:r>
    </w:p>
    <w:p/>
    <w:p>
      <w:r>
        <w:rPr>
          <w:b/>
          <w:sz w:val="24"/>
        </w:rPr>
        <w:t>Câu 12: Đường kính DNA và chiều dài của mỗi chu kì xoắn của DNA lần lượt là bao nhiêu?</w:t>
      </w:r>
    </w:p>
    <w:p>
      <w:pPr>
        <w:pStyle w:val="ListParagraph"/>
      </w:pPr>
      <w:r>
        <w:rPr>
          <w:sz w:val="22"/>
        </w:rPr>
        <w:t>A. 20 Å và 34 Å.</w:t>
      </w:r>
    </w:p>
    <w:p>
      <w:pPr>
        <w:pStyle w:val="ListParagraph"/>
      </w:pPr>
      <w:r>
        <w:rPr>
          <w:sz w:val="22"/>
        </w:rPr>
        <w:t>B. 34 Å và 20 Å.</w:t>
      </w:r>
    </w:p>
    <w:p>
      <w:pPr>
        <w:pStyle w:val="ListParagraph"/>
      </w:pPr>
      <w:r>
        <w:rPr>
          <w:sz w:val="22"/>
        </w:rPr>
        <w:t>C. 34 Å tương ứng với 10 cặp nucleotide.</w:t>
      </w:r>
    </w:p>
    <w:p>
      <w:pPr>
        <w:pStyle w:val="ListParagraph"/>
      </w:pPr>
      <w:r>
        <w:rPr>
          <w:sz w:val="22"/>
        </w:rPr>
        <w:t>D. 20 Å và 3,4 Å.</w:t>
      </w:r>
    </w:p>
    <w:p/>
    <w:p>
      <w:r>
        <w:rPr>
          <w:b/>
          <w:sz w:val="24"/>
        </w:rPr>
        <w:t>Câu 13: Chức năng của mRNA là gì?</w:t>
      </w:r>
    </w:p>
    <w:p>
      <w:pPr>
        <w:pStyle w:val="ListParagraph"/>
      </w:pPr>
      <w:r>
        <w:rPr>
          <w:sz w:val="22"/>
        </w:rPr>
        <w:t>A. Truyền đạt thông tin di truyền làm khuôn tổng hợp chuỗi polypeptide.</w:t>
      </w:r>
    </w:p>
    <w:p>
      <w:pPr>
        <w:pStyle w:val="ListParagraph"/>
      </w:pPr>
      <w:r>
        <w:rPr>
          <w:sz w:val="22"/>
        </w:rPr>
        <w:t>B. Vận chuyển amino acid đến nơi tổng hợp protein.</w:t>
      </w:r>
    </w:p>
    <w:p>
      <w:pPr>
        <w:pStyle w:val="ListParagraph"/>
      </w:pPr>
      <w:r>
        <w:rPr>
          <w:sz w:val="22"/>
        </w:rPr>
        <w:t>C. Thành phần chủ yếu cấu tạo nên ribosome.</w:t>
      </w:r>
    </w:p>
    <w:p>
      <w:pPr>
        <w:pStyle w:val="ListParagraph"/>
      </w:pPr>
      <w:r>
        <w:rPr>
          <w:sz w:val="22"/>
        </w:rPr>
        <w:t>D. Tham gia cấu tạo màng tế bào.</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