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10 - Tenses Revision (12 Tenses)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usually ______ to school by bus, but today she ______ a bike.</w:t>
      </w:r>
    </w:p>
    <w:p>
      <w:pPr>
        <w:pStyle w:val="ListParagraph"/>
      </w:pPr>
      <w:r>
        <w:rPr>
          <w:sz w:val="22"/>
        </w:rPr>
        <w:t>A. goes / rides</w:t>
      </w:r>
    </w:p>
    <w:p>
      <w:pPr>
        <w:pStyle w:val="ListParagraph"/>
      </w:pPr>
      <w:r>
        <w:rPr>
          <w:sz w:val="22"/>
        </w:rPr>
        <w:t>B. is going / rides</w:t>
      </w:r>
    </w:p>
    <w:p>
      <w:pPr>
        <w:pStyle w:val="ListParagraph"/>
      </w:pPr>
      <w:r>
        <w:rPr>
          <w:sz w:val="22"/>
        </w:rPr>
        <w:t>C. goes / is riding</w:t>
      </w:r>
    </w:p>
    <w:p>
      <w:pPr>
        <w:pStyle w:val="ListParagraph"/>
      </w:pPr>
      <w:r>
        <w:rPr>
          <w:sz w:val="22"/>
        </w:rPr>
        <w:t>D. is going / is riding</w:t>
      </w:r>
    </w:p>
    <w:p/>
    <w:p>
      <w:r>
        <w:rPr>
          <w:b/>
          <w:sz w:val="24"/>
        </w:rPr>
        <w:t>Câu 2: Look! The train ______. We need to hurry.</w:t>
      </w:r>
    </w:p>
    <w:p>
      <w:pPr>
        <w:pStyle w:val="ListParagraph"/>
      </w:pPr>
      <w:r>
        <w:rPr>
          <w:sz w:val="22"/>
        </w:rPr>
        <w:t>A. leaves</w:t>
      </w:r>
    </w:p>
    <w:p>
      <w:pPr>
        <w:pStyle w:val="ListParagraph"/>
      </w:pPr>
      <w:r>
        <w:rPr>
          <w:sz w:val="22"/>
        </w:rPr>
        <w:t>B. is leaving</w:t>
      </w:r>
    </w:p>
    <w:p>
      <w:pPr>
        <w:pStyle w:val="ListParagraph"/>
      </w:pPr>
      <w:r>
        <w:rPr>
          <w:sz w:val="22"/>
        </w:rPr>
        <w:t>C. has left</w:t>
      </w:r>
    </w:p>
    <w:p>
      <w:pPr>
        <w:pStyle w:val="ListParagraph"/>
      </w:pPr>
      <w:r>
        <w:rPr>
          <w:sz w:val="22"/>
        </w:rPr>
        <w:t>D. left</w:t>
      </w:r>
    </w:p>
    <w:p/>
    <w:p>
      <w:r>
        <w:rPr>
          <w:b/>
          <w:sz w:val="24"/>
        </w:rPr>
        <w:t>Câu 3: I ______ my homework before my mother ______ home yesterday.</w:t>
      </w:r>
    </w:p>
    <w:p>
      <w:pPr>
        <w:pStyle w:val="ListParagraph"/>
      </w:pPr>
      <w:r>
        <w:rPr>
          <w:sz w:val="22"/>
        </w:rPr>
        <w:t>A. finished / came</w:t>
      </w:r>
    </w:p>
    <w:p>
      <w:pPr>
        <w:pStyle w:val="ListParagraph"/>
      </w:pPr>
      <w:r>
        <w:rPr>
          <w:sz w:val="22"/>
        </w:rPr>
        <w:t>B. had finished / came</w:t>
      </w:r>
    </w:p>
    <w:p>
      <w:pPr>
        <w:pStyle w:val="ListParagraph"/>
      </w:pPr>
      <w:r>
        <w:rPr>
          <w:sz w:val="22"/>
        </w:rPr>
        <w:t>C. finished / had come</w:t>
      </w:r>
    </w:p>
    <w:p>
      <w:pPr>
        <w:pStyle w:val="ListParagraph"/>
      </w:pPr>
      <w:r>
        <w:rPr>
          <w:sz w:val="22"/>
        </w:rPr>
        <w:t>D. had finished / had come</w:t>
      </w:r>
    </w:p>
    <w:p/>
    <w:p>
      <w:r>
        <w:rPr>
          <w:b/>
          <w:sz w:val="24"/>
        </w:rPr>
        <w:t>Câu 4: While I ______ TV, my brother ______ his homework.</w:t>
      </w:r>
    </w:p>
    <w:p>
      <w:pPr>
        <w:pStyle w:val="ListParagraph"/>
      </w:pPr>
      <w:r>
        <w:rPr>
          <w:sz w:val="22"/>
        </w:rPr>
        <w:t>A. watched / did</w:t>
      </w:r>
    </w:p>
    <w:p>
      <w:pPr>
        <w:pStyle w:val="ListParagraph"/>
      </w:pPr>
      <w:r>
        <w:rPr>
          <w:sz w:val="22"/>
        </w:rPr>
        <w:t>B. was watching / did</w:t>
      </w:r>
    </w:p>
    <w:p>
      <w:pPr>
        <w:pStyle w:val="ListParagraph"/>
      </w:pPr>
      <w:r>
        <w:rPr>
          <w:sz w:val="22"/>
        </w:rPr>
        <w:t>C. watched / was doing</w:t>
      </w:r>
    </w:p>
    <w:p>
      <w:pPr>
        <w:pStyle w:val="ListParagraph"/>
      </w:pPr>
      <w:r>
        <w:rPr>
          <w:sz w:val="22"/>
        </w:rPr>
        <w:t>D. was watching / was doing</w:t>
      </w:r>
    </w:p>
    <w:p/>
    <w:p>
      <w:r>
        <w:rPr>
          <w:b/>
          <w:sz w:val="24"/>
        </w:rPr>
        <w:t>Câu 5: They ______ here since 2010.</w:t>
      </w:r>
    </w:p>
    <w:p>
      <w:pPr>
        <w:pStyle w:val="ListParagraph"/>
      </w:pPr>
      <w:r>
        <w:rPr>
          <w:sz w:val="22"/>
        </w:rPr>
        <w:t>A. live</w:t>
      </w:r>
    </w:p>
    <w:p>
      <w:pPr>
        <w:pStyle w:val="ListParagraph"/>
      </w:pPr>
      <w:r>
        <w:rPr>
          <w:sz w:val="22"/>
        </w:rPr>
        <w:t>B. lived</w:t>
      </w:r>
    </w:p>
    <w:p>
      <w:pPr>
        <w:pStyle w:val="ListParagraph"/>
      </w:pPr>
      <w:r>
        <w:rPr>
          <w:sz w:val="22"/>
        </w:rPr>
        <w:t>C. have lived</w:t>
      </w:r>
    </w:p>
    <w:p>
      <w:pPr>
        <w:pStyle w:val="ListParagraph"/>
      </w:pPr>
      <w:r>
        <w:rPr>
          <w:sz w:val="22"/>
        </w:rPr>
        <w:t>D. are living</w:t>
      </w:r>
    </w:p>
    <w:p/>
    <w:p>
      <w:r>
        <w:rPr>
          <w:b/>
          <w:sz w:val="24"/>
        </w:rPr>
        <w:t>Câu 6: By the time you ______, I ______ the report.</w:t>
      </w:r>
    </w:p>
    <w:p>
      <w:pPr>
        <w:pStyle w:val="ListParagraph"/>
      </w:pPr>
      <w:r>
        <w:rPr>
          <w:sz w:val="22"/>
        </w:rPr>
        <w:t>A. arrive / will finish</w:t>
      </w:r>
    </w:p>
    <w:p>
      <w:pPr>
        <w:pStyle w:val="ListParagraph"/>
      </w:pPr>
      <w:r>
        <w:rPr>
          <w:sz w:val="22"/>
        </w:rPr>
        <w:t>B. will arrive / will finish</w:t>
      </w:r>
    </w:p>
    <w:p>
      <w:pPr>
        <w:pStyle w:val="ListParagraph"/>
      </w:pPr>
      <w:r>
        <w:rPr>
          <w:sz w:val="22"/>
        </w:rPr>
        <w:t>C. arrive / will have finished</w:t>
      </w:r>
    </w:p>
    <w:p>
      <w:pPr>
        <w:pStyle w:val="ListParagraph"/>
      </w:pPr>
      <w:r>
        <w:rPr>
          <w:sz w:val="22"/>
        </w:rPr>
        <w:t>D. will arrive / will have finished</w:t>
      </w:r>
    </w:p>
    <w:p/>
    <w:p>
      <w:r>
        <w:rPr>
          <w:b/>
          <w:sz w:val="24"/>
        </w:rPr>
        <w:t>Câu 7: This time next week, we ______ on the beach in Nha Trang.</w:t>
      </w:r>
    </w:p>
    <w:p>
      <w:pPr>
        <w:pStyle w:val="ListParagraph"/>
      </w:pPr>
      <w:r>
        <w:rPr>
          <w:sz w:val="22"/>
        </w:rPr>
        <w:t>A. lie</w:t>
      </w:r>
    </w:p>
    <w:p>
      <w:pPr>
        <w:pStyle w:val="ListParagraph"/>
      </w:pPr>
      <w:r>
        <w:rPr>
          <w:sz w:val="22"/>
        </w:rPr>
        <w:t>B. will lie</w:t>
      </w:r>
    </w:p>
    <w:p>
      <w:pPr>
        <w:pStyle w:val="ListParagraph"/>
      </w:pPr>
      <w:r>
        <w:rPr>
          <w:sz w:val="22"/>
        </w:rPr>
        <w:t>C. will be lying</w:t>
      </w:r>
    </w:p>
    <w:p>
      <w:pPr>
        <w:pStyle w:val="ListParagraph"/>
      </w:pPr>
      <w:r>
        <w:rPr>
          <w:sz w:val="22"/>
        </w:rPr>
        <w:t>D. will have lain</w:t>
      </w:r>
    </w:p>
    <w:p/>
    <w:p>
      <w:r>
        <w:rPr>
          <w:b/>
          <w:sz w:val="24"/>
        </w:rPr>
        <w:t>Câu 8: I ______ him for a long time, but I ______ him yesterday.</w:t>
      </w:r>
    </w:p>
    <w:p>
      <w:pPr>
        <w:pStyle w:val="ListParagraph"/>
      </w:pPr>
      <w:r>
        <w:rPr>
          <w:sz w:val="22"/>
        </w:rPr>
        <w:t>A. haven't seen / saw</w:t>
      </w:r>
    </w:p>
    <w:p>
      <w:pPr>
        <w:pStyle w:val="ListParagraph"/>
      </w:pPr>
      <w:r>
        <w:rPr>
          <w:sz w:val="22"/>
        </w:rPr>
        <w:t>B. didn't see / saw</w:t>
      </w:r>
    </w:p>
    <w:p>
      <w:pPr>
        <w:pStyle w:val="ListParagraph"/>
      </w:pPr>
      <w:r>
        <w:rPr>
          <w:sz w:val="22"/>
        </w:rPr>
        <w:t>C. haven't seen / have seen</w:t>
      </w:r>
    </w:p>
    <w:p>
      <w:pPr>
        <w:pStyle w:val="ListParagraph"/>
      </w:pPr>
      <w:r>
        <w:rPr>
          <w:sz w:val="22"/>
        </w:rPr>
        <w:t>D. didn't see / have seen</w:t>
      </w:r>
    </w:p>
    <w:p/>
    <w:p>
      <w:r>
        <w:rPr>
          <w:b/>
          <w:sz w:val="24"/>
        </w:rPr>
        <w:t>Câu 9: She ______ the piano when she was a child.</w:t>
      </w:r>
    </w:p>
    <w:p>
      <w:pPr>
        <w:pStyle w:val="ListParagraph"/>
      </w:pPr>
      <w:r>
        <w:rPr>
          <w:sz w:val="22"/>
        </w:rPr>
        <w:t>A. plays</w:t>
      </w:r>
    </w:p>
    <w:p>
      <w:pPr>
        <w:pStyle w:val="ListParagraph"/>
      </w:pPr>
      <w:r>
        <w:rPr>
          <w:sz w:val="22"/>
        </w:rPr>
        <w:t>B. played</w:t>
      </w:r>
    </w:p>
    <w:p>
      <w:pPr>
        <w:pStyle w:val="ListParagraph"/>
      </w:pPr>
      <w:r>
        <w:rPr>
          <w:sz w:val="22"/>
        </w:rPr>
        <w:t>C. has played</w:t>
      </w:r>
    </w:p>
    <w:p>
      <w:pPr>
        <w:pStyle w:val="ListParagraph"/>
      </w:pPr>
      <w:r>
        <w:rPr>
          <w:sz w:val="22"/>
        </w:rPr>
        <w:t>D. had played</w:t>
      </w:r>
    </w:p>
    <w:p/>
    <w:p>
      <w:r>
        <w:rPr>
          <w:b/>
          <w:sz w:val="24"/>
        </w:rPr>
        <w:t>Câu 10: The train ______ at 8:00 tomorrow morning.</w:t>
      </w:r>
    </w:p>
    <w:p>
      <w:pPr>
        <w:pStyle w:val="ListParagraph"/>
      </w:pPr>
      <w:r>
        <w:rPr>
          <w:sz w:val="22"/>
        </w:rPr>
        <w:t>A. leaves</w:t>
      </w:r>
    </w:p>
    <w:p>
      <w:pPr>
        <w:pStyle w:val="ListParagraph"/>
      </w:pPr>
      <w:r>
        <w:rPr>
          <w:sz w:val="22"/>
        </w:rPr>
        <w:t>B. is leaving</w:t>
      </w:r>
    </w:p>
    <w:p>
      <w:pPr>
        <w:pStyle w:val="ListParagraph"/>
      </w:pPr>
      <w:r>
        <w:rPr>
          <w:sz w:val="22"/>
        </w:rPr>
        <w:t>C. will leave</w:t>
      </w:r>
    </w:p>
    <w:p>
      <w:pPr>
        <w:pStyle w:val="ListParagraph"/>
      </w:pPr>
      <w:r>
        <w:rPr>
          <w:sz w:val="22"/>
        </w:rPr>
        <w:t>D. is going to leave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