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luyện - Bài trắc nghiệm Tiếng Anh - I. USE OF ENGLISH</w:t>
      </w:r>
    </w:p>
    <w:p>
      <w:pPr>
        <w:jc w:val="center"/>
      </w:pPr>
      <w:r>
        <w:rPr>
          <w:sz w:val="22"/>
        </w:rPr>
        <w:t>Số câu: 35    Thời gian: _____ phút    Họ và tên: _________________________</w:t>
      </w:r>
    </w:p>
    <w:p/>
    <w:p>
      <w:r>
        <w:rPr>
          <w:b/>
          <w:sz w:val="24"/>
        </w:rPr>
        <w:t>Câu 1: There are many ways for foreign students to deal with _____ and adjust to the new environment.</w:t>
      </w:r>
    </w:p>
    <w:p>
      <w:pPr>
        <w:pStyle w:val="ListParagraph"/>
      </w:pPr>
      <w:r>
        <w:rPr>
          <w:sz w:val="22"/>
        </w:rPr>
        <w:t>A. globalisation</w:t>
      </w:r>
    </w:p>
    <w:p>
      <w:pPr>
        <w:pStyle w:val="ListParagraph"/>
      </w:pPr>
      <w:r>
        <w:rPr>
          <w:sz w:val="22"/>
        </w:rPr>
        <w:t>B. cultural group</w:t>
      </w:r>
    </w:p>
    <w:p>
      <w:pPr>
        <w:pStyle w:val="ListParagraph"/>
      </w:pPr>
      <w:r>
        <w:rPr>
          <w:sz w:val="22"/>
        </w:rPr>
        <w:t>C. culture shock</w:t>
      </w:r>
    </w:p>
    <w:p>
      <w:pPr>
        <w:pStyle w:val="ListParagraph"/>
      </w:pPr>
      <w:r>
        <w:rPr>
          <w:sz w:val="22"/>
        </w:rPr>
        <w:t>D. youth culture</w:t>
      </w:r>
    </w:p>
    <w:p/>
    <w:p>
      <w:r>
        <w:rPr>
          <w:b/>
          <w:sz w:val="24"/>
        </w:rPr>
        <w:t>Câu 2: It is obvious that using reusable bags is ________ than using single-use plastic ones.</w:t>
      </w:r>
    </w:p>
    <w:p>
      <w:pPr>
        <w:pStyle w:val="ListParagraph"/>
      </w:pPr>
      <w:r>
        <w:rPr>
          <w:sz w:val="22"/>
        </w:rPr>
        <w:t>A. eco-friendlier</w:t>
      </w:r>
    </w:p>
    <w:p>
      <w:pPr>
        <w:pStyle w:val="ListParagraph"/>
      </w:pPr>
      <w:r>
        <w:rPr>
          <w:sz w:val="22"/>
        </w:rPr>
        <w:t>B. more eco-friendly</w:t>
      </w:r>
    </w:p>
    <w:p>
      <w:pPr>
        <w:pStyle w:val="ListParagraph"/>
      </w:pPr>
      <w:r>
        <w:rPr>
          <w:sz w:val="22"/>
        </w:rPr>
        <w:t>C. less eco-friendly</w:t>
      </w:r>
    </w:p>
    <w:p>
      <w:pPr>
        <w:pStyle w:val="ListParagraph"/>
      </w:pPr>
      <w:r>
        <w:rPr>
          <w:sz w:val="22"/>
        </w:rPr>
        <w:t>D. more eco-friendlier</w:t>
      </w:r>
    </w:p>
    <w:p/>
    <w:p>
      <w:r>
        <w:rPr>
          <w:b/>
          <w:sz w:val="24"/>
        </w:rPr>
        <w:t>Câu 3: General Vo Nguyen Giap ________ the Communist Party of Viet Nam and led the army during the war.</w:t>
      </w:r>
    </w:p>
    <w:p>
      <w:pPr>
        <w:pStyle w:val="ListParagraph"/>
      </w:pPr>
      <w:r>
        <w:rPr>
          <w:sz w:val="22"/>
        </w:rPr>
        <w:t>A. joined</w:t>
      </w:r>
    </w:p>
    <w:p>
      <w:pPr>
        <w:pStyle w:val="ListParagraph"/>
      </w:pPr>
      <w:r>
        <w:rPr>
          <w:sz w:val="22"/>
        </w:rPr>
        <w:t>B. was joining</w:t>
      </w:r>
    </w:p>
    <w:p>
      <w:pPr>
        <w:pStyle w:val="ListParagraph"/>
      </w:pPr>
      <w:r>
        <w:rPr>
          <w:sz w:val="22"/>
        </w:rPr>
        <w:t>C. has joined</w:t>
      </w:r>
    </w:p>
    <w:p>
      <w:pPr>
        <w:pStyle w:val="ListParagraph"/>
      </w:pPr>
      <w:r>
        <w:rPr>
          <w:sz w:val="22"/>
        </w:rPr>
        <w:t>D. joins</w:t>
      </w:r>
    </w:p>
    <w:p/>
    <w:p>
      <w:r>
        <w:rPr>
          <w:b/>
          <w:sz w:val="24"/>
        </w:rPr>
        <w:t>Câu 4: Ernest Hemingway, who was a well-known American novelist, ________ the Nobel Prize for Literature in 1954.</w:t>
      </w:r>
    </w:p>
    <w:p>
      <w:pPr>
        <w:pStyle w:val="ListParagraph"/>
      </w:pPr>
      <w:r>
        <w:rPr>
          <w:sz w:val="22"/>
        </w:rPr>
        <w:t>A. winning</w:t>
      </w:r>
    </w:p>
    <w:p>
      <w:pPr>
        <w:pStyle w:val="ListParagraph"/>
      </w:pPr>
      <w:r>
        <w:rPr>
          <w:sz w:val="22"/>
        </w:rPr>
        <w:t>B. was winning</w:t>
      </w:r>
    </w:p>
    <w:p>
      <w:pPr>
        <w:pStyle w:val="ListParagraph"/>
      </w:pPr>
      <w:r>
        <w:rPr>
          <w:sz w:val="22"/>
        </w:rPr>
        <w:t>C. won</w:t>
      </w:r>
    </w:p>
    <w:p>
      <w:pPr>
        <w:pStyle w:val="ListParagraph"/>
      </w:pPr>
      <w:r>
        <w:rPr>
          <w:sz w:val="22"/>
        </w:rPr>
        <w:t>D. has won</w:t>
      </w:r>
    </w:p>
    <w:p/>
    <w:p>
      <w:r>
        <w:rPr>
          <w:b/>
          <w:sz w:val="24"/>
        </w:rPr>
        <w:t>Câu 5: Her diary contains detailed _____ of her travels around Europe.</w:t>
      </w:r>
    </w:p>
    <w:p>
      <w:pPr>
        <w:pStyle w:val="ListParagraph"/>
      </w:pPr>
      <w:r>
        <w:rPr>
          <w:sz w:val="22"/>
        </w:rPr>
        <w:t>A. novels</w:t>
      </w:r>
    </w:p>
    <w:p>
      <w:pPr>
        <w:pStyle w:val="ListParagraph"/>
      </w:pPr>
      <w:r>
        <w:rPr>
          <w:sz w:val="22"/>
        </w:rPr>
        <w:t>B. biographies</w:t>
      </w:r>
    </w:p>
    <w:p>
      <w:pPr>
        <w:pStyle w:val="ListParagraph"/>
      </w:pPr>
      <w:r>
        <w:rPr>
          <w:sz w:val="22"/>
        </w:rPr>
        <w:t>C. accounts</w:t>
      </w:r>
    </w:p>
    <w:p>
      <w:pPr>
        <w:pStyle w:val="ListParagraph"/>
      </w:pPr>
      <w:r>
        <w:rPr>
          <w:sz w:val="22"/>
        </w:rPr>
        <w:t>D. poems</w:t>
      </w:r>
    </w:p>
    <w:p/>
    <w:p>
      <w:r>
        <w:rPr>
          <w:b/>
          <w:sz w:val="24"/>
        </w:rPr>
        <w:t>Câu 6: My grandfather had a difficult _____ since he had to start work at the age of nine.</w:t>
      </w:r>
    </w:p>
    <w:p>
      <w:pPr>
        <w:pStyle w:val="ListParagraph"/>
      </w:pPr>
      <w:r>
        <w:rPr>
          <w:sz w:val="22"/>
        </w:rPr>
        <w:t>A. childhood</w:t>
      </w:r>
    </w:p>
    <w:p>
      <w:pPr>
        <w:pStyle w:val="ListParagraph"/>
      </w:pPr>
      <w:r>
        <w:rPr>
          <w:sz w:val="22"/>
        </w:rPr>
        <w:t>B. youth</w:t>
      </w:r>
    </w:p>
    <w:p>
      <w:pPr>
        <w:pStyle w:val="ListParagraph"/>
      </w:pPr>
      <w:r>
        <w:rPr>
          <w:sz w:val="22"/>
        </w:rPr>
        <w:t>C. birth</w:t>
      </w:r>
    </w:p>
    <w:p>
      <w:pPr>
        <w:pStyle w:val="ListParagraph"/>
      </w:pPr>
      <w:r>
        <w:rPr>
          <w:sz w:val="22"/>
        </w:rPr>
        <w:t>D. marriage</w:t>
      </w:r>
    </w:p>
    <w:p/>
    <w:p>
      <w:r>
        <w:rPr>
          <w:b/>
          <w:sz w:val="24"/>
        </w:rPr>
        <w:t>Câu 7: My dad was given the 'Employee of the Year' award for his impressive _____ at work.</w:t>
      </w:r>
    </w:p>
    <w:p>
      <w:pPr>
        <w:pStyle w:val="ListParagraph"/>
      </w:pPr>
      <w:r>
        <w:rPr>
          <w:sz w:val="22"/>
        </w:rPr>
        <w:t>A. genius</w:t>
      </w:r>
    </w:p>
    <w:p>
      <w:pPr>
        <w:pStyle w:val="ListParagraph"/>
      </w:pPr>
      <w:r>
        <w:rPr>
          <w:sz w:val="22"/>
        </w:rPr>
        <w:t>B. accounts</w:t>
      </w:r>
    </w:p>
    <w:p>
      <w:pPr>
        <w:pStyle w:val="ListParagraph"/>
      </w:pPr>
      <w:r>
        <w:rPr>
          <w:sz w:val="22"/>
        </w:rPr>
        <w:t>C. determination</w:t>
      </w:r>
    </w:p>
    <w:p>
      <w:pPr>
        <w:pStyle w:val="ListParagraph"/>
      </w:pPr>
      <w:r>
        <w:rPr>
          <w:sz w:val="22"/>
        </w:rPr>
        <w:t>D. achievements</w:t>
      </w:r>
    </w:p>
    <w:p/>
    <w:p>
      <w:r>
        <w:rPr>
          <w:b/>
          <w:sz w:val="24"/>
        </w:rPr>
        <w:t>Câu 8: Some people think that globalisation is a threat to _____ cultures.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new</w:t>
      </w:r>
    </w:p>
    <w:p>
      <w:pPr>
        <w:pStyle w:val="ListParagraph"/>
      </w:pPr>
      <w:r>
        <w:rPr>
          <w:sz w:val="22"/>
        </w:rPr>
        <w:t>C. modern</w:t>
      </w:r>
    </w:p>
    <w:p>
      <w:pPr>
        <w:pStyle w:val="ListParagraph"/>
      </w:pPr>
      <w:r>
        <w:rPr>
          <w:sz w:val="22"/>
        </w:rPr>
        <w:t>D. current</w:t>
      </w:r>
    </w:p>
    <w:p/>
    <w:p>
      <w:r>
        <w:rPr>
          <w:b/>
          <w:sz w:val="24"/>
        </w:rPr>
        <w:t>Câu 9: The _____ lasted four days and included a parade, several concerts, and a dance party.</w:t>
      </w:r>
    </w:p>
    <w:p>
      <w:pPr>
        <w:pStyle w:val="ListParagraph"/>
      </w:pPr>
      <w:r>
        <w:rPr>
          <w:sz w:val="22"/>
        </w:rPr>
        <w:t>A. trends</w:t>
      </w:r>
    </w:p>
    <w:p>
      <w:pPr>
        <w:pStyle w:val="ListParagraph"/>
      </w:pPr>
      <w:r>
        <w:rPr>
          <w:sz w:val="22"/>
        </w:rPr>
        <w:t>B. origins</w:t>
      </w:r>
    </w:p>
    <w:p>
      <w:pPr>
        <w:pStyle w:val="ListParagraph"/>
      </w:pPr>
      <w:r>
        <w:rPr>
          <w:sz w:val="22"/>
        </w:rPr>
        <w:t>C. festivities</w:t>
      </w:r>
    </w:p>
    <w:p>
      <w:pPr>
        <w:pStyle w:val="ListParagraph"/>
      </w:pPr>
      <w:r>
        <w:rPr>
          <w:sz w:val="22"/>
        </w:rPr>
        <w:t>D. attractions</w:t>
      </w:r>
    </w:p>
    <w:p/>
    <w:p>
      <w:r>
        <w:rPr>
          <w:b/>
          <w:sz w:val="24"/>
        </w:rPr>
        <w:t>Câu 10: To avoid culture shock, learn about the _____ and behaviour of local people in advance.</w:t>
      </w:r>
    </w:p>
    <w:p>
      <w:pPr>
        <w:pStyle w:val="ListParagraph"/>
      </w:pPr>
      <w:r>
        <w:rPr>
          <w:sz w:val="22"/>
        </w:rPr>
        <w:t>A. experiences</w:t>
      </w:r>
    </w:p>
    <w:p>
      <w:pPr>
        <w:pStyle w:val="ListParagraph"/>
      </w:pPr>
      <w:r>
        <w:rPr>
          <w:sz w:val="22"/>
        </w:rPr>
        <w:t>B. cultures</w:t>
      </w:r>
    </w:p>
    <w:p>
      <w:pPr>
        <w:pStyle w:val="ListParagraph"/>
      </w:pPr>
      <w:r>
        <w:rPr>
          <w:sz w:val="22"/>
        </w:rPr>
        <w:t>C. performances</w:t>
      </w:r>
    </w:p>
    <w:p>
      <w:pPr>
        <w:pStyle w:val="ListParagraph"/>
      </w:pPr>
      <w:r>
        <w:rPr>
          <w:sz w:val="22"/>
        </w:rPr>
        <w:t>D. customs</w:t>
      </w:r>
    </w:p>
    <w:p/>
    <w:p>
      <w:r>
        <w:rPr>
          <w:b/>
          <w:sz w:val="24"/>
        </w:rPr>
        <w:t>Câu 11: My mum never throws away any ______, but recycles them into new dishes.</w:t>
      </w:r>
    </w:p>
    <w:p>
      <w:pPr>
        <w:pStyle w:val="ListParagraph"/>
      </w:pPr>
      <w:r>
        <w:rPr>
          <w:sz w:val="22"/>
        </w:rPr>
        <w:t>A. leftovers</w:t>
      </w:r>
    </w:p>
    <w:p>
      <w:pPr>
        <w:pStyle w:val="ListParagraph"/>
      </w:pPr>
      <w:r>
        <w:rPr>
          <w:sz w:val="22"/>
        </w:rPr>
        <w:t>B. waste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compost</w:t>
      </w:r>
    </w:p>
    <w:p/>
    <w:p>
      <w:r>
        <w:rPr>
          <w:b/>
          <w:sz w:val="24"/>
        </w:rPr>
        <w:t>Câu 12: Organic ______ made from dry leaves and grass can help make your garden healthy and beautiful.</w:t>
      </w:r>
    </w:p>
    <w:p>
      <w:pPr>
        <w:pStyle w:val="ListParagraph"/>
      </w:pPr>
      <w:r>
        <w:rPr>
          <w:sz w:val="22"/>
        </w:rPr>
        <w:t>A. waste</w:t>
      </w:r>
    </w:p>
    <w:p>
      <w:pPr>
        <w:pStyle w:val="ListParagraph"/>
      </w:pPr>
      <w:r>
        <w:rPr>
          <w:sz w:val="22"/>
        </w:rPr>
        <w:t>B. compost</w:t>
      </w:r>
    </w:p>
    <w:p>
      <w:pPr>
        <w:pStyle w:val="ListParagraph"/>
      </w:pPr>
      <w:r>
        <w:rPr>
          <w:sz w:val="22"/>
        </w:rPr>
        <w:t>C. leftovers</w:t>
      </w:r>
    </w:p>
    <w:p>
      <w:pPr>
        <w:pStyle w:val="ListParagraph"/>
      </w:pPr>
      <w:r>
        <w:rPr>
          <w:sz w:val="22"/>
        </w:rPr>
        <w:t>D. landfills</w:t>
      </w:r>
    </w:p>
    <w:p/>
    <w:p>
      <w:r>
        <w:rPr>
          <w:b/>
          <w:sz w:val="24"/>
        </w:rPr>
        <w:t>Câu 13: Organic waste such as fruit and vegetables can ______ more quickly than other materials.</w:t>
      </w:r>
    </w:p>
    <w:p>
      <w:pPr>
        <w:pStyle w:val="ListParagraph"/>
      </w:pPr>
      <w:r>
        <w:rPr>
          <w:sz w:val="22"/>
        </w:rPr>
        <w:t>A. decrease</w:t>
      </w:r>
    </w:p>
    <w:p>
      <w:pPr>
        <w:pStyle w:val="ListParagraph"/>
      </w:pPr>
      <w:r>
        <w:rPr>
          <w:sz w:val="22"/>
        </w:rPr>
        <w:t>B. decompose</w:t>
      </w:r>
    </w:p>
    <w:p>
      <w:pPr>
        <w:pStyle w:val="ListParagraph"/>
      </w:pPr>
      <w:r>
        <w:rPr>
          <w:sz w:val="22"/>
        </w:rPr>
        <w:t>C. destroy</w:t>
      </w:r>
    </w:p>
    <w:p>
      <w:pPr>
        <w:pStyle w:val="ListParagraph"/>
      </w:pPr>
      <w:r>
        <w:rPr>
          <w:sz w:val="22"/>
        </w:rPr>
        <w:t>D. degrade</w:t>
      </w:r>
    </w:p>
    <w:p/>
    <w:p>
      <w:r>
        <w:rPr>
          <w:b/>
          <w:sz w:val="24"/>
        </w:rPr>
        <w:t>Câu 14: Plastic ______ is more durable, but it is not good for the environment.</w:t>
      </w:r>
    </w:p>
    <w:p>
      <w:pPr>
        <w:pStyle w:val="ListParagraph"/>
      </w:pPr>
      <w:r>
        <w:rPr>
          <w:sz w:val="22"/>
        </w:rPr>
        <w:t>A. pack</w:t>
      </w:r>
    </w:p>
    <w:p>
      <w:pPr>
        <w:pStyle w:val="ListParagraph"/>
      </w:pPr>
      <w:r>
        <w:rPr>
          <w:sz w:val="22"/>
        </w:rPr>
        <w:t>B. package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packing</w:t>
      </w:r>
    </w:p>
    <w:p/>
    <w:p>
      <w:r>
        <w:rPr>
          <w:b/>
          <w:sz w:val="24"/>
        </w:rPr>
        <w:t>Câu 15: I decided to fly less in order to reduce my ______.</w:t>
      </w:r>
    </w:p>
    <w:p>
      <w:pPr>
        <w:pStyle w:val="ListParagraph"/>
      </w:pPr>
      <w:r>
        <w:rPr>
          <w:sz w:val="22"/>
        </w:rPr>
        <w:t>A. carbon dioxide</w:t>
      </w:r>
    </w:p>
    <w:p>
      <w:pPr>
        <w:pStyle w:val="ListParagraph"/>
      </w:pPr>
      <w:r>
        <w:rPr>
          <w:sz w:val="22"/>
        </w:rPr>
        <w:t>B. contamination</w:t>
      </w:r>
    </w:p>
    <w:p>
      <w:pPr>
        <w:pStyle w:val="ListParagraph"/>
      </w:pPr>
      <w:r>
        <w:rPr>
          <w:sz w:val="22"/>
        </w:rPr>
        <w:t>C. packaging</w:t>
      </w:r>
    </w:p>
    <w:p>
      <w:pPr>
        <w:pStyle w:val="ListParagraph"/>
      </w:pPr>
      <w:r>
        <w:rPr>
          <w:sz w:val="22"/>
        </w:rPr>
        <w:t>D. carbon footprint</w:t>
      </w:r>
    </w:p>
    <w:p/>
    <w:p>
      <w:r>
        <w:rPr>
          <w:b/>
          <w:sz w:val="24"/>
        </w:rPr>
        <w:t>Câu 16: The phonograph ________ by Thomas Edison while he ________ on the telephone repeater.</w:t>
      </w:r>
    </w:p>
    <w:p>
      <w:pPr>
        <w:pStyle w:val="ListParagraph"/>
      </w:pPr>
      <w:r>
        <w:rPr>
          <w:sz w:val="22"/>
        </w:rPr>
        <w:t>A. invented - worked</w:t>
      </w:r>
    </w:p>
    <w:p>
      <w:pPr>
        <w:pStyle w:val="ListParagraph"/>
      </w:pPr>
      <w:r>
        <w:rPr>
          <w:sz w:val="22"/>
        </w:rPr>
        <w:t>B. was invented - was working</w:t>
      </w:r>
    </w:p>
    <w:p>
      <w:pPr>
        <w:pStyle w:val="ListParagraph"/>
      </w:pPr>
      <w:r>
        <w:rPr>
          <w:sz w:val="22"/>
        </w:rPr>
        <w:t>C. was invented - worked</w:t>
      </w:r>
    </w:p>
    <w:p>
      <w:pPr>
        <w:pStyle w:val="ListParagraph"/>
      </w:pPr>
      <w:r>
        <w:rPr>
          <w:sz w:val="22"/>
        </w:rPr>
        <w:t>D. was inventing - was working</w:t>
      </w:r>
    </w:p>
    <w:p/>
    <w:p>
      <w:r>
        <w:rPr>
          <w:b/>
          <w:sz w:val="24"/>
        </w:rPr>
        <w:t>Câu 17: After attacking a group of French soldiers, Vo Thi Sau ________ and sent to prison.</w:t>
      </w:r>
    </w:p>
    <w:p>
      <w:pPr>
        <w:pStyle w:val="ListParagraph"/>
      </w:pPr>
      <w:r>
        <w:rPr>
          <w:sz w:val="22"/>
        </w:rPr>
        <w:t>A. is arrested</w:t>
      </w:r>
    </w:p>
    <w:p>
      <w:pPr>
        <w:pStyle w:val="ListParagraph"/>
      </w:pPr>
      <w:r>
        <w:rPr>
          <w:sz w:val="22"/>
        </w:rPr>
        <w:t>B. will be arrested</w:t>
      </w:r>
    </w:p>
    <w:p>
      <w:pPr>
        <w:pStyle w:val="ListParagraph"/>
      </w:pPr>
      <w:r>
        <w:rPr>
          <w:sz w:val="22"/>
        </w:rPr>
        <w:t>C. was arrested</w:t>
      </w:r>
    </w:p>
    <w:p>
      <w:pPr>
        <w:pStyle w:val="ListParagraph"/>
      </w:pPr>
      <w:r>
        <w:rPr>
          <w:sz w:val="22"/>
        </w:rPr>
        <w:t>D. has been arrested</w:t>
      </w:r>
    </w:p>
    <w:p/>
    <w:p>
      <w:r>
        <w:rPr>
          <w:b/>
          <w:sz w:val="24"/>
        </w:rPr>
        <w:t>Câu 18: The students ________ their test. The room was so quiet that you could hear the sounds made by their pens when they were writing.</w:t>
      </w:r>
    </w:p>
    <w:p>
      <w:pPr>
        <w:pStyle w:val="ListParagraph"/>
      </w:pPr>
      <w:r>
        <w:rPr>
          <w:sz w:val="22"/>
        </w:rPr>
        <w:t>A. took</w:t>
      </w:r>
    </w:p>
    <w:p>
      <w:pPr>
        <w:pStyle w:val="ListParagraph"/>
      </w:pPr>
      <w:r>
        <w:rPr>
          <w:sz w:val="22"/>
        </w:rPr>
        <w:t>B. were taking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are doing</w:t>
      </w:r>
    </w:p>
    <w:p/>
    <w:p>
      <w:r>
        <w:rPr>
          <w:b/>
          <w:sz w:val="24"/>
        </w:rPr>
        <w:t>Câu 19: Those soldiers survived and returned home from the war, ________?</w:t>
      </w:r>
    </w:p>
    <w:p>
      <w:pPr>
        <w:pStyle w:val="ListParagraph"/>
      </w:pPr>
      <w:r>
        <w:rPr>
          <w:sz w:val="22"/>
        </w:rPr>
        <w:t>A. did they</w:t>
      </w:r>
    </w:p>
    <w:p>
      <w:pPr>
        <w:pStyle w:val="ListParagraph"/>
      </w:pPr>
      <w:r>
        <w:rPr>
          <w:sz w:val="22"/>
        </w:rPr>
        <w:t>B. didn't they</w:t>
      </w:r>
    </w:p>
    <w:p>
      <w:pPr>
        <w:pStyle w:val="ListParagraph"/>
      </w:pPr>
      <w:r>
        <w:rPr>
          <w:sz w:val="22"/>
        </w:rPr>
        <w:t>C. had they</w:t>
      </w:r>
    </w:p>
    <w:p>
      <w:pPr>
        <w:pStyle w:val="ListParagraph"/>
      </w:pPr>
      <w:r>
        <w:rPr>
          <w:sz w:val="22"/>
        </w:rPr>
        <w:t>D. weren't they</w:t>
      </w:r>
    </w:p>
    <w:p/>
    <w:p>
      <w:r>
        <w:rPr>
          <w:b/>
          <w:sz w:val="24"/>
        </w:rPr>
        <w:t>Câu 20: ________ most lively and energetic cultural performances take place in ________ heart of New York City.</w:t>
      </w:r>
    </w:p>
    <w:p>
      <w:pPr>
        <w:pStyle w:val="ListParagraph"/>
      </w:pPr>
      <w:r>
        <w:rPr>
          <w:sz w:val="22"/>
        </w:rPr>
        <w:t>A. A / the</w:t>
      </w:r>
    </w:p>
    <w:p>
      <w:pPr>
        <w:pStyle w:val="ListParagraph"/>
      </w:pPr>
      <w:r>
        <w:rPr>
          <w:sz w:val="22"/>
        </w:rPr>
        <w:t>B. The / a</w:t>
      </w:r>
    </w:p>
    <w:p>
      <w:pPr>
        <w:pStyle w:val="ListParagraph"/>
      </w:pPr>
      <w:r>
        <w:rPr>
          <w:sz w:val="22"/>
        </w:rPr>
        <w:t>C. The / Ø</w:t>
      </w:r>
    </w:p>
    <w:p>
      <w:pPr>
        <w:pStyle w:val="ListParagraph"/>
      </w:pPr>
      <w:r>
        <w:rPr>
          <w:sz w:val="22"/>
        </w:rPr>
        <w:t>D. The / the</w:t>
      </w:r>
    </w:p>
    <w:p/>
    <w:p>
      <w:r>
        <w:rPr>
          <w:b/>
          <w:sz w:val="24"/>
        </w:rPr>
        <w:t>Câu 21: George Washington was _____ first president of _____ United States.</w:t>
      </w:r>
    </w:p>
    <w:p>
      <w:pPr>
        <w:pStyle w:val="ListParagraph"/>
      </w:pPr>
      <w:r>
        <w:rPr>
          <w:sz w:val="22"/>
        </w:rPr>
        <w:t>A. the – the</w:t>
      </w:r>
    </w:p>
    <w:p>
      <w:pPr>
        <w:pStyle w:val="ListParagraph"/>
      </w:pPr>
      <w:r>
        <w:rPr>
          <w:sz w:val="22"/>
        </w:rPr>
        <w:t>B. a – Ø</w:t>
      </w:r>
    </w:p>
    <w:p>
      <w:pPr>
        <w:pStyle w:val="ListParagraph"/>
      </w:pPr>
      <w:r>
        <w:rPr>
          <w:sz w:val="22"/>
        </w:rPr>
        <w:t>C. the – Ø</w:t>
      </w:r>
    </w:p>
    <w:p>
      <w:pPr>
        <w:pStyle w:val="ListParagraph"/>
      </w:pPr>
      <w:r>
        <w:rPr>
          <w:sz w:val="22"/>
        </w:rPr>
        <w:t>D. the – an</w:t>
      </w:r>
    </w:p>
    <w:p/>
    <w:p>
      <w:r>
        <w:rPr>
          <w:b/>
          <w:sz w:val="24"/>
        </w:rPr>
        <w:t>Câu 22: ________ interesting cultural shock for travellers in Spain is ________ tradition of siestas in the afternoon.</w:t>
      </w:r>
    </w:p>
    <w:p>
      <w:pPr>
        <w:pStyle w:val="ListParagraph"/>
      </w:pPr>
      <w:r>
        <w:rPr>
          <w:sz w:val="22"/>
        </w:rPr>
        <w:t>A. An / the</w:t>
      </w:r>
    </w:p>
    <w:p>
      <w:pPr>
        <w:pStyle w:val="ListParagraph"/>
      </w:pPr>
      <w:r>
        <w:rPr>
          <w:sz w:val="22"/>
        </w:rPr>
        <w:t>B. An / a</w:t>
      </w:r>
    </w:p>
    <w:p>
      <w:pPr>
        <w:pStyle w:val="ListParagraph"/>
      </w:pPr>
      <w:r>
        <w:rPr>
          <w:sz w:val="22"/>
        </w:rPr>
        <w:t>C. An / Ø</w:t>
      </w:r>
    </w:p>
    <w:p>
      <w:pPr>
        <w:pStyle w:val="ListParagraph"/>
      </w:pPr>
      <w:r>
        <w:rPr>
          <w:sz w:val="22"/>
        </w:rPr>
        <w:t>D. The / Ø</w:t>
      </w:r>
    </w:p>
    <w:p/>
    <w:p>
      <w:r>
        <w:rPr>
          <w:b/>
          <w:sz w:val="24"/>
        </w:rPr>
        <w:t>Câu 23: It is ________ unique cultural experience to attend ________ Rio de Janeiro Carnival in Brazil.</w:t>
      </w:r>
    </w:p>
    <w:p>
      <w:pPr>
        <w:pStyle w:val="ListParagraph"/>
      </w:pPr>
      <w:r>
        <w:rPr>
          <w:sz w:val="22"/>
        </w:rPr>
        <w:t>A. the / the</w:t>
      </w:r>
    </w:p>
    <w:p>
      <w:pPr>
        <w:pStyle w:val="ListParagraph"/>
      </w:pPr>
      <w:r>
        <w:rPr>
          <w:sz w:val="22"/>
        </w:rPr>
        <w:t>B. a / the</w:t>
      </w:r>
    </w:p>
    <w:p>
      <w:pPr>
        <w:pStyle w:val="ListParagraph"/>
      </w:pPr>
      <w:r>
        <w:rPr>
          <w:sz w:val="22"/>
        </w:rPr>
        <w:t>C. an / the</w:t>
      </w:r>
    </w:p>
    <w:p>
      <w:pPr>
        <w:pStyle w:val="ListParagraph"/>
      </w:pPr>
      <w:r>
        <w:rPr>
          <w:sz w:val="22"/>
        </w:rPr>
        <w:t>D. an / Ø</w:t>
      </w:r>
    </w:p>
    <w:p/>
    <w:p>
      <w:r>
        <w:rPr>
          <w:b/>
          <w:sz w:val="24"/>
        </w:rPr>
        <w:t>Câu 24: Green building designs are often based ________ energy-efficient principles, reducing environmental impact.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about</w:t>
      </w:r>
    </w:p>
    <w:p>
      <w:pPr>
        <w:pStyle w:val="ListParagraph"/>
      </w:pPr>
      <w:r>
        <w:rPr>
          <w:sz w:val="22"/>
        </w:rPr>
        <w:t>C. to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25: Since most people in Hong Kong can't afford a car, they rely _____ public transport.</w:t>
      </w:r>
    </w:p>
    <w:p>
      <w:pPr>
        <w:pStyle w:val="ListParagraph"/>
      </w:pPr>
      <w:r>
        <w:rPr>
          <w:sz w:val="22"/>
        </w:rPr>
        <w:t>A. to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for</w:t>
      </w:r>
    </w:p>
    <w:p>
      <w:pPr>
        <w:pStyle w:val="ListParagraph"/>
      </w:pPr>
      <w:r>
        <w:rPr>
          <w:sz w:val="22"/>
        </w:rPr>
        <w:t>D. with</w:t>
      </w:r>
    </w:p>
    <w:p/>
    <w:p>
      <w:r>
        <w:rPr>
          <w:b/>
          <w:sz w:val="24"/>
        </w:rPr>
        <w:t>Câu 26: Sheets of paper printed on one side should not be _____. You can take notes on the other side.</w:t>
      </w:r>
    </w:p>
    <w:p>
      <w:pPr>
        <w:pStyle w:val="ListParagraph"/>
      </w:pPr>
      <w:r>
        <w:rPr>
          <w:sz w:val="22"/>
        </w:rPr>
        <w:t>A. thrown</w:t>
      </w:r>
    </w:p>
    <w:p>
      <w:pPr>
        <w:pStyle w:val="ListParagraph"/>
      </w:pPr>
      <w:r>
        <w:rPr>
          <w:sz w:val="22"/>
        </w:rPr>
        <w:t>B. thrown away</w:t>
      </w:r>
    </w:p>
    <w:p>
      <w:pPr>
        <w:pStyle w:val="ListParagraph"/>
      </w:pPr>
      <w:r>
        <w:rPr>
          <w:sz w:val="22"/>
        </w:rPr>
        <w:t>C. thrown</w:t>
      </w:r>
    </w:p>
    <w:p>
      <w:pPr>
        <w:pStyle w:val="ListParagraph"/>
      </w:pPr>
      <w:r>
        <w:rPr>
          <w:sz w:val="22"/>
        </w:rPr>
        <w:t>D. thrown off</w:t>
      </w:r>
    </w:p>
    <w:p/>
    <w:p>
      <w:r>
        <w:rPr>
          <w:b/>
          <w:sz w:val="24"/>
        </w:rPr>
        <w:t>Câu 27: Everyone knows there is an environment problem in our school, but no one wants to talk _____ it.</w:t>
      </w:r>
    </w:p>
    <w:p>
      <w:pPr>
        <w:pStyle w:val="ListParagraph"/>
      </w:pPr>
      <w:r>
        <w:rPr>
          <w:sz w:val="22"/>
        </w:rPr>
        <w:t>A. of</w:t>
      </w:r>
    </w:p>
    <w:p>
      <w:pPr>
        <w:pStyle w:val="ListParagraph"/>
      </w:pPr>
      <w:r>
        <w:rPr>
          <w:sz w:val="22"/>
        </w:rPr>
        <w:t>B. about</w:t>
      </w:r>
    </w:p>
    <w:p>
      <w:pPr>
        <w:pStyle w:val="ListParagraph"/>
      </w:pPr>
      <w:r>
        <w:rPr>
          <w:sz w:val="22"/>
        </w:rPr>
        <w:t>C. with</w:t>
      </w:r>
    </w:p>
    <w:p>
      <w:pPr>
        <w:pStyle w:val="ListParagraph"/>
      </w:pPr>
      <w:r>
        <w:rPr>
          <w:sz w:val="22"/>
        </w:rPr>
        <w:t>D. on</w:t>
      </w:r>
    </w:p>
    <w:p/>
    <w:p>
      <w:r>
        <w:rPr>
          <w:b/>
          <w:sz w:val="24"/>
        </w:rPr>
        <w:t>Câu 28: Improving the recycling system is crucial, ________ to decrease waste released into the environment.</w:t>
      </w:r>
    </w:p>
    <w:p>
      <w:pPr>
        <w:pStyle w:val="ListParagraph"/>
      </w:pPr>
      <w:r>
        <w:rPr>
          <w:sz w:val="22"/>
        </w:rPr>
        <w:t>A. that helps</w:t>
      </w:r>
    </w:p>
    <w:p>
      <w:pPr>
        <w:pStyle w:val="ListParagraph"/>
      </w:pPr>
      <w:r>
        <w:rPr>
          <w:sz w:val="22"/>
        </w:rPr>
        <w:t>B. which help</w:t>
      </w:r>
    </w:p>
    <w:p>
      <w:pPr>
        <w:pStyle w:val="ListParagraph"/>
      </w:pPr>
      <w:r>
        <w:rPr>
          <w:sz w:val="22"/>
        </w:rPr>
        <w:t>C. which helps</w:t>
      </w:r>
    </w:p>
    <w:p>
      <w:pPr>
        <w:pStyle w:val="ListParagraph"/>
      </w:pPr>
      <w:r>
        <w:rPr>
          <w:sz w:val="22"/>
        </w:rPr>
        <w:t>D. that helping</w:t>
      </w:r>
    </w:p>
    <w:p/>
    <w:p>
      <w:r>
        <w:rPr>
          <w:b/>
          <w:sz w:val="24"/>
        </w:rPr>
        <w:t>Câu 29: Calculating your carbon footprint is necessary, ________ you to understand your impact on the environment.</w:t>
      </w:r>
    </w:p>
    <w:p>
      <w:pPr>
        <w:pStyle w:val="ListParagraph"/>
      </w:pPr>
      <w:r>
        <w:rPr>
          <w:sz w:val="22"/>
        </w:rPr>
        <w:t>A. which allowing</w:t>
      </w:r>
    </w:p>
    <w:p>
      <w:pPr>
        <w:pStyle w:val="ListParagraph"/>
      </w:pPr>
      <w:r>
        <w:rPr>
          <w:sz w:val="22"/>
        </w:rPr>
        <w:t>B. which allows</w:t>
      </w:r>
    </w:p>
    <w:p>
      <w:pPr>
        <w:pStyle w:val="ListParagraph"/>
      </w:pPr>
      <w:r>
        <w:rPr>
          <w:sz w:val="22"/>
        </w:rPr>
        <w:t>C. that allows</w:t>
      </w:r>
    </w:p>
    <w:p>
      <w:pPr>
        <w:pStyle w:val="ListParagraph"/>
      </w:pPr>
      <w:r>
        <w:rPr>
          <w:sz w:val="22"/>
        </w:rPr>
        <w:t>D. allow</w:t>
      </w:r>
    </w:p>
    <w:p/>
    <w:p>
      <w:r>
        <w:rPr>
          <w:b/>
          <w:sz w:val="24"/>
        </w:rPr>
        <w:t>Câu 30: She is a cultural ________. She is specialised in ethnic minority culture.</w:t>
      </w:r>
    </w:p>
    <w:p>
      <w:pPr>
        <w:pStyle w:val="ListParagraph"/>
      </w:pPr>
      <w:r>
        <w:rPr>
          <w:sz w:val="22"/>
        </w:rPr>
        <w:t>A. specialist</w:t>
      </w:r>
    </w:p>
    <w:p>
      <w:pPr>
        <w:pStyle w:val="ListParagraph"/>
      </w:pPr>
      <w:r>
        <w:rPr>
          <w:sz w:val="22"/>
        </w:rPr>
        <w:t>B. richness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shock</w:t>
      </w:r>
    </w:p>
    <w:p/>
    <w:p>
      <w:r>
        <w:rPr>
          <w:b/>
          <w:sz w:val="24"/>
        </w:rPr>
        <w:t>Câu 31: It is believed that Beethoven ________ in Vienna at the age of 56 after suffering from liver disease.</w:t>
      </w:r>
    </w:p>
    <w:p>
      <w:pPr>
        <w:pStyle w:val="ListParagraph"/>
      </w:pPr>
      <w:r>
        <w:rPr>
          <w:sz w:val="22"/>
        </w:rPr>
        <w:t>A. passed away</w:t>
      </w:r>
    </w:p>
    <w:p>
      <w:pPr>
        <w:pStyle w:val="ListParagraph"/>
      </w:pPr>
      <w:r>
        <w:rPr>
          <w:sz w:val="22"/>
        </w:rPr>
        <w:t>B. carried out</w:t>
      </w:r>
    </w:p>
    <w:p>
      <w:pPr>
        <w:pStyle w:val="ListParagraph"/>
      </w:pPr>
      <w:r>
        <w:rPr>
          <w:sz w:val="22"/>
        </w:rPr>
        <w:t>C. went away</w:t>
      </w:r>
    </w:p>
    <w:p>
      <w:pPr>
        <w:pStyle w:val="ListParagraph"/>
      </w:pPr>
      <w:r>
        <w:rPr>
          <w:sz w:val="22"/>
        </w:rPr>
        <w:t>D. dropped out</w:t>
      </w:r>
    </w:p>
    <w:p/>
    <w:p>
      <w:r>
        <w:rPr>
          <w:b/>
          <w:sz w:val="24"/>
        </w:rPr>
        <w:t>Câu 32: New Year's Eve is _____ best time of _____ year to celebrate with family and friends.</w:t>
      </w:r>
    </w:p>
    <w:p>
      <w:pPr>
        <w:pStyle w:val="ListParagraph"/>
      </w:pPr>
      <w:r>
        <w:rPr>
          <w:sz w:val="22"/>
        </w:rPr>
        <w:t>A. a – a</w:t>
      </w:r>
    </w:p>
    <w:p>
      <w:pPr>
        <w:pStyle w:val="ListParagraph"/>
      </w:pPr>
      <w:r>
        <w:rPr>
          <w:sz w:val="22"/>
        </w:rPr>
        <w:t>B. the – the</w:t>
      </w:r>
    </w:p>
    <w:p>
      <w:pPr>
        <w:pStyle w:val="ListParagraph"/>
      </w:pPr>
      <w:r>
        <w:rPr>
          <w:sz w:val="22"/>
        </w:rPr>
        <w:t>C. the – a</w:t>
      </w:r>
    </w:p>
    <w:p>
      <w:pPr>
        <w:pStyle w:val="ListParagraph"/>
      </w:pPr>
      <w:r>
        <w:rPr>
          <w:sz w:val="22"/>
        </w:rPr>
        <w:t>D. a – the</w:t>
      </w:r>
    </w:p>
    <w:p/>
    <w:p>
      <w:r>
        <w:rPr>
          <w:b/>
          <w:sz w:val="24"/>
        </w:rPr>
        <w:t>Câu 33: Lily wants to travel around _____ world and experience _____ new cultures.</w:t>
      </w:r>
    </w:p>
    <w:p>
      <w:pPr>
        <w:pStyle w:val="ListParagraph"/>
      </w:pPr>
      <w:r>
        <w:rPr>
          <w:sz w:val="22"/>
        </w:rPr>
        <w:t>A. the – Ø</w:t>
      </w:r>
    </w:p>
    <w:p>
      <w:pPr>
        <w:pStyle w:val="ListParagraph"/>
      </w:pPr>
      <w:r>
        <w:rPr>
          <w:sz w:val="22"/>
        </w:rPr>
        <w:t>B. a – Ø</w:t>
      </w:r>
    </w:p>
    <w:p>
      <w:pPr>
        <w:pStyle w:val="ListParagraph"/>
      </w:pPr>
      <w:r>
        <w:rPr>
          <w:sz w:val="22"/>
        </w:rPr>
        <w:t>C. the – the</w:t>
      </w:r>
    </w:p>
    <w:p>
      <w:pPr>
        <w:pStyle w:val="ListParagraph"/>
      </w:pPr>
      <w:r>
        <w:rPr>
          <w:sz w:val="22"/>
        </w:rPr>
        <w:t>D. a – the</w:t>
      </w:r>
    </w:p>
    <w:p/>
    <w:p>
      <w:r>
        <w:rPr>
          <w:b/>
          <w:sz w:val="24"/>
        </w:rPr>
        <w:t>Câu 34: He ________ to New York to start a new business. It was a huge success.</w:t>
      </w:r>
    </w:p>
    <w:p>
      <w:pPr>
        <w:pStyle w:val="ListParagraph"/>
      </w:pPr>
      <w:r>
        <w:rPr>
          <w:sz w:val="22"/>
        </w:rPr>
        <w:t>A. moves</w:t>
      </w:r>
    </w:p>
    <w:p>
      <w:pPr>
        <w:pStyle w:val="ListParagraph"/>
      </w:pPr>
      <w:r>
        <w:rPr>
          <w:sz w:val="22"/>
        </w:rPr>
        <w:t>B. moved</w:t>
      </w:r>
    </w:p>
    <w:p>
      <w:pPr>
        <w:pStyle w:val="ListParagraph"/>
      </w:pPr>
      <w:r>
        <w:rPr>
          <w:sz w:val="22"/>
        </w:rPr>
        <w:t>C. is moving</w:t>
      </w:r>
    </w:p>
    <w:p>
      <w:pPr>
        <w:pStyle w:val="ListParagraph"/>
      </w:pPr>
      <w:r>
        <w:rPr>
          <w:sz w:val="22"/>
        </w:rPr>
        <w:t>D. was moving</w:t>
      </w:r>
    </w:p>
    <w:p/>
    <w:p>
      <w:r>
        <w:rPr>
          <w:b/>
          <w:sz w:val="24"/>
        </w:rPr>
        <w:t>Câu 35: After my brother ________ school, he ________ the army.</w:t>
      </w:r>
    </w:p>
    <w:p>
      <w:pPr>
        <w:pStyle w:val="ListParagraph"/>
      </w:pPr>
      <w:r>
        <w:rPr>
          <w:sz w:val="22"/>
        </w:rPr>
        <w:t>A. finished-joined</w:t>
      </w:r>
    </w:p>
    <w:p>
      <w:pPr>
        <w:pStyle w:val="ListParagraph"/>
      </w:pPr>
      <w:r>
        <w:rPr>
          <w:sz w:val="22"/>
        </w:rPr>
        <w:t>B. finished-was joining</w:t>
      </w:r>
    </w:p>
    <w:p>
      <w:pPr>
        <w:pStyle w:val="ListParagraph"/>
      </w:pPr>
      <w:r>
        <w:rPr>
          <w:sz w:val="22"/>
        </w:rPr>
        <w:t>C. was finishing-joined</w:t>
      </w:r>
    </w:p>
    <w:p>
      <w:pPr>
        <w:pStyle w:val="ListParagraph"/>
      </w:pPr>
      <w:r>
        <w:rPr>
          <w:sz w:val="22"/>
        </w:rPr>
        <w:t>D. was finishing - was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