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Hóa học Lớp 6 - Chất quanh ta và sự biến đổi của chất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Chất nào sau đây là chất tinh khiết?</w:t>
      </w:r>
    </w:p>
    <w:p>
      <w:pPr>
        <w:pStyle w:val="ListParagraph"/>
      </w:pPr>
      <w:r>
        <w:rPr>
          <w:sz w:val="22"/>
        </w:rPr>
        <w:t>A. Nước khoáng</w:t>
      </w:r>
    </w:p>
    <w:p>
      <w:pPr>
        <w:pStyle w:val="ListParagraph"/>
      </w:pPr>
      <w:r>
        <w:rPr>
          <w:sz w:val="22"/>
        </w:rPr>
        <w:t>B. Nước cất</w:t>
      </w:r>
    </w:p>
    <w:p>
      <w:pPr>
        <w:pStyle w:val="ListParagraph"/>
      </w:pPr>
      <w:r>
        <w:rPr>
          <w:sz w:val="22"/>
        </w:rPr>
        <w:t>C. Nước biển</w:t>
      </w:r>
    </w:p>
    <w:p>
      <w:pPr>
        <w:pStyle w:val="ListParagraph"/>
      </w:pPr>
      <w:r>
        <w:rPr>
          <w:sz w:val="22"/>
        </w:rPr>
        <w:t>D. Nước mưa</w:t>
      </w:r>
    </w:p>
    <w:p/>
    <w:p>
      <w:r>
        <w:rPr>
          <w:b/>
          <w:sz w:val="24"/>
        </w:rPr>
        <w:t>Câu 2: Quá trình nào sau đây là biến đổi hóa học?</w:t>
      </w:r>
    </w:p>
    <w:p>
      <w:pPr>
        <w:pStyle w:val="ListParagraph"/>
      </w:pPr>
      <w:r>
        <w:rPr>
          <w:sz w:val="22"/>
        </w:rPr>
        <w:t>A. Nước đá tan thành nước lỏng</w:t>
      </w:r>
    </w:p>
    <w:p>
      <w:pPr>
        <w:pStyle w:val="ListParagraph"/>
      </w:pPr>
      <w:r>
        <w:rPr>
          <w:sz w:val="22"/>
        </w:rPr>
        <w:t>B. Đốt cháy than</w:t>
      </w:r>
    </w:p>
    <w:p>
      <w:pPr>
        <w:pStyle w:val="ListParagraph"/>
      </w:pPr>
      <w:r>
        <w:rPr>
          <w:sz w:val="22"/>
        </w:rPr>
        <w:t>C. Hòa tan muối vào nước</w:t>
      </w:r>
    </w:p>
    <w:p>
      <w:pPr>
        <w:pStyle w:val="ListParagraph"/>
      </w:pPr>
      <w:r>
        <w:rPr>
          <w:sz w:val="22"/>
        </w:rPr>
        <w:t>D. Cắt nhỏ giấy</w:t>
      </w:r>
    </w:p>
    <w:p/>
    <w:p>
      <w:r>
        <w:rPr>
          <w:b/>
          <w:sz w:val="24"/>
        </w:rPr>
        <w:t>Câu 3: Hiện tượng nào sau đây là biến đổi vật lí?</w:t>
      </w:r>
    </w:p>
    <w:p>
      <w:pPr>
        <w:pStyle w:val="ListParagraph"/>
      </w:pPr>
      <w:r>
        <w:rPr>
          <w:sz w:val="22"/>
        </w:rPr>
        <w:t>A. Đốt cháy gỗ</w:t>
      </w:r>
    </w:p>
    <w:p>
      <w:pPr>
        <w:pStyle w:val="ListParagraph"/>
      </w:pPr>
      <w:r>
        <w:rPr>
          <w:sz w:val="22"/>
        </w:rPr>
        <w:t>B. Sắt bị gỉ</w:t>
      </w:r>
    </w:p>
    <w:p>
      <w:pPr>
        <w:pStyle w:val="ListParagraph"/>
      </w:pPr>
      <w:r>
        <w:rPr>
          <w:sz w:val="22"/>
        </w:rPr>
        <w:t>C. Thủy tinh nóng chảy</w:t>
      </w:r>
    </w:p>
    <w:p>
      <w:pPr>
        <w:pStyle w:val="ListParagraph"/>
      </w:pPr>
      <w:r>
        <w:rPr>
          <w:sz w:val="22"/>
        </w:rPr>
        <w:t>D. Trứng bị thối</w:t>
      </w:r>
    </w:p>
    <w:p/>
    <w:p>
      <w:r>
        <w:rPr>
          <w:b/>
          <w:sz w:val="24"/>
        </w:rPr>
        <w:t>Câu 4: Chất nào sau đây là hỗn hợp?</w:t>
      </w:r>
    </w:p>
    <w:p>
      <w:pPr>
        <w:pStyle w:val="ListParagraph"/>
      </w:pPr>
      <w:r>
        <w:rPr>
          <w:sz w:val="22"/>
        </w:rPr>
        <w:t>A. Khí oxi</w:t>
      </w:r>
    </w:p>
    <w:p>
      <w:pPr>
        <w:pStyle w:val="ListParagraph"/>
      </w:pPr>
      <w:r>
        <w:rPr>
          <w:sz w:val="22"/>
        </w:rPr>
        <w:t>B. Nước cất</w:t>
      </w:r>
    </w:p>
    <w:p>
      <w:pPr>
        <w:pStyle w:val="ListParagraph"/>
      </w:pPr>
      <w:r>
        <w:rPr>
          <w:sz w:val="22"/>
        </w:rPr>
        <w:t>C. Không khí</w:t>
      </w:r>
    </w:p>
    <w:p>
      <w:pPr>
        <w:pStyle w:val="ListParagraph"/>
      </w:pPr>
      <w:r>
        <w:rPr>
          <w:sz w:val="22"/>
        </w:rPr>
        <w:t>D. Muối ăn tinh khiết</w:t>
      </w:r>
    </w:p>
    <w:p/>
    <w:p>
      <w:r>
        <w:rPr>
          <w:b/>
          <w:sz w:val="24"/>
        </w:rPr>
        <w:t>Câu 5: Dấu hiệu chính để phân biệt biến đổi hóa học với biến đổi vật lí là:</w:t>
      </w:r>
    </w:p>
    <w:p>
      <w:pPr>
        <w:pStyle w:val="ListParagraph"/>
      </w:pPr>
      <w:r>
        <w:rPr>
          <w:sz w:val="22"/>
        </w:rPr>
        <w:t>A. Sự thay đổi về trạng thái</w:t>
      </w:r>
    </w:p>
    <w:p>
      <w:pPr>
        <w:pStyle w:val="ListParagraph"/>
      </w:pPr>
      <w:r>
        <w:rPr>
          <w:sz w:val="22"/>
        </w:rPr>
        <w:t>B. Sự thay đổi về hình dạng</w:t>
      </w:r>
    </w:p>
    <w:p>
      <w:pPr>
        <w:pStyle w:val="ListParagraph"/>
      </w:pPr>
      <w:r>
        <w:rPr>
          <w:sz w:val="22"/>
        </w:rPr>
        <w:t>C. Sự tạo thành chất mới</w:t>
      </w:r>
    </w:p>
    <w:p>
      <w:pPr>
        <w:pStyle w:val="ListParagraph"/>
      </w:pPr>
      <w:r>
        <w:rPr>
          <w:sz w:val="22"/>
        </w:rPr>
        <w:t>D. Sự thay đổi về kích thước</w:t>
      </w:r>
    </w:p>
    <w:p/>
    <w:p>
      <w:r>
        <w:rPr>
          <w:b/>
          <w:sz w:val="24"/>
        </w:rPr>
        <w:t>Câu 6: Quá trình nào sau đây không phải là biến đổi hóa học?</w:t>
      </w:r>
    </w:p>
    <w:p>
      <w:pPr>
        <w:pStyle w:val="ListParagraph"/>
      </w:pPr>
      <w:r>
        <w:rPr>
          <w:sz w:val="22"/>
        </w:rPr>
        <w:t>A. Đốt cháy giấy</w:t>
      </w:r>
    </w:p>
    <w:p>
      <w:pPr>
        <w:pStyle w:val="ListParagraph"/>
      </w:pPr>
      <w:r>
        <w:rPr>
          <w:sz w:val="22"/>
        </w:rPr>
        <w:t>B. Sữa chua lên men</w:t>
      </w:r>
    </w:p>
    <w:p>
      <w:pPr>
        <w:pStyle w:val="ListParagraph"/>
      </w:pPr>
      <w:r>
        <w:rPr>
          <w:sz w:val="22"/>
        </w:rPr>
        <w:t>C. Nước bốc hơi</w:t>
      </w:r>
    </w:p>
    <w:p>
      <w:pPr>
        <w:pStyle w:val="ListParagraph"/>
      </w:pPr>
      <w:r>
        <w:rPr>
          <w:sz w:val="22"/>
        </w:rPr>
        <w:t>D. Đốt cháy khí gas</w:t>
      </w:r>
    </w:p>
    <w:p/>
    <w:p>
      <w:r>
        <w:rPr>
          <w:b/>
          <w:sz w:val="24"/>
        </w:rPr>
        <w:t>Câu 7: Chất nào sau đây được coi là chất tinh khiết?</w:t>
      </w:r>
    </w:p>
    <w:p>
      <w:pPr>
        <w:pStyle w:val="ListParagraph"/>
      </w:pPr>
      <w:r>
        <w:rPr>
          <w:sz w:val="22"/>
        </w:rPr>
        <w:t>A. Nước cam</w:t>
      </w:r>
    </w:p>
    <w:p>
      <w:pPr>
        <w:pStyle w:val="ListParagraph"/>
      </w:pPr>
      <w:r>
        <w:rPr>
          <w:sz w:val="22"/>
        </w:rPr>
        <w:t>B. Nước đường</w:t>
      </w:r>
    </w:p>
    <w:p>
      <w:pPr>
        <w:pStyle w:val="ListParagraph"/>
      </w:pPr>
      <w:r>
        <w:rPr>
          <w:sz w:val="22"/>
        </w:rPr>
        <w:t>C. Nước muối</w:t>
      </w:r>
    </w:p>
    <w:p>
      <w:pPr>
        <w:pStyle w:val="ListParagraph"/>
      </w:pPr>
      <w:r>
        <w:rPr>
          <w:sz w:val="22"/>
        </w:rPr>
        <w:t>D. Nước cất</w:t>
      </w:r>
    </w:p>
    <w:p/>
    <w:p>
      <w:r>
        <w:rPr>
          <w:b/>
          <w:sz w:val="24"/>
        </w:rPr>
        <w:t>Câu 8: Hiện tượng nào sau đây là biến đổi hóa học?</w:t>
      </w:r>
    </w:p>
    <w:p>
      <w:pPr>
        <w:pStyle w:val="ListParagraph"/>
      </w:pPr>
      <w:r>
        <w:rPr>
          <w:sz w:val="22"/>
        </w:rPr>
        <w:t>A. Hòa tan đường vào nước</w:t>
      </w:r>
    </w:p>
    <w:p>
      <w:pPr>
        <w:pStyle w:val="ListParagraph"/>
      </w:pPr>
      <w:r>
        <w:rPr>
          <w:sz w:val="22"/>
        </w:rPr>
        <w:t>B. Đun nóng đường đến khi chuyển màu nâu đen</w:t>
      </w:r>
    </w:p>
    <w:p>
      <w:pPr>
        <w:pStyle w:val="ListParagraph"/>
      </w:pPr>
      <w:r>
        <w:rPr>
          <w:sz w:val="22"/>
        </w:rPr>
        <w:t>C. Làm lạnh nước lỏng thành nước đá</w:t>
      </w:r>
    </w:p>
    <w:p>
      <w:pPr>
        <w:pStyle w:val="ListParagraph"/>
      </w:pPr>
      <w:r>
        <w:rPr>
          <w:sz w:val="22"/>
        </w:rPr>
        <w:t>D. Nghiền nhỏ than</w:t>
      </w:r>
    </w:p>
    <w:p/>
    <w:p>
      <w:r>
        <w:rPr>
          <w:b/>
          <w:sz w:val="24"/>
        </w:rPr>
        <w:t>Câu 9: Trong các quá trình sau, quá trình nào là biến đổi vật lí?</w:t>
      </w:r>
    </w:p>
    <w:p>
      <w:pPr>
        <w:pStyle w:val="ListParagraph"/>
      </w:pPr>
      <w:r>
        <w:rPr>
          <w:sz w:val="22"/>
        </w:rPr>
        <w:t>A. Đốt cháy cồn</w:t>
      </w:r>
    </w:p>
    <w:p>
      <w:pPr>
        <w:pStyle w:val="ListParagraph"/>
      </w:pPr>
      <w:r>
        <w:rPr>
          <w:sz w:val="22"/>
        </w:rPr>
        <w:t>B. Sắt bị gỉ</w:t>
      </w:r>
    </w:p>
    <w:p>
      <w:pPr>
        <w:pStyle w:val="ListParagraph"/>
      </w:pPr>
      <w:r>
        <w:rPr>
          <w:sz w:val="22"/>
        </w:rPr>
        <w:t>C. Hòa tan muối vào nước</w:t>
      </w:r>
    </w:p>
    <w:p>
      <w:pPr>
        <w:pStyle w:val="ListParagraph"/>
      </w:pPr>
      <w:r>
        <w:rPr>
          <w:sz w:val="22"/>
        </w:rPr>
        <w:t>D. Phân hủy đá vôi</w:t>
      </w:r>
    </w:p>
    <w:p/>
    <w:p>
      <w:r>
        <w:rPr>
          <w:b/>
          <w:sz w:val="24"/>
        </w:rPr>
        <w:t>Câu 10: Chất nào sau đây là hỗn hợp?</w:t>
      </w:r>
    </w:p>
    <w:p>
      <w:pPr>
        <w:pStyle w:val="ListParagraph"/>
      </w:pPr>
      <w:r>
        <w:rPr>
          <w:sz w:val="22"/>
        </w:rPr>
        <w:t>A. Khí nitơ</w:t>
      </w:r>
    </w:p>
    <w:p>
      <w:pPr>
        <w:pStyle w:val="ListParagraph"/>
      </w:pPr>
      <w:r>
        <w:rPr>
          <w:sz w:val="22"/>
        </w:rPr>
        <w:t>B. Nước cất</w:t>
      </w:r>
    </w:p>
    <w:p>
      <w:pPr>
        <w:pStyle w:val="ListParagraph"/>
      </w:pPr>
      <w:r>
        <w:rPr>
          <w:sz w:val="22"/>
        </w:rPr>
        <w:t>C. Nước biển</w:t>
      </w:r>
    </w:p>
    <w:p>
      <w:pPr>
        <w:pStyle w:val="ListParagraph"/>
      </w:pPr>
      <w:r>
        <w:rPr>
          <w:sz w:val="22"/>
        </w:rPr>
        <w:t>D. Muối ăn tinh khiết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