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Toán - đề thi giữ kì toán 11 kết nối tri thức có 12 câu t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Tập xác định của hàm số $y = \tan x$ là:</w:t>
      </w:r>
    </w:p>
    <w:p>
      <w:pPr>
        <w:pStyle w:val="ListParagraph"/>
      </w:pPr>
      <w:r>
        <w:rPr>
          <w:sz w:val="22"/>
        </w:rPr>
        <w:t>A. $\mathbb{R} \setminus \left\{ \frac{\pi}{2} + k\pi, k \in \mathbb{Z} \right\}$</w:t>
      </w:r>
    </w:p>
    <w:p>
      <w:pPr>
        <w:pStyle w:val="ListParagraph"/>
      </w:pPr>
      <w:r>
        <w:rPr>
          <w:sz w:val="22"/>
        </w:rPr>
        <w:t>B. $\mathbb{R} \setminus \left\{ k\pi, k \in \mathbb{Z} \right\}$</w:t>
      </w:r>
    </w:p>
    <w:p>
      <w:pPr>
        <w:pStyle w:val="ListParagraph"/>
      </w:pPr>
      <w:r>
        <w:rPr>
          <w:sz w:val="22"/>
        </w:rPr>
        <w:t>C. $\mathbb{R} \setminus \left\{ \frac{\pi}{2} + k2\pi, k \in \mathbb{Z} \right\}$</w:t>
      </w:r>
    </w:p>
    <w:p>
      <w:pPr>
        <w:pStyle w:val="ListParagraph"/>
      </w:pPr>
      <w:r>
        <w:rPr>
          <w:sz w:val="22"/>
        </w:rPr>
        <w:t>D. $\mathbb{R} \setminus \left\{ \frac{\pi}{4} + k\pi, k \in \mathbb{Z} \right\}$</w:t>
      </w:r>
    </w:p>
    <w:p/>
    <w:p>
      <w:r>
        <w:rPr>
          <w:b/>
          <w:sz w:val="24"/>
        </w:rPr>
        <w:t>Câu 2: Giá trị lớn nhất của hàm số $y = 3\sin x + 4\cos x$ là:</w:t>
      </w:r>
    </w:p>
    <w:p>
      <w:pPr>
        <w:pStyle w:val="ListParagraph"/>
      </w:pPr>
      <w:r>
        <w:rPr>
          <w:sz w:val="22"/>
        </w:rPr>
        <w:t>A. 3</w:t>
      </w:r>
    </w:p>
    <w:p>
      <w:pPr>
        <w:pStyle w:val="ListParagraph"/>
      </w:pPr>
      <w:r>
        <w:rPr>
          <w:sz w:val="22"/>
        </w:rPr>
        <w:t>B. 4</w:t>
      </w:r>
    </w:p>
    <w:p>
      <w:pPr>
        <w:pStyle w:val="ListParagraph"/>
      </w:pPr>
      <w:r>
        <w:rPr>
          <w:sz w:val="22"/>
        </w:rPr>
        <w:t>C. 5</w:t>
      </w:r>
    </w:p>
    <w:p>
      <w:pPr>
        <w:pStyle w:val="ListParagraph"/>
      </w:pPr>
      <w:r>
        <w:rPr>
          <w:sz w:val="22"/>
        </w:rPr>
        <w:t>D. 7</w:t>
      </w:r>
    </w:p>
    <w:p/>
    <w:p>
      <w:r>
        <w:rPr>
          <w:b/>
          <w:sz w:val="24"/>
        </w:rPr>
        <w:t>Câu 3: Phương trình $\sin x = \frac{1}{2}$ có nghiệm là:</w:t>
      </w:r>
    </w:p>
    <w:p>
      <w:pPr>
        <w:pStyle w:val="ListParagraph"/>
      </w:pPr>
      <w:r>
        <w:rPr>
          <w:sz w:val="22"/>
        </w:rPr>
        <w:t>A. $x = \frac{\pi}{6} + k2\pi$ hoặc $x = \frac{5\pi}{6} + k2\pi$</w:t>
      </w:r>
    </w:p>
    <w:p>
      <w:pPr>
        <w:pStyle w:val="ListParagraph"/>
      </w:pPr>
      <w:r>
        <w:rPr>
          <w:sz w:val="22"/>
        </w:rPr>
        <w:t>B. $x = \frac{\pi}{3} + k2\pi$ hoặc $x = \frac{2\pi}{3} + k2\pi$</w:t>
      </w:r>
    </w:p>
    <w:p>
      <w:pPr>
        <w:pStyle w:val="ListParagraph"/>
      </w:pPr>
      <w:r>
        <w:rPr>
          <w:sz w:val="22"/>
        </w:rPr>
        <w:t>C. $x = \frac{\pi}{6} + k\pi$</w:t>
      </w:r>
    </w:p>
    <w:p>
      <w:pPr>
        <w:pStyle w:val="ListParagraph"/>
      </w:pPr>
      <w:r>
        <w:rPr>
          <w:sz w:val="22"/>
        </w:rPr>
        <w:t>D. $x = \frac{\pi}{4} + k2\pi$ hoặc $x = \frac{3\pi}{4} + k2\pi$</w:t>
      </w:r>
    </w:p>
    <w:p/>
    <w:p>
      <w:r>
        <w:rPr>
          <w:b/>
          <w:sz w:val="24"/>
        </w:rPr>
        <w:t>Câu 4: Trong các dãy số sau, dãy số nào là cấp số cộng?</w:t>
      </w:r>
    </w:p>
    <w:p>
      <w:pPr>
        <w:pStyle w:val="ListParagraph"/>
      </w:pPr>
      <w:r>
        <w:rPr>
          <w:sz w:val="22"/>
        </w:rPr>
        <w:t>A. $1, 3, 5, 7, 9$</w:t>
      </w:r>
    </w:p>
    <w:p>
      <w:pPr>
        <w:pStyle w:val="ListParagraph"/>
      </w:pPr>
      <w:r>
        <w:rPr>
          <w:sz w:val="22"/>
        </w:rPr>
        <w:t>B. $1, 2, 4, 8, 16$</w:t>
      </w:r>
    </w:p>
    <w:p>
      <w:pPr>
        <w:pStyle w:val="ListParagraph"/>
      </w:pPr>
      <w:r>
        <w:rPr>
          <w:sz w:val="22"/>
        </w:rPr>
        <w:t>C. $1, 4, 9, 16, 25$</w:t>
      </w:r>
    </w:p>
    <w:p>
      <w:pPr>
        <w:pStyle w:val="ListParagraph"/>
      </w:pPr>
      <w:r>
        <w:rPr>
          <w:sz w:val="22"/>
        </w:rPr>
        <w:t>D. $2, 4, 8, 16, 32$</w:t>
      </w:r>
    </w:p>
    <w:p/>
    <w:p>
      <w:r>
        <w:rPr>
          <w:b/>
          <w:sz w:val="24"/>
        </w:rPr>
        <w:t>Câu 5: Cho cấp số nhân $(u_n)$ có $u_1 = 2$ và công bội $q = 3$. Số hạng $u_4$ bằng:</w:t>
      </w:r>
    </w:p>
    <w:p>
      <w:pPr>
        <w:pStyle w:val="ListParagraph"/>
      </w:pPr>
      <w:r>
        <w:rPr>
          <w:sz w:val="22"/>
        </w:rPr>
        <w:t>A. 18</w:t>
      </w:r>
    </w:p>
    <w:p>
      <w:pPr>
        <w:pStyle w:val="ListParagraph"/>
      </w:pPr>
      <w:r>
        <w:rPr>
          <w:sz w:val="22"/>
        </w:rPr>
        <w:t>B. 54</w:t>
      </w:r>
    </w:p>
    <w:p>
      <w:pPr>
        <w:pStyle w:val="ListParagraph"/>
      </w:pPr>
      <w:r>
        <w:rPr>
          <w:sz w:val="22"/>
        </w:rPr>
        <w:t>C. 162</w:t>
      </w:r>
    </w:p>
    <w:p>
      <w:pPr>
        <w:pStyle w:val="ListParagraph"/>
      </w:pPr>
      <w:r>
        <w:rPr>
          <w:sz w:val="22"/>
        </w:rPr>
        <w:t>D. 24</w:t>
      </w:r>
    </w:p>
    <w:p/>
    <w:p>
      <w:r>
        <w:rPr>
          <w:b/>
          <w:sz w:val="24"/>
        </w:rPr>
        <w:t>Câu 6: Giới hạn $\lim_{x \to 1} \frac{x^2 - 1}{x - 1}$ bằng:</w:t>
      </w:r>
    </w:p>
    <w:p>
      <w:pPr>
        <w:pStyle w:val="ListParagraph"/>
      </w:pPr>
      <w:r>
        <w:rPr>
          <w:sz w:val="22"/>
        </w:rPr>
        <w:t>A. 0</w:t>
      </w:r>
    </w:p>
    <w:p>
      <w:pPr>
        <w:pStyle w:val="ListParagraph"/>
      </w:pPr>
      <w:r>
        <w:rPr>
          <w:sz w:val="22"/>
        </w:rPr>
        <w:t>B. 1</w:t>
      </w:r>
    </w:p>
    <w:p>
      <w:pPr>
        <w:pStyle w:val="ListParagraph"/>
      </w:pPr>
      <w:r>
        <w:rPr>
          <w:sz w:val="22"/>
        </w:rPr>
        <w:t>C. 2</w:t>
      </w:r>
    </w:p>
    <w:p>
      <w:pPr>
        <w:pStyle w:val="ListParagraph"/>
      </w:pPr>
      <w:r>
        <w:rPr>
          <w:sz w:val="22"/>
        </w:rPr>
        <w:t>D. Không tồn tại</w:t>
      </w:r>
    </w:p>
    <w:p/>
    <w:p>
      <w:r>
        <w:rPr>
          <w:b/>
          <w:sz w:val="24"/>
        </w:rPr>
        <w:t>Câu 7: Hàm số $y = f(x)$ liên tục tại điểm $x_0$ nếu:</w:t>
      </w:r>
    </w:p>
    <w:p>
      <w:pPr>
        <w:pStyle w:val="ListParagraph"/>
      </w:pPr>
      <w:r>
        <w:rPr>
          <w:sz w:val="22"/>
        </w:rPr>
        <w:t>A. $\lim_{x \to x_0} f(x) = f(x_0)$</w:t>
      </w:r>
    </w:p>
    <w:p>
      <w:pPr>
        <w:pStyle w:val="ListParagraph"/>
      </w:pPr>
      <w:r>
        <w:rPr>
          <w:sz w:val="22"/>
        </w:rPr>
        <w:t>B. $\lim_{x \to x_0} f(x) = 0$</w:t>
      </w:r>
    </w:p>
    <w:p>
      <w:pPr>
        <w:pStyle w:val="ListParagraph"/>
      </w:pPr>
      <w:r>
        <w:rPr>
          <w:sz w:val="22"/>
        </w:rPr>
        <w:t>C. $f(x_0) = 0$</w:t>
      </w:r>
    </w:p>
    <w:p>
      <w:pPr>
        <w:pStyle w:val="ListParagraph"/>
      </w:pPr>
      <w:r>
        <w:rPr>
          <w:sz w:val="22"/>
        </w:rPr>
        <w:t>D. $\lim_{x \to x_0} f(x) = \infty$</w:t>
      </w:r>
    </w:p>
    <w:p/>
    <w:p>
      <w:r>
        <w:rPr>
          <w:b/>
          <w:sz w:val="24"/>
        </w:rPr>
        <w:t>Câu 8: Đạo hàm của hàm số $y = x^3 - 3x^2 + 2$ là:</w:t>
      </w:r>
    </w:p>
    <w:p>
      <w:pPr>
        <w:pStyle w:val="ListParagraph"/>
      </w:pPr>
      <w:r>
        <w:rPr>
          <w:sz w:val="22"/>
        </w:rPr>
        <w:t>A. $3x^2 - 6x$</w:t>
      </w:r>
    </w:p>
    <w:p>
      <w:pPr>
        <w:pStyle w:val="ListParagraph"/>
      </w:pPr>
      <w:r>
        <w:rPr>
          <w:sz w:val="22"/>
        </w:rPr>
        <w:t>B. $3x^2 - 6x + 2$</w:t>
      </w:r>
    </w:p>
    <w:p>
      <w:pPr>
        <w:pStyle w:val="ListParagraph"/>
      </w:pPr>
      <w:r>
        <w:rPr>
          <w:sz w:val="22"/>
        </w:rPr>
        <w:t>C. $x^2 - 6x$</w:t>
      </w:r>
    </w:p>
    <w:p>
      <w:pPr>
        <w:pStyle w:val="ListParagraph"/>
      </w:pPr>
      <w:r>
        <w:rPr>
          <w:sz w:val="22"/>
        </w:rPr>
        <w:t>D. $3x^2 - 3x$</w:t>
      </w:r>
    </w:p>
    <w:p/>
    <w:p>
      <w:r>
        <w:rPr>
          <w:b/>
          <w:sz w:val="24"/>
        </w:rPr>
        <w:t>Câu 9: Cho hình chóp $S.ABCD$ có đáy $ABCD$ là hình bình hành. Giao tuyến của hai mặt phẳng $(SAB)$ và $(SCD)$ là:</w:t>
      </w:r>
    </w:p>
    <w:p>
      <w:pPr>
        <w:pStyle w:val="ListParagraph"/>
      </w:pPr>
      <w:r>
        <w:rPr>
          <w:sz w:val="22"/>
        </w:rPr>
        <w:t>A. Đường thẳng đi qua $S$ và song song với $AB$</w:t>
      </w:r>
    </w:p>
    <w:p>
      <w:pPr>
        <w:pStyle w:val="ListParagraph"/>
      </w:pPr>
      <w:r>
        <w:rPr>
          <w:sz w:val="22"/>
        </w:rPr>
        <w:t>B. Đường thẳng $SD$</w:t>
      </w:r>
    </w:p>
    <w:p>
      <w:pPr>
        <w:pStyle w:val="ListParagraph"/>
      </w:pPr>
      <w:r>
        <w:rPr>
          <w:sz w:val="22"/>
        </w:rPr>
        <w:t>C. Đường thẳng $SC$</w:t>
      </w:r>
    </w:p>
    <w:p>
      <w:pPr>
        <w:pStyle w:val="ListParagraph"/>
      </w:pPr>
      <w:r>
        <w:rPr>
          <w:sz w:val="22"/>
        </w:rPr>
        <w:t>D. Đường thẳng $SA$</w:t>
      </w:r>
    </w:p>
    <w:p/>
    <w:p>
      <w:r>
        <w:rPr>
          <w:b/>
          <w:sz w:val="24"/>
        </w:rPr>
        <w:t>Câu 10: Trong không gian, hai đường thẳng được gọi là chéo nhau nếu:</w:t>
      </w:r>
    </w:p>
    <w:p>
      <w:pPr>
        <w:pStyle w:val="ListParagraph"/>
      </w:pPr>
      <w:r>
        <w:rPr>
          <w:sz w:val="22"/>
        </w:rPr>
        <w:t>A. Chúng không cùng nằm trong một mặt phẳng</w:t>
      </w:r>
    </w:p>
    <w:p>
      <w:pPr>
        <w:pStyle w:val="ListParagraph"/>
      </w:pPr>
      <w:r>
        <w:rPr>
          <w:sz w:val="22"/>
        </w:rPr>
        <w:t>B. Chúng không có điểm chung</w:t>
      </w:r>
    </w:p>
    <w:p>
      <w:pPr>
        <w:pStyle w:val="ListParagraph"/>
      </w:pPr>
      <w:r>
        <w:rPr>
          <w:sz w:val="22"/>
        </w:rPr>
        <w:t>C. Chúng cùng nằm trong một mặt phẳng và không cắt nhau</w:t>
      </w:r>
    </w:p>
    <w:p>
      <w:pPr>
        <w:pStyle w:val="ListParagraph"/>
      </w:pPr>
      <w:r>
        <w:rPr>
          <w:sz w:val="22"/>
        </w:rPr>
        <w:t>D. Chúng cắt nhau</w:t>
      </w:r>
    </w:p>
    <w:p/>
    <w:p>
      <w:r>
        <w:rPr>
          <w:b/>
          <w:sz w:val="24"/>
        </w:rPr>
        <w:t>Câu 11: Cho tứ diện $ABCD$. Gọi $M, N$ lần lượt là trung điểm của $AB$ và $CD$. Đường thẳng $MN$ song song với mặt phẳng nào sau đây?</w:t>
      </w:r>
    </w:p>
    <w:p>
      <w:pPr>
        <w:pStyle w:val="ListParagraph"/>
      </w:pPr>
      <w:r>
        <w:rPr>
          <w:sz w:val="22"/>
        </w:rPr>
        <w:t>A. $(ABC)$</w:t>
      </w:r>
    </w:p>
    <w:p>
      <w:pPr>
        <w:pStyle w:val="ListParagraph"/>
      </w:pPr>
      <w:r>
        <w:rPr>
          <w:sz w:val="22"/>
        </w:rPr>
        <w:t>B. $(ABD)$</w:t>
      </w:r>
    </w:p>
    <w:p>
      <w:pPr>
        <w:pStyle w:val="ListParagraph"/>
      </w:pPr>
      <w:r>
        <w:rPr>
          <w:sz w:val="22"/>
        </w:rPr>
        <w:t>C. $(ACD)$</w:t>
      </w:r>
    </w:p>
    <w:p>
      <w:pPr>
        <w:pStyle w:val="ListParagraph"/>
      </w:pPr>
      <w:r>
        <w:rPr>
          <w:sz w:val="22"/>
        </w:rPr>
        <w:t>D. $(BCD)$</w:t>
      </w:r>
    </w:p>
    <w:p/>
    <w:p>
      <w:r>
        <w:rPr>
          <w:b/>
          <w:sz w:val="24"/>
        </w:rPr>
        <w:t>Câu 12: Cho hình lăng trụ tam giác $ABC.A'B'C'$. Mặt phẳng $(A'BC)$ song song với mặt phẳng nào sau đây?</w:t>
      </w:r>
    </w:p>
    <w:p>
      <w:pPr>
        <w:pStyle w:val="ListParagraph"/>
      </w:pPr>
      <w:r>
        <w:rPr>
          <w:sz w:val="22"/>
        </w:rPr>
        <w:t>A. $(AB'C')$</w:t>
      </w:r>
    </w:p>
    <w:p>
      <w:pPr>
        <w:pStyle w:val="ListParagraph"/>
      </w:pPr>
      <w:r>
        <w:rPr>
          <w:sz w:val="22"/>
        </w:rPr>
        <w:t>B. $(ABC)$</w:t>
      </w:r>
    </w:p>
    <w:p>
      <w:pPr>
        <w:pStyle w:val="ListParagraph"/>
      </w:pPr>
      <w:r>
        <w:rPr>
          <w:sz w:val="22"/>
        </w:rPr>
        <w:t>C. $(A'B'C')$</w:t>
      </w:r>
    </w:p>
    <w:p>
      <w:pPr>
        <w:pStyle w:val="ListParagraph"/>
      </w:pPr>
      <w:r>
        <w:rPr>
          <w:sz w:val="22"/>
        </w:rPr>
        <w:t>D. $(AB'C)$</w:t>
      </w:r>
    </w:p>
    <w:p/>
    <w:p>
      <w:r>
        <w:rPr>
          <w:b/>
          <w:sz w:val="24"/>
        </w:rPr>
        <w:t>Câu 13: Cho hàm số $f(x) = \begin{cases} \frac{x^2 - 4}{x - 2} &amp; \text{khi } x \neq 2 \\ m &amp; \text{khi } x = 2 \end{cases}$. Tìm $m$ để hàm số liên tục tại $x = 2$.</w:t>
      </w:r>
    </w:p>
    <w:p>
      <w:pPr>
        <w:pStyle w:val="ListParagraph"/>
      </w:pPr>
      <w:r>
        <w:rPr>
          <w:sz w:val="22"/>
        </w:rPr>
        <w:t>A. $m = 4$</w:t>
      </w:r>
    </w:p>
    <w:p>
      <w:pPr>
        <w:pStyle w:val="ListParagraph"/>
      </w:pPr>
      <w:r>
        <w:rPr>
          <w:sz w:val="22"/>
        </w:rPr>
        <w:t>B. $m = 2$</w:t>
      </w:r>
    </w:p>
    <w:p>
      <w:pPr>
        <w:pStyle w:val="ListParagraph"/>
      </w:pPr>
      <w:r>
        <w:rPr>
          <w:sz w:val="22"/>
        </w:rPr>
        <w:t>C. $m = 0$</w:t>
      </w:r>
    </w:p>
    <w:p>
      <w:pPr>
        <w:pStyle w:val="ListParagraph"/>
      </w:pPr>
      <w:r>
        <w:rPr>
          <w:sz w:val="22"/>
        </w:rPr>
        <w:t>D. $m = 1$</w:t>
      </w:r>
    </w:p>
    <w:p/>
    <w:p>
      <w:r>
        <w:rPr>
          <w:b/>
          <w:sz w:val="24"/>
        </w:rPr>
        <w:t>Câu 14: Cho hàm số $f(x) = x^3 - 3x + 1$. Khẳng định nào sau đây đúng?</w:t>
      </w:r>
    </w:p>
    <w:p>
      <w:pPr>
        <w:pStyle w:val="ListParagraph"/>
      </w:pPr>
      <w:r>
        <w:rPr>
          <w:sz w:val="22"/>
        </w:rPr>
        <w:t>A. $f'(x) = 3x^2 - 3$</w:t>
      </w:r>
    </w:p>
    <w:p>
      <w:pPr>
        <w:pStyle w:val="ListParagraph"/>
      </w:pPr>
      <w:r>
        <w:rPr>
          <w:sz w:val="22"/>
        </w:rPr>
        <w:t>B. $f'(x) = 3x^2 + 3$</w:t>
      </w:r>
    </w:p>
    <w:p>
      <w:pPr>
        <w:pStyle w:val="ListParagraph"/>
      </w:pPr>
      <w:r>
        <w:rPr>
          <w:sz w:val="22"/>
        </w:rPr>
        <w:t>C. $f'(x) = x^2 - 3$</w:t>
      </w:r>
    </w:p>
    <w:p>
      <w:pPr>
        <w:pStyle w:val="ListParagraph"/>
      </w:pPr>
      <w:r>
        <w:rPr>
          <w:sz w:val="22"/>
        </w:rPr>
        <w:t>D. $f'(x) = 3x^2 - 3x$</w:t>
      </w:r>
    </w:p>
    <w:p/>
    <w:p>
      <w:r>
        <w:rPr>
          <w:b/>
          <w:sz w:val="24"/>
        </w:rPr>
        <w:t>Câu 15: Cho cấp số cộng $(u_n)$ có $u_1 = 3$ và công sai $d = 2$. Số hạng tổng quát $u_n$ là:</w:t>
      </w:r>
    </w:p>
    <w:p>
      <w:pPr>
        <w:pStyle w:val="ListParagraph"/>
      </w:pPr>
      <w:r>
        <w:rPr>
          <w:sz w:val="22"/>
        </w:rPr>
        <w:t>A. $u_n = 2n + 1$</w:t>
      </w:r>
    </w:p>
    <w:p>
      <w:pPr>
        <w:pStyle w:val="ListParagraph"/>
      </w:pPr>
      <w:r>
        <w:rPr>
          <w:sz w:val="22"/>
        </w:rPr>
        <w:t>B. $u_n = 3n - 1$</w:t>
      </w:r>
    </w:p>
    <w:p>
      <w:pPr>
        <w:pStyle w:val="ListParagraph"/>
      </w:pPr>
      <w:r>
        <w:rPr>
          <w:sz w:val="22"/>
        </w:rPr>
        <w:t>C. $u_n = 2n + 3$</w:t>
      </w:r>
    </w:p>
    <w:p>
      <w:pPr>
        <w:pStyle w:val="ListParagraph"/>
      </w:pPr>
      <w:r>
        <w:rPr>
          <w:sz w:val="22"/>
        </w:rPr>
        <w:t>D. $u_n = 3n + 2$</w:t>
      </w:r>
    </w:p>
    <w:p/>
    <w:p>
      <w:r>
        <w:rPr>
          <w:b/>
          <w:sz w:val="24"/>
        </w:rPr>
        <w:t>Câu 16: Cho hình chóp $S.ABCD$ có đáy $ABCD$ là hình thang với $AB \parallel CD$. Giao tuyến của hai mặt phẳng $(SAD)$ và $(SBC)$ là:</w:t>
      </w:r>
    </w:p>
    <w:p>
      <w:pPr>
        <w:pStyle w:val="ListParagraph"/>
      </w:pPr>
      <w:r>
        <w:rPr>
          <w:sz w:val="22"/>
        </w:rPr>
        <w:t>A. Đường thẳng đi qua $S$ và song song với $AB$</w:t>
      </w:r>
    </w:p>
    <w:p>
      <w:pPr>
        <w:pStyle w:val="ListParagraph"/>
      </w:pPr>
      <w:r>
        <w:rPr>
          <w:sz w:val="22"/>
        </w:rPr>
        <w:t>B. Đường thẳng $SD$</w:t>
      </w:r>
    </w:p>
    <w:p>
      <w:pPr>
        <w:pStyle w:val="ListParagraph"/>
      </w:pPr>
      <w:r>
        <w:rPr>
          <w:sz w:val="22"/>
        </w:rPr>
        <w:t>C. Đường thẳng $SC$</w:t>
      </w:r>
    </w:p>
    <w:p>
      <w:pPr>
        <w:pStyle w:val="ListParagraph"/>
      </w:pPr>
      <w:r>
        <w:rPr>
          <w:sz w:val="22"/>
        </w:rPr>
        <w:t>D. Đường thẳng $SA$</w:t>
      </w:r>
    </w:p>
    <w:p/>
    <w:p>
      <w:r>
        <w:rPr>
          <w:b/>
          <w:sz w:val="24"/>
        </w:rPr>
        <w:t>Câu 17: Cho hàm số $y = \sin x$. Đạo hàm của hàm số là:</w:t>
      </w:r>
    </w:p>
    <w:p>
      <w:pPr>
        <w:pStyle w:val="ListParagraph"/>
      </w:pPr>
      <w:r>
        <w:rPr>
          <w:sz w:val="22"/>
        </w:rPr>
        <w:t>A. $y' = \cos x$</w:t>
      </w:r>
    </w:p>
    <w:p>
      <w:pPr>
        <w:pStyle w:val="ListParagraph"/>
      </w:pPr>
      <w:r>
        <w:rPr>
          <w:sz w:val="22"/>
        </w:rPr>
        <w:t>B. $y' = -\cos x$</w:t>
      </w:r>
    </w:p>
    <w:p>
      <w:pPr>
        <w:pStyle w:val="ListParagraph"/>
      </w:pPr>
      <w:r>
        <w:rPr>
          <w:sz w:val="22"/>
        </w:rPr>
        <w:t>C. $y' = \sin x$</w:t>
      </w:r>
    </w:p>
    <w:p>
      <w:pPr>
        <w:pStyle w:val="ListParagraph"/>
      </w:pPr>
      <w:r>
        <w:rPr>
          <w:sz w:val="22"/>
        </w:rPr>
        <w:t>D. $y' = -\sin x$</w:t>
      </w:r>
    </w:p>
    <w:p/>
    <w:p>
      <w:r>
        <w:rPr>
          <w:b/>
          <w:sz w:val="24"/>
        </w:rPr>
        <w:t>Câu 18: Giới hạn $\lim_{x \to +\infty} \frac{2x + 1}{x - 3}$ bằng:</w:t>
      </w:r>
    </w:p>
    <w:p>
      <w:pPr>
        <w:pStyle w:val="ListParagraph"/>
      </w:pPr>
      <w:r>
        <w:rPr>
          <w:sz w:val="22"/>
        </w:rPr>
        <w:t>A. 2</w:t>
      </w:r>
    </w:p>
    <w:p>
      <w:pPr>
        <w:pStyle w:val="ListParagraph"/>
      </w:pPr>
      <w:r>
        <w:rPr>
          <w:sz w:val="22"/>
        </w:rPr>
        <w:t>B. 1</w:t>
      </w:r>
    </w:p>
    <w:p>
      <w:pPr>
        <w:pStyle w:val="ListParagraph"/>
      </w:pPr>
      <w:r>
        <w:rPr>
          <w:sz w:val="22"/>
        </w:rPr>
        <w:t>C. 0</w:t>
      </w:r>
    </w:p>
    <w:p>
      <w:pPr>
        <w:pStyle w:val="ListParagraph"/>
      </w:pPr>
      <w:r>
        <w:rPr>
          <w:sz w:val="22"/>
        </w:rPr>
        <w:t>D. $+\infty$</w:t>
      </w:r>
    </w:p>
    <w:p/>
    <w:p>
      <w:r>
        <w:rPr>
          <w:b/>
          <w:sz w:val="24"/>
        </w:rPr>
        <w:t>Câu 19: Cho hình chóp $S.ABCD$ có đáy $ABCD$ là hình vuông cạnh $a$, $SA \perp (ABCD)$ và $SA = a$. Khoảng cách từ $A$ đến mặt phẳng $(SBC)$ bằng:</w:t>
      </w:r>
    </w:p>
    <w:p>
      <w:pPr>
        <w:pStyle w:val="ListParagraph"/>
      </w:pPr>
      <w:r>
        <w:rPr>
          <w:sz w:val="22"/>
        </w:rPr>
        <w:t>A. $\frac{a\sqrt{2}}{2}$</w:t>
      </w:r>
    </w:p>
    <w:p>
      <w:pPr>
        <w:pStyle w:val="ListParagraph"/>
      </w:pPr>
      <w:r>
        <w:rPr>
          <w:sz w:val="22"/>
        </w:rPr>
        <w:t>B. $\frac{a\sqrt{3}}{2}$</w:t>
      </w:r>
    </w:p>
    <w:p>
      <w:pPr>
        <w:pStyle w:val="ListParagraph"/>
      </w:pPr>
      <w:r>
        <w:rPr>
          <w:sz w:val="22"/>
        </w:rPr>
        <w:t>C. $a$</w:t>
      </w:r>
    </w:p>
    <w:p>
      <w:pPr>
        <w:pStyle w:val="ListParagraph"/>
      </w:pPr>
      <w:r>
        <w:rPr>
          <w:sz w:val="22"/>
        </w:rPr>
        <w:t>D. $\frac{a}{2}$</w:t>
      </w:r>
    </w:p>
    <w:p/>
    <w:p>
      <w:r>
        <w:rPr>
          <w:b/>
          <w:sz w:val="24"/>
        </w:rPr>
        <w:t>Câu 20: Cho hàm số $f(x) = x^4 - 2x^2 + 1$. Số điểm cực trị của hàm số là: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0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