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toán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Kết quả của $2^3 + 3^2$ là: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2: Nghiệm của phương trình $2x+4=10$ là:</w:t>
      </w:r>
    </w:p>
    <w:p>
      <w:pPr>
        <w:pStyle w:val="ListParagraph"/>
      </w:pPr>
      <w:r>
        <w:rPr>
          <w:sz w:val="22"/>
        </w:rPr>
        <w:t>A. $x=2$</w:t>
      </w:r>
    </w:p>
    <w:p>
      <w:pPr>
        <w:pStyle w:val="ListParagraph"/>
      </w:pPr>
      <w:r>
        <w:rPr>
          <w:sz w:val="22"/>
        </w:rPr>
        <w:t>B. $x=3$</w:t>
      </w:r>
    </w:p>
    <w:p>
      <w:pPr>
        <w:pStyle w:val="ListParagraph"/>
      </w:pPr>
      <w:r>
        <w:rPr>
          <w:sz w:val="22"/>
        </w:rPr>
        <w:t>C. $x=4$</w:t>
      </w:r>
    </w:p>
    <w:p>
      <w:pPr>
        <w:pStyle w:val="ListParagraph"/>
      </w:pPr>
      <w:r>
        <w:rPr>
          <w:sz w:val="22"/>
        </w:rPr>
        <w:t>D. $x=5$</w:t>
      </w:r>
    </w:p>
    <w:p/>
    <w:p>
      <w:r>
        <w:rPr>
          <w:b/>
          <w:sz w:val="24"/>
        </w:rPr>
        <w:t>Câu 3: Đạo hàm của $f(x)=x^2+3x-1$ là:</w:t>
      </w:r>
    </w:p>
    <w:p>
      <w:pPr>
        <w:pStyle w:val="ListParagraph"/>
      </w:pPr>
      <w:r>
        <w:rPr>
          <w:sz w:val="22"/>
        </w:rPr>
        <w:t>A. $2x+3$</w:t>
      </w:r>
    </w:p>
    <w:p>
      <w:pPr>
        <w:pStyle w:val="ListParagraph"/>
      </w:pPr>
      <w:r>
        <w:rPr>
          <w:sz w:val="22"/>
        </w:rPr>
        <w:t>B. $x+3$</w:t>
      </w:r>
    </w:p>
    <w:p>
      <w:pPr>
        <w:pStyle w:val="ListParagraph"/>
      </w:pPr>
      <w:r>
        <w:rPr>
          <w:sz w:val="22"/>
        </w:rPr>
        <w:t>C. $2x-3$</w:t>
      </w:r>
    </w:p>
    <w:p>
      <w:pPr>
        <w:pStyle w:val="ListParagraph"/>
      </w:pPr>
      <w:r>
        <w:rPr>
          <w:sz w:val="22"/>
        </w:rPr>
        <w:t>D. $x^2+3$</w:t>
      </w:r>
    </w:p>
    <w:p/>
    <w:p>
      <w:r>
        <w:rPr>
          <w:b/>
          <w:sz w:val="24"/>
        </w:rPr>
        <w:t>Câu 4: Giá trị của $\log_2 8$ bằng: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5: Một hình chữ nhật có chiều dài 8 cm và chiều rộng 5 cm. Diện tích là:</w:t>
      </w:r>
    </w:p>
    <w:p>
      <w:pPr>
        <w:pStyle w:val="ListParagraph"/>
      </w:pPr>
      <w:r>
        <w:rPr>
          <w:sz w:val="22"/>
        </w:rPr>
        <w:t>A. 13 cm²</w:t>
      </w:r>
    </w:p>
    <w:p>
      <w:pPr>
        <w:pStyle w:val="ListParagraph"/>
      </w:pPr>
      <w:r>
        <w:rPr>
          <w:sz w:val="22"/>
        </w:rPr>
        <w:t>B. 26 cm²</w:t>
      </w:r>
    </w:p>
    <w:p>
      <w:pPr>
        <w:pStyle w:val="ListParagraph"/>
      </w:pPr>
      <w:r>
        <w:rPr>
          <w:sz w:val="22"/>
        </w:rPr>
        <w:t>C. 40 cm²</w:t>
      </w:r>
    </w:p>
    <w:p>
      <w:pPr>
        <w:pStyle w:val="ListParagraph"/>
      </w:pPr>
      <w:r>
        <w:rPr>
          <w:sz w:val="22"/>
        </w:rPr>
        <w:t>D. 80 cm²</w:t>
      </w:r>
    </w:p>
    <w:p/>
    <w:p>
      <w:r>
        <w:rPr>
          <w:b/>
          <w:sz w:val="24"/>
        </w:rPr>
        <w:t>Câu 6: Nếu $x^2=25$, các giá trị của $x$ là:</w:t>
      </w:r>
    </w:p>
    <w:p>
      <w:pPr>
        <w:pStyle w:val="ListParagraph"/>
      </w:pPr>
      <w:r>
        <w:rPr>
          <w:sz w:val="22"/>
        </w:rPr>
        <w:t>A. $x=5$</w:t>
      </w:r>
    </w:p>
    <w:p>
      <w:pPr>
        <w:pStyle w:val="ListParagraph"/>
      </w:pPr>
      <w:r>
        <w:rPr>
          <w:sz w:val="22"/>
        </w:rPr>
        <w:t>B. $x=-5$</w:t>
      </w:r>
    </w:p>
    <w:p>
      <w:pPr>
        <w:pStyle w:val="ListParagraph"/>
      </w:pPr>
      <w:r>
        <w:rPr>
          <w:sz w:val="22"/>
        </w:rPr>
        <w:t>C. $x=\pm 5$</w:t>
      </w:r>
    </w:p>
    <w:p>
      <w:pPr>
        <w:pStyle w:val="ListParagraph"/>
      </w:pPr>
      <w:r>
        <w:rPr>
          <w:sz w:val="22"/>
        </w:rPr>
        <w:t>D. $x=25$</w:t>
      </w:r>
    </w:p>
    <w:p/>
    <w:p>
      <w:r>
        <w:rPr>
          <w:b/>
          <w:sz w:val="24"/>
        </w:rPr>
        <w:t>Câu 7: Giá trị của $\sin 30^\circ$ là:</w:t>
      </w:r>
    </w:p>
    <w:p>
      <w:pPr>
        <w:pStyle w:val="ListParagraph"/>
      </w:pPr>
      <w:r>
        <w:rPr>
          <w:sz w:val="22"/>
        </w:rPr>
        <w:t>A. $0$</w:t>
      </w:r>
    </w:p>
    <w:p>
      <w:pPr>
        <w:pStyle w:val="ListParagraph"/>
      </w:pPr>
      <w:r>
        <w:rPr>
          <w:sz w:val="22"/>
        </w:rPr>
        <w:t>B. $\frac{1}{2}$</w:t>
      </w:r>
    </w:p>
    <w:p>
      <w:pPr>
        <w:pStyle w:val="ListParagraph"/>
      </w:pPr>
      <w:r>
        <w:rPr>
          <w:sz w:val="22"/>
        </w:rPr>
        <w:t>C. $\frac{\sqrt{2}}{2}$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8: Cấp số cộng $2,5,8,11,\ldots$ có công sai bằng: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9: Xác suất gieo một con xúc xắc 6 mặt và xuất hiện mặt số 4 là: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$\frac{1}{3}$</w:t>
      </w:r>
    </w:p>
    <w:p>
      <w:pPr>
        <w:pStyle w:val="ListParagraph"/>
      </w:pPr>
      <w:r>
        <w:rPr>
          <w:sz w:val="22"/>
        </w:rPr>
        <w:t>C. $\frac{1}{6}$</w:t>
      </w:r>
    </w:p>
    <w:p>
      <w:pPr>
        <w:pStyle w:val="ListParagraph"/>
      </w:pPr>
      <w:r>
        <w:rPr>
          <w:sz w:val="22"/>
        </w:rPr>
        <w:t>D. $\frac{1}{12}$</w:t>
      </w:r>
    </w:p>
    <w:p/>
    <w:p>
      <w:r>
        <w:rPr>
          <w:b/>
          <w:sz w:val="24"/>
        </w:rPr>
        <w:t>Câu 10: Nếu $a=3,b=4$, giá trị của $a^2+b^2$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