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KT-PL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Cạnh tranh trong nền kinh tế thị trường được hiểu là gì?</w:t>
      </w:r>
    </w:p>
    <w:p>
      <w:pPr>
        <w:pStyle w:val="ListParagraph"/>
      </w:pPr>
      <w:r>
        <w:rPr>
          <w:sz w:val="22"/>
        </w:rPr>
        <w:t>A. Sự ganh đua giữa các chủ thể kinh tế nhằm giành lợi thế</w:t>
      </w:r>
    </w:p>
    <w:p>
      <w:pPr>
        <w:pStyle w:val="ListParagraph"/>
      </w:pPr>
      <w:r>
        <w:rPr>
          <w:sz w:val="22"/>
        </w:rPr>
        <w:t>B. Sự hợp tác giữa các doanh nghiệp để cùng phát triển</w:t>
      </w:r>
    </w:p>
    <w:p>
      <w:pPr>
        <w:pStyle w:val="ListParagraph"/>
      </w:pPr>
      <w:r>
        <w:rPr>
          <w:sz w:val="22"/>
        </w:rPr>
        <w:t>C. Sự độc quyền của một doanh nghiệp trên thị trường</w:t>
      </w:r>
    </w:p>
    <w:p>
      <w:pPr>
        <w:pStyle w:val="ListParagraph"/>
      </w:pPr>
      <w:r>
        <w:rPr>
          <w:sz w:val="22"/>
        </w:rPr>
        <w:t>D. Sự can thiệp của nhà nước vào nền kinh tế</w:t>
      </w:r>
    </w:p>
    <w:p/>
    <w:p>
      <w:r>
        <w:rPr>
          <w:b/>
          <w:sz w:val="24"/>
        </w:rPr>
        <w:t>Câu 2: Đặc trưng cơ bản của nền kinh tế thị trường định hướng xã hội chủ nghĩa ở Việt Nam là gì?</w:t>
      </w:r>
    </w:p>
    <w:p>
      <w:pPr>
        <w:pStyle w:val="ListParagraph"/>
      </w:pPr>
      <w:r>
        <w:rPr>
          <w:sz w:val="22"/>
        </w:rPr>
        <w:t>A. Nền kinh tế chỉ có một thành phần kinh tế nhà nước</w:t>
      </w:r>
    </w:p>
    <w:p>
      <w:pPr>
        <w:pStyle w:val="ListParagraph"/>
      </w:pPr>
      <w:r>
        <w:rPr>
          <w:sz w:val="22"/>
        </w:rPr>
        <w:t>B. Nền kinh tế nhiều thành phần, trong đó kinh tế nhà nước giữ vai trò chủ đạo</w:t>
      </w:r>
    </w:p>
    <w:p>
      <w:pPr>
        <w:pStyle w:val="ListParagraph"/>
      </w:pPr>
      <w:r>
        <w:rPr>
          <w:sz w:val="22"/>
        </w:rPr>
        <w:t>C. Nền kinh tế hoàn toàn do tư nhân quyết định</w:t>
      </w:r>
    </w:p>
    <w:p>
      <w:pPr>
        <w:pStyle w:val="ListParagraph"/>
      </w:pPr>
      <w:r>
        <w:rPr>
          <w:sz w:val="22"/>
        </w:rPr>
        <w:t>D. Nền kinh tế không có sự quản lý của nhà nước</w:t>
      </w:r>
    </w:p>
    <w:p/>
    <w:p>
      <w:r>
        <w:rPr>
          <w:b/>
          <w:sz w:val="24"/>
        </w:rPr>
        <w:t>Câu 3: Cung là gì?</w:t>
      </w:r>
    </w:p>
    <w:p>
      <w:pPr>
        <w:pStyle w:val="ListParagraph"/>
      </w:pPr>
      <w:r>
        <w:rPr>
          <w:sz w:val="22"/>
        </w:rPr>
        <w:t>A. Số lượng hàng hóa mà người tiêu dùng muốn mua ở các mức giá khác nhau</w:t>
      </w:r>
    </w:p>
    <w:p>
      <w:pPr>
        <w:pStyle w:val="ListParagraph"/>
      </w:pPr>
      <w:r>
        <w:rPr>
          <w:sz w:val="22"/>
        </w:rPr>
        <w:t>B. Số lượng hàng hóa mà người sản xuất muốn bán ở các mức giá khác nhau</w:t>
      </w:r>
    </w:p>
    <w:p>
      <w:pPr>
        <w:pStyle w:val="ListParagraph"/>
      </w:pPr>
      <w:r>
        <w:rPr>
          <w:sz w:val="22"/>
        </w:rPr>
        <w:t>C. Số lượng hàng hóa có sẵn trong kho của doanh nghiệp</w:t>
      </w:r>
    </w:p>
    <w:p>
      <w:pPr>
        <w:pStyle w:val="ListParagraph"/>
      </w:pPr>
      <w:r>
        <w:rPr>
          <w:sz w:val="22"/>
        </w:rPr>
        <w:t>D. Số lượng hàng hóa mà nhà nước quy định phải bán</w:t>
      </w:r>
    </w:p>
    <w:p/>
    <w:p>
      <w:r>
        <w:rPr>
          <w:b/>
          <w:sz w:val="24"/>
        </w:rPr>
        <w:t>Câu 4: Cầu là gì?</w:t>
      </w:r>
    </w:p>
    <w:p>
      <w:pPr>
        <w:pStyle w:val="ListParagraph"/>
      </w:pPr>
      <w:r>
        <w:rPr>
          <w:sz w:val="22"/>
        </w:rPr>
        <w:t>A. Số lượng hàng hóa mà người sản xuất muốn bán ở các mức giá khác nhau</w:t>
      </w:r>
    </w:p>
    <w:p>
      <w:pPr>
        <w:pStyle w:val="ListParagraph"/>
      </w:pPr>
      <w:r>
        <w:rPr>
          <w:sz w:val="22"/>
        </w:rPr>
        <w:t>B. Số lượng hàng hóa mà người tiêu dùng muốn mua ở các mức giá khác nhau</w:t>
      </w:r>
    </w:p>
    <w:p>
      <w:pPr>
        <w:pStyle w:val="ListParagraph"/>
      </w:pPr>
      <w:r>
        <w:rPr>
          <w:sz w:val="22"/>
        </w:rPr>
        <w:t>C. Số lượng hàng hóa mà nhà nước cần mua</w:t>
      </w:r>
    </w:p>
    <w:p>
      <w:pPr>
        <w:pStyle w:val="ListParagraph"/>
      </w:pPr>
      <w:r>
        <w:rPr>
          <w:sz w:val="22"/>
        </w:rPr>
        <w:t>D. Số lượng hàng hóa tồn kho của doanh nghiệp</w:t>
      </w:r>
    </w:p>
    <w:p/>
    <w:p>
      <w:r>
        <w:rPr>
          <w:b/>
          <w:sz w:val="24"/>
        </w:rPr>
        <w:t>Câu 5: Khi giá cả của một loại hàng hóa tăng lên, lượng cung của hàng hóa đó sẽ như thế nào?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Tăng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Tăng rồi giảm</w:t>
      </w:r>
    </w:p>
    <w:p/>
    <w:p>
      <w:r>
        <w:rPr>
          <w:b/>
          <w:sz w:val="24"/>
        </w:rPr>
        <w:t>Câu 6: Khi giá cả của một loại hàng hóa tăng lên, lượng cầu của hàng hóa đó sẽ như thế nào?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Giảm rồi tăng</w:t>
      </w:r>
    </w:p>
    <w:p/>
    <w:p>
      <w:r>
        <w:rPr>
          <w:b/>
          <w:sz w:val="24"/>
        </w:rPr>
        <w:t>Câu 7: Giá cả thị trường được hình thành dựa trên cơ sở nào?</w:t>
      </w:r>
    </w:p>
    <w:p>
      <w:pPr>
        <w:pStyle w:val="ListParagraph"/>
      </w:pPr>
      <w:r>
        <w:rPr>
          <w:sz w:val="22"/>
        </w:rPr>
        <w:t>A. Sự thỏa thuận giữa người mua và người bán</w:t>
      </w:r>
    </w:p>
    <w:p>
      <w:pPr>
        <w:pStyle w:val="ListParagraph"/>
      </w:pPr>
      <w:r>
        <w:rPr>
          <w:sz w:val="22"/>
        </w:rPr>
        <w:t>B. Quy định của nhà nước</w:t>
      </w:r>
    </w:p>
    <w:p>
      <w:pPr>
        <w:pStyle w:val="ListParagraph"/>
      </w:pPr>
      <w:r>
        <w:rPr>
          <w:sz w:val="22"/>
        </w:rPr>
        <w:t>C. Chi phí sản xuất của doanh nghiệp</w:t>
      </w:r>
    </w:p>
    <w:p>
      <w:pPr>
        <w:pStyle w:val="ListParagraph"/>
      </w:pPr>
      <w:r>
        <w:rPr>
          <w:sz w:val="22"/>
        </w:rPr>
        <w:t>D. Sự cạnh tranh giữa các doanh nghiệp</w:t>
      </w:r>
    </w:p>
    <w:p/>
    <w:p>
      <w:r>
        <w:rPr>
          <w:b/>
          <w:sz w:val="24"/>
        </w:rPr>
        <w:t>Câu 8: Thị trường là gì?</w:t>
      </w:r>
    </w:p>
    <w:p>
      <w:pPr>
        <w:pStyle w:val="ListParagraph"/>
      </w:pPr>
      <w:r>
        <w:rPr>
          <w:sz w:val="22"/>
        </w:rPr>
        <w:t>A. Nơi diễn ra các hoạt động mua bán, trao đổi hàng hóa, dịch vụ</w:t>
      </w:r>
    </w:p>
    <w:p>
      <w:pPr>
        <w:pStyle w:val="ListParagraph"/>
      </w:pPr>
      <w:r>
        <w:rPr>
          <w:sz w:val="22"/>
        </w:rPr>
        <w:t>B. Nơi sản xuất hàng hóa</w:t>
      </w:r>
    </w:p>
    <w:p>
      <w:pPr>
        <w:pStyle w:val="ListParagraph"/>
      </w:pPr>
      <w:r>
        <w:rPr>
          <w:sz w:val="22"/>
        </w:rPr>
        <w:t>C. Nơi nhà nước quản lý kinh tế</w:t>
      </w:r>
    </w:p>
    <w:p>
      <w:pPr>
        <w:pStyle w:val="ListParagraph"/>
      </w:pPr>
      <w:r>
        <w:rPr>
          <w:sz w:val="22"/>
        </w:rPr>
        <w:t>D. Nơi tập trung các doanh nghiệp</w:t>
      </w:r>
    </w:p>
    <w:p/>
    <w:p>
      <w:r>
        <w:rPr>
          <w:b/>
          <w:sz w:val="24"/>
        </w:rPr>
        <w:t>Câu 9: Cạnh tranh có vai trò gì trong nền kinh tế thị trường?</w:t>
      </w:r>
    </w:p>
    <w:p>
      <w:pPr>
        <w:pStyle w:val="ListParagraph"/>
      </w:pPr>
      <w:r>
        <w:rPr>
          <w:sz w:val="22"/>
        </w:rPr>
        <w:t>A. Kìm hãm sự phát triển của doanh nghiệp</w:t>
      </w:r>
    </w:p>
    <w:p>
      <w:pPr>
        <w:pStyle w:val="ListParagraph"/>
      </w:pPr>
      <w:r>
        <w:rPr>
          <w:sz w:val="22"/>
        </w:rPr>
        <w:t>B. Thúc đẩy doanh nghiệp nâng cao chất lượng, giảm chi phí</w:t>
      </w:r>
    </w:p>
    <w:p>
      <w:pPr>
        <w:pStyle w:val="ListParagraph"/>
      </w:pPr>
      <w:r>
        <w:rPr>
          <w:sz w:val="22"/>
        </w:rPr>
        <w:t>C. Gây ra độc quyền</w:t>
      </w:r>
    </w:p>
    <w:p>
      <w:pPr>
        <w:pStyle w:val="ListParagraph"/>
      </w:pPr>
      <w:r>
        <w:rPr>
          <w:sz w:val="22"/>
        </w:rPr>
        <w:t>D. Làm giảm nhu cầu của người tiêu dùng</w:t>
      </w:r>
    </w:p>
    <w:p/>
    <w:p>
      <w:r>
        <w:rPr>
          <w:b/>
          <w:sz w:val="24"/>
        </w:rPr>
        <w:t>Câu 10: Độc quyền trong kinh tế là gì?</w:t>
      </w:r>
    </w:p>
    <w:p>
      <w:pPr>
        <w:pStyle w:val="ListParagraph"/>
      </w:pPr>
      <w:r>
        <w:rPr>
          <w:sz w:val="22"/>
        </w:rPr>
        <w:t>A. Sự cạnh tranh lành mạnh giữa các doanh nghiệp</w:t>
      </w:r>
    </w:p>
    <w:p>
      <w:pPr>
        <w:pStyle w:val="ListParagraph"/>
      </w:pPr>
      <w:r>
        <w:rPr>
          <w:sz w:val="22"/>
        </w:rPr>
        <w:t>B. Sự chi phối của một doanh nghiệp hoặc một nhóm doanh nghiệp đối với thị trường</w:t>
      </w:r>
    </w:p>
    <w:p>
      <w:pPr>
        <w:pStyle w:val="ListParagraph"/>
      </w:pPr>
      <w:r>
        <w:rPr>
          <w:sz w:val="22"/>
        </w:rPr>
        <w:t>C. Sự hợp tác giữa các doanh nghiệp</w:t>
      </w:r>
    </w:p>
    <w:p>
      <w:pPr>
        <w:pStyle w:val="ListParagraph"/>
      </w:pPr>
      <w:r>
        <w:rPr>
          <w:sz w:val="22"/>
        </w:rPr>
        <w:t>D. Sự can thiệp của nhà nước vào thị trường</w:t>
      </w:r>
    </w:p>
    <w:p/>
    <w:p>
      <w:r>
        <w:rPr>
          <w:b/>
          <w:sz w:val="24"/>
        </w:rPr>
        <w:t>Câu 11: Nhà nước có vai trò gì trong nền kinh tế thị trường định hướng xã hội chủ nghĩa?</w:t>
      </w:r>
    </w:p>
    <w:p>
      <w:pPr>
        <w:pStyle w:val="ListParagraph"/>
      </w:pPr>
      <w:r>
        <w:rPr>
          <w:sz w:val="22"/>
        </w:rPr>
        <w:t>A. Không can thiệp vào nền kinh tế</w:t>
      </w:r>
    </w:p>
    <w:p>
      <w:pPr>
        <w:pStyle w:val="ListParagraph"/>
      </w:pPr>
      <w:r>
        <w:rPr>
          <w:sz w:val="22"/>
        </w:rPr>
        <w:t>B. Quản lý, điều tiết nền kinh tế bằng pháp luật, chính sách</w:t>
      </w:r>
    </w:p>
    <w:p>
      <w:pPr>
        <w:pStyle w:val="ListParagraph"/>
      </w:pPr>
      <w:r>
        <w:rPr>
          <w:sz w:val="22"/>
        </w:rPr>
        <w:t>C. Chỉ quản lý các doanh nghiệp nhà nước</w:t>
      </w:r>
    </w:p>
    <w:p>
      <w:pPr>
        <w:pStyle w:val="ListParagraph"/>
      </w:pPr>
      <w:r>
        <w:rPr>
          <w:sz w:val="22"/>
        </w:rPr>
        <w:t>D. Để nền kinh tế phát triển tự do hoàn toàn</w:t>
      </w:r>
    </w:p>
    <w:p/>
    <w:p>
      <w:r>
        <w:rPr>
          <w:b/>
          <w:sz w:val="24"/>
        </w:rPr>
        <w:t>Câu 12: Thành phần kinh tế nào giữ vai trò chủ đạo trong nền kinh tế thị trường định hướng xã hội chủ nghĩa ở Việt Nam?</w:t>
      </w:r>
    </w:p>
    <w:p>
      <w:pPr>
        <w:pStyle w:val="ListParagraph"/>
      </w:pPr>
      <w:r>
        <w:rPr>
          <w:sz w:val="22"/>
        </w:rPr>
        <w:t>A. Kinh tế tư nhân</w:t>
      </w:r>
    </w:p>
    <w:p>
      <w:pPr>
        <w:pStyle w:val="ListParagraph"/>
      </w:pPr>
      <w:r>
        <w:rPr>
          <w:sz w:val="22"/>
        </w:rPr>
        <w:t>B. Kinh tế tập thể</w:t>
      </w:r>
    </w:p>
    <w:p>
      <w:pPr>
        <w:pStyle w:val="ListParagraph"/>
      </w:pPr>
      <w:r>
        <w:rPr>
          <w:sz w:val="22"/>
        </w:rPr>
        <w:t>C. Kinh tế nhà nước</w:t>
      </w:r>
    </w:p>
    <w:p>
      <w:pPr>
        <w:pStyle w:val="ListParagraph"/>
      </w:pPr>
      <w:r>
        <w:rPr>
          <w:sz w:val="22"/>
        </w:rPr>
        <w:t>D. Kinh tế có vốn đầu tư nước ngoài</w:t>
      </w:r>
    </w:p>
    <w:p/>
    <w:p>
      <w:r>
        <w:rPr>
          <w:b/>
          <w:sz w:val="24"/>
        </w:rPr>
        <w:t>Câu 13: Cơ chế thị trường là gì?</w:t>
      </w:r>
    </w:p>
    <w:p>
      <w:pPr>
        <w:pStyle w:val="ListParagraph"/>
      </w:pPr>
      <w:r>
        <w:rPr>
          <w:sz w:val="22"/>
        </w:rPr>
        <w:t>A. Hệ thống các quan hệ kinh tế tự điều chỉnh theo quy luật của thị trường</w:t>
      </w:r>
    </w:p>
    <w:p>
      <w:pPr>
        <w:pStyle w:val="ListParagraph"/>
      </w:pPr>
      <w:r>
        <w:rPr>
          <w:sz w:val="22"/>
        </w:rPr>
        <w:t>B. Hệ thống các quy định của nhà nước về kinh tế</w:t>
      </w:r>
    </w:p>
    <w:p>
      <w:pPr>
        <w:pStyle w:val="ListParagraph"/>
      </w:pPr>
      <w:r>
        <w:rPr>
          <w:sz w:val="22"/>
        </w:rPr>
        <w:t>C. Hệ thống các doanh nghiệp nhà nước</w:t>
      </w:r>
    </w:p>
    <w:p>
      <w:pPr>
        <w:pStyle w:val="ListParagraph"/>
      </w:pPr>
      <w:r>
        <w:rPr>
          <w:sz w:val="22"/>
        </w:rPr>
        <w:t>D. Hệ thống các chính sách ưu đãi của nhà nước</w:t>
      </w:r>
    </w:p>
    <w:p/>
    <w:p>
      <w:r>
        <w:rPr>
          <w:b/>
          <w:sz w:val="24"/>
        </w:rPr>
        <w:t>Câu 14: Quy luật cung cầu tác động đến giá cả thị trường như thế nào?</w:t>
      </w:r>
    </w:p>
    <w:p>
      <w:pPr>
        <w:pStyle w:val="ListParagraph"/>
      </w:pPr>
      <w:r>
        <w:rPr>
          <w:sz w:val="22"/>
        </w:rPr>
        <w:t>A. Cung lớn hơn cầu thì giá tăng</w:t>
      </w:r>
    </w:p>
    <w:p>
      <w:pPr>
        <w:pStyle w:val="ListParagraph"/>
      </w:pPr>
      <w:r>
        <w:rPr>
          <w:sz w:val="22"/>
        </w:rPr>
        <w:t>B. Cầu lớn hơn cung thì giá giảm</w:t>
      </w:r>
    </w:p>
    <w:p>
      <w:pPr>
        <w:pStyle w:val="ListParagraph"/>
      </w:pPr>
      <w:r>
        <w:rPr>
          <w:sz w:val="22"/>
        </w:rPr>
        <w:t>C. Cung lớn hơn cầu thì giá giảm, cầu lớn hơn cung thì giá tăng</w:t>
      </w:r>
    </w:p>
    <w:p>
      <w:pPr>
        <w:pStyle w:val="ListParagraph"/>
      </w:pPr>
      <w:r>
        <w:rPr>
          <w:sz w:val="22"/>
        </w:rPr>
        <w:t>D. Cung cầu không ảnh hưởng đến giá cả</w:t>
      </w:r>
    </w:p>
    <w:p/>
    <w:p>
      <w:r>
        <w:rPr>
          <w:b/>
          <w:sz w:val="24"/>
        </w:rPr>
        <w:t>Câu 15: Mục tiêu của nền kinh tế thị trường định hướng xã hội chủ nghĩa ở Việt Nam là gì?</w:t>
      </w:r>
    </w:p>
    <w:p>
      <w:pPr>
        <w:pStyle w:val="ListParagraph"/>
      </w:pPr>
      <w:r>
        <w:rPr>
          <w:sz w:val="22"/>
        </w:rPr>
        <w:t>A. Phát triển kinh tế tư nhân là chính</w:t>
      </w:r>
    </w:p>
    <w:p>
      <w:pPr>
        <w:pStyle w:val="ListParagraph"/>
      </w:pPr>
      <w:r>
        <w:rPr>
          <w:sz w:val="22"/>
        </w:rPr>
        <w:t>B. Dân giàu, nước mạnh, dân chủ, công bằng, văn minh</w:t>
      </w:r>
    </w:p>
    <w:p>
      <w:pPr>
        <w:pStyle w:val="ListParagraph"/>
      </w:pPr>
      <w:r>
        <w:rPr>
          <w:sz w:val="22"/>
        </w:rPr>
        <w:t>C. Phát triển kinh tế nhà nước là duy nhất</w:t>
      </w:r>
    </w:p>
    <w:p>
      <w:pPr>
        <w:pStyle w:val="ListParagraph"/>
      </w:pPr>
      <w:r>
        <w:rPr>
          <w:sz w:val="22"/>
        </w:rPr>
        <w:t>D. Hội nhập kinh tế quốc tế không cần kiểm soát</w:t>
      </w:r>
    </w:p>
    <w:p/>
    <w:p>
      <w:r>
        <w:rPr>
          <w:b/>
          <w:sz w:val="24"/>
        </w:rPr>
        <w:t>Câu 16: Trong nền kinh tế thị trường, người tiêu dùng có vai trò gì?</w:t>
      </w:r>
    </w:p>
    <w:p>
      <w:pPr>
        <w:pStyle w:val="ListParagraph"/>
      </w:pPr>
      <w:r>
        <w:rPr>
          <w:sz w:val="22"/>
        </w:rPr>
        <w:t>A. Quyết định sản xuất</w:t>
      </w:r>
    </w:p>
    <w:p>
      <w:pPr>
        <w:pStyle w:val="ListParagraph"/>
      </w:pPr>
      <w:r>
        <w:rPr>
          <w:sz w:val="22"/>
        </w:rPr>
        <w:t>B. Định hướng sản xuất thông qua nhu cầu tiêu dùng</w:t>
      </w:r>
    </w:p>
    <w:p>
      <w:pPr>
        <w:pStyle w:val="ListParagraph"/>
      </w:pPr>
      <w:r>
        <w:rPr>
          <w:sz w:val="22"/>
        </w:rPr>
        <w:t>C. Quản lý thị trường</w:t>
      </w:r>
    </w:p>
    <w:p>
      <w:pPr>
        <w:pStyle w:val="ListParagraph"/>
      </w:pPr>
      <w:r>
        <w:rPr>
          <w:sz w:val="22"/>
        </w:rPr>
        <w:t>D. Ban hành chính sách kinh tế</w:t>
      </w:r>
    </w:p>
    <w:p/>
    <w:p>
      <w:r>
        <w:rPr>
          <w:b/>
          <w:sz w:val="24"/>
        </w:rPr>
        <w:t>Câu 17: Doanh nghiệp cần làm gì để nâng cao năng lực cạnh tranh?</w:t>
      </w:r>
    </w:p>
    <w:p>
      <w:pPr>
        <w:pStyle w:val="ListParagraph"/>
      </w:pPr>
      <w:r>
        <w:rPr>
          <w:sz w:val="22"/>
        </w:rPr>
        <w:t>A. Tăng giá bán sản phẩm</w:t>
      </w:r>
    </w:p>
    <w:p>
      <w:pPr>
        <w:pStyle w:val="ListParagraph"/>
      </w:pPr>
      <w:r>
        <w:rPr>
          <w:sz w:val="22"/>
        </w:rPr>
        <w:t>B. Nâng cao chất lượng sản phẩm, giảm chi phí sản xuất</w:t>
      </w:r>
    </w:p>
    <w:p>
      <w:pPr>
        <w:pStyle w:val="ListParagraph"/>
      </w:pPr>
      <w:r>
        <w:rPr>
          <w:sz w:val="22"/>
        </w:rPr>
        <w:t>C. Hạn chế quảng cáo</w:t>
      </w:r>
    </w:p>
    <w:p>
      <w:pPr>
        <w:pStyle w:val="ListParagraph"/>
      </w:pPr>
      <w:r>
        <w:rPr>
          <w:sz w:val="22"/>
        </w:rPr>
        <w:t>D. Giảm số lượng sản phẩm</w:t>
      </w:r>
    </w:p>
    <w:p/>
    <w:p>
      <w:r>
        <w:rPr>
          <w:b/>
          <w:sz w:val="24"/>
        </w:rPr>
        <w:t>Câu 18: Nhà nước sử dụng công cụ nào để điều tiết nền kinh tế?</w:t>
      </w:r>
    </w:p>
    <w:p>
      <w:pPr>
        <w:pStyle w:val="ListParagraph"/>
      </w:pPr>
      <w:r>
        <w:rPr>
          <w:sz w:val="22"/>
        </w:rPr>
        <w:t>A. Pháp luật, chính sách tài khóa, tiền tệ</w:t>
      </w:r>
    </w:p>
    <w:p>
      <w:pPr>
        <w:pStyle w:val="ListParagraph"/>
      </w:pPr>
      <w:r>
        <w:rPr>
          <w:sz w:val="22"/>
        </w:rPr>
        <w:t>B. Chỉ dùng mệnh lệnh hành chính</w:t>
      </w:r>
    </w:p>
    <w:p>
      <w:pPr>
        <w:pStyle w:val="ListParagraph"/>
      </w:pPr>
      <w:r>
        <w:rPr>
          <w:sz w:val="22"/>
        </w:rPr>
        <w:t>C. Chỉ dùng biện pháp thuyết phục</w:t>
      </w:r>
    </w:p>
    <w:p>
      <w:pPr>
        <w:pStyle w:val="ListParagraph"/>
      </w:pPr>
      <w:r>
        <w:rPr>
          <w:sz w:val="22"/>
        </w:rPr>
        <w:t>D. Không can thiệp</w:t>
      </w:r>
    </w:p>
    <w:p/>
    <w:p>
      <w:r>
        <w:rPr>
          <w:b/>
          <w:sz w:val="24"/>
        </w:rPr>
        <w:t>Câu 19: Ý nào sau đây không phải là đặc trưng của nền kinh tế thị trường định hướng xã hội chủ nghĩa ở Việt Nam?</w:t>
      </w:r>
    </w:p>
    <w:p>
      <w:pPr>
        <w:pStyle w:val="ListParagraph"/>
      </w:pPr>
      <w:r>
        <w:rPr>
          <w:sz w:val="22"/>
        </w:rPr>
        <w:t>A. Nền kinh tế nhiều thành phần</w:t>
      </w:r>
    </w:p>
    <w:p>
      <w:pPr>
        <w:pStyle w:val="ListParagraph"/>
      </w:pPr>
      <w:r>
        <w:rPr>
          <w:sz w:val="22"/>
        </w:rPr>
        <w:t>B. Nhà nước quản lý nền kinh tế</w:t>
      </w:r>
    </w:p>
    <w:p>
      <w:pPr>
        <w:pStyle w:val="ListParagraph"/>
      </w:pPr>
      <w:r>
        <w:rPr>
          <w:sz w:val="22"/>
        </w:rPr>
        <w:t>C. Kinh tế nhà nước giữ vai trò chủ đạo</w:t>
      </w:r>
    </w:p>
    <w:p>
      <w:pPr>
        <w:pStyle w:val="ListParagraph"/>
      </w:pPr>
      <w:r>
        <w:rPr>
          <w:sz w:val="22"/>
        </w:rPr>
        <w:t>D. Kinh tế tư nhân giữ vai trò chủ đạo</w:t>
      </w:r>
    </w:p>
    <w:p/>
    <w:p>
      <w:r>
        <w:rPr>
          <w:b/>
          <w:sz w:val="24"/>
        </w:rPr>
        <w:t>Câu 20: Cạnh tranh không lành mạnh là gì?</w:t>
      </w:r>
    </w:p>
    <w:p>
      <w:pPr>
        <w:pStyle w:val="ListParagraph"/>
      </w:pPr>
      <w:r>
        <w:rPr>
          <w:sz w:val="22"/>
        </w:rPr>
        <w:t>A. Cạnh tranh bằng cách nâng cao chất lượng sản phẩm</w:t>
      </w:r>
    </w:p>
    <w:p>
      <w:pPr>
        <w:pStyle w:val="ListParagraph"/>
      </w:pPr>
      <w:r>
        <w:rPr>
          <w:sz w:val="22"/>
        </w:rPr>
        <w:t>B. Cạnh tranh bằng cách giảm giá thành sản phẩm</w:t>
      </w:r>
    </w:p>
    <w:p>
      <w:pPr>
        <w:pStyle w:val="ListParagraph"/>
      </w:pPr>
      <w:r>
        <w:rPr>
          <w:sz w:val="22"/>
        </w:rPr>
        <w:t>C. Cạnh tranh bằng các hành vi vi phạm pháp luật, đạo đức kinh doanh</w:t>
      </w:r>
    </w:p>
    <w:p>
      <w:pPr>
        <w:pStyle w:val="ListParagraph"/>
      </w:pPr>
      <w:r>
        <w:rPr>
          <w:sz w:val="22"/>
        </w:rPr>
        <w:t>D. Cạnh tranh bằng cách mở rộng thị trường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