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NỘI DUNG CỦA CHỦ TRƯƠNG PHÁT TRIỂN KINH TẾ, XÃ HỘI</w:t>
      </w:r>
    </w:p>
    <w:p>
      <w:pPr>
        <w:jc w:val="center"/>
      </w:pPr>
      <w:r>
        <w:rPr>
          <w:sz w:val="22"/>
        </w:rPr>
        <w:t>Số câu: 20    Thời gian: _____ phút    Họ và tên: _________________________</w:t>
      </w:r>
    </w:p>
    <w:p/>
    <w:p>
      <w:r>
        <w:rPr>
          <w:b/>
          <w:sz w:val="24"/>
        </w:rPr>
        <w:t>Câu 1: Theo Chiến lược phát triển kinh tế - xã hội 2021-2030, có bao nhiêu quan điểm phát triển kinh tế - xã hội?</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2: Một trong những quan điểm phát triển kinh tế - xã hội theo Chiến lược 2021-2030 là:</w:t>
      </w:r>
    </w:p>
    <w:p>
      <w:pPr>
        <w:pStyle w:val="ListParagraph"/>
      </w:pPr>
      <w:r>
        <w:rPr>
          <w:sz w:val="22"/>
        </w:rPr>
        <w:t>A. Phát triển nhanh và bền vững dựa chủ yếu vào khoa học công nghệ, đổi mới sáng tạo và chuyển đổi số.</w:t>
      </w:r>
    </w:p>
    <w:p>
      <w:pPr>
        <w:pStyle w:val="ListParagraph"/>
      </w:pPr>
      <w:r>
        <w:rPr>
          <w:sz w:val="22"/>
        </w:rPr>
        <w:t>B. Phát triển kinh tế tư nhân là động lực duy nhất.</w:t>
      </w:r>
    </w:p>
    <w:p>
      <w:pPr>
        <w:pStyle w:val="ListParagraph"/>
      </w:pPr>
      <w:r>
        <w:rPr>
          <w:sz w:val="22"/>
        </w:rPr>
        <w:t>C. Ưu tiên phát triển công nghiệp nặng.</w:t>
      </w:r>
    </w:p>
    <w:p>
      <w:pPr>
        <w:pStyle w:val="ListParagraph"/>
      </w:pPr>
      <w:r>
        <w:rPr>
          <w:sz w:val="22"/>
        </w:rPr>
        <w:t>D. Tăng trưởng kinh tế bằng mọi giá.</w:t>
      </w:r>
    </w:p>
    <w:p/>
    <w:p>
      <w:r>
        <w:rPr>
          <w:b/>
          <w:sz w:val="24"/>
        </w:rPr>
        <w:t>Câu 3: Theo quan điểm phát triển kinh tế - xã hội, yếu tố nào được coi là điều kiện tiên quyết để thúc đẩy phát triển đất nước?</w:t>
      </w:r>
    </w:p>
    <w:p>
      <w:pPr>
        <w:pStyle w:val="ListParagraph"/>
      </w:pPr>
      <w:r>
        <w:rPr>
          <w:sz w:val="22"/>
        </w:rPr>
        <w:t>A. Cải cách, nâng cao chất lượng thể chế kinh tế thị trường định hướng xã hội chủ nghĩa.</w:t>
      </w:r>
    </w:p>
    <w:p>
      <w:pPr>
        <w:pStyle w:val="ListParagraph"/>
      </w:pPr>
      <w:r>
        <w:rPr>
          <w:sz w:val="22"/>
        </w:rPr>
        <w:t>B. Phát triển nông nghiệp.</w:t>
      </w:r>
    </w:p>
    <w:p>
      <w:pPr>
        <w:pStyle w:val="ListParagraph"/>
      </w:pPr>
      <w:r>
        <w:rPr>
          <w:sz w:val="22"/>
        </w:rPr>
        <w:t>C. Tăng cường xuất khẩu.</w:t>
      </w:r>
    </w:p>
    <w:p>
      <w:pPr>
        <w:pStyle w:val="ListParagraph"/>
      </w:pPr>
      <w:r>
        <w:rPr>
          <w:sz w:val="22"/>
        </w:rPr>
        <w:t>D. Thu hút vốn đầu tư nước ngoài.</w:t>
      </w:r>
    </w:p>
    <w:p/>
    <w:p>
      <w:r>
        <w:rPr>
          <w:b/>
          <w:sz w:val="24"/>
        </w:rPr>
        <w:t>Câu 4: Mục tiêu phấn đấu đến năm 2030, Việt Nam là nước đang phát triển có nền công nghiệp hiện đại, thu nhập trung bình cao. Điều này thuộc nội dung nào?</w:t>
      </w:r>
    </w:p>
    <w:p>
      <w:pPr>
        <w:pStyle w:val="ListParagraph"/>
      </w:pPr>
      <w:r>
        <w:rPr>
          <w:sz w:val="22"/>
        </w:rPr>
        <w:t>A. Quan điểm phát triển kinh tế - xã hội</w:t>
      </w:r>
    </w:p>
    <w:p>
      <w:pPr>
        <w:pStyle w:val="ListParagraph"/>
      </w:pPr>
      <w:r>
        <w:rPr>
          <w:sz w:val="22"/>
        </w:rPr>
        <w:t>B. Mục tiêu của chiến lược</w:t>
      </w:r>
    </w:p>
    <w:p>
      <w:pPr>
        <w:pStyle w:val="ListParagraph"/>
      </w:pPr>
      <w:r>
        <w:rPr>
          <w:sz w:val="22"/>
        </w:rPr>
        <w:t>C. Các đột phá chiến lược</w:t>
      </w:r>
    </w:p>
    <w:p>
      <w:pPr>
        <w:pStyle w:val="ListParagraph"/>
      </w:pPr>
      <w:r>
        <w:rPr>
          <w:sz w:val="22"/>
        </w:rPr>
        <w:t>D. Định hướng phát triển văn hóa, con người</w:t>
      </w:r>
    </w:p>
    <w:p/>
    <w:p>
      <w:r>
        <w:rPr>
          <w:b/>
          <w:sz w:val="24"/>
        </w:rPr>
        <w:t>Câu 5: Theo Chiến lược phát triển kinh tế - xã hội 2021-2030, đột phá chiến lược thứ nhất là gì?</w:t>
      </w:r>
    </w:p>
    <w:p>
      <w:pPr>
        <w:pStyle w:val="ListParagraph"/>
      </w:pPr>
      <w:r>
        <w:rPr>
          <w:sz w:val="22"/>
        </w:rPr>
        <w:t>A. Phát triển nguồn nhân lực chất lượng cao.</w:t>
      </w:r>
    </w:p>
    <w:p>
      <w:pPr>
        <w:pStyle w:val="ListParagraph"/>
      </w:pPr>
      <w:r>
        <w:rPr>
          <w:sz w:val="22"/>
        </w:rPr>
        <w:t>B. Hoàn thiện thể chế kinh tế thị trường định hướng xã hội chủ nghĩa.</w:t>
      </w:r>
    </w:p>
    <w:p>
      <w:pPr>
        <w:pStyle w:val="ListParagraph"/>
      </w:pPr>
      <w:r>
        <w:rPr>
          <w:sz w:val="22"/>
        </w:rPr>
        <w:t>C. Phát triển kết cấu hạ tầng đồng bộ.</w:t>
      </w:r>
    </w:p>
    <w:p>
      <w:pPr>
        <w:pStyle w:val="ListParagraph"/>
      </w:pPr>
      <w:r>
        <w:rPr>
          <w:sz w:val="22"/>
        </w:rPr>
        <w:t>D. Đẩy mạnh công nghiệp hóa, hiện đại hóa.</w:t>
      </w:r>
    </w:p>
    <w:p/>
    <w:p>
      <w:r>
        <w:rPr>
          <w:b/>
          <w:sz w:val="24"/>
        </w:rPr>
        <w:t>Câu 6: Nghị quyết Đại hội Đảng toàn quốc lần thứ XIII đã nêu ra bao nhiêu quan điểm phát triển văn hóa, con người?</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7: Theo quan điểm phát triển văn hóa, con người, văn hóa được xác định là gì?</w:t>
      </w:r>
    </w:p>
    <w:p>
      <w:pPr>
        <w:pStyle w:val="ListParagraph"/>
      </w:pPr>
      <w:r>
        <w:rPr>
          <w:sz w:val="22"/>
        </w:rPr>
        <w:t>A. Nền tảng tinh thần của xã hội, là mục tiêu, động lực phát triển bền vững đất nước.</w:t>
      </w:r>
    </w:p>
    <w:p>
      <w:pPr>
        <w:pStyle w:val="ListParagraph"/>
      </w:pPr>
      <w:r>
        <w:rPr>
          <w:sz w:val="22"/>
        </w:rPr>
        <w:t>B. Lĩnh vực phụ thuộc vào kinh tế.</w:t>
      </w:r>
    </w:p>
    <w:p>
      <w:pPr>
        <w:pStyle w:val="ListParagraph"/>
      </w:pPr>
      <w:r>
        <w:rPr>
          <w:sz w:val="22"/>
        </w:rPr>
        <w:t>C. Chỉ là hoạt động giải trí.</w:t>
      </w:r>
    </w:p>
    <w:p>
      <w:pPr>
        <w:pStyle w:val="ListParagraph"/>
      </w:pPr>
      <w:r>
        <w:rPr>
          <w:sz w:val="22"/>
        </w:rPr>
        <w:t>D. Công cụ để phát triển kinh tế.</w:t>
      </w:r>
    </w:p>
    <w:p/>
    <w:p>
      <w:r>
        <w:rPr>
          <w:b/>
          <w:sz w:val="24"/>
        </w:rPr>
        <w:t>Câu 8: Một trong những đặc tính cơ bản của con người Việt Nam cần xây dựng theo quan điểm phát triển văn hóa, con người là:</w:t>
      </w:r>
    </w:p>
    <w:p>
      <w:pPr>
        <w:pStyle w:val="ListParagraph"/>
      </w:pPr>
      <w:r>
        <w:rPr>
          <w:sz w:val="22"/>
        </w:rPr>
        <w:t>A. Yêu nước, nhân ái, nghĩa tình, trung thực, đoàn kết, cần cù, sáng tạo.</w:t>
      </w:r>
    </w:p>
    <w:p>
      <w:pPr>
        <w:pStyle w:val="ListParagraph"/>
      </w:pPr>
      <w:r>
        <w:rPr>
          <w:sz w:val="22"/>
        </w:rPr>
        <w:t>B. Thông minh, nhanh nhẹn, linh hoạt.</w:t>
      </w:r>
    </w:p>
    <w:p>
      <w:pPr>
        <w:pStyle w:val="ListParagraph"/>
      </w:pPr>
      <w:r>
        <w:rPr>
          <w:sz w:val="22"/>
        </w:rPr>
        <w:t>C. Giàu có, thành đạt.</w:t>
      </w:r>
    </w:p>
    <w:p>
      <w:pPr>
        <w:pStyle w:val="ListParagraph"/>
      </w:pPr>
      <w:r>
        <w:rPr>
          <w:sz w:val="22"/>
        </w:rPr>
        <w:t>D. Tự do, phóng khoáng.</w:t>
      </w:r>
    </w:p>
    <w:p/>
    <w:p>
      <w:r>
        <w:rPr>
          <w:b/>
          <w:sz w:val="24"/>
        </w:rPr>
        <w:t>Câu 9: Theo Cương lĩnh xây dựng đất nước (bổ sung, phát triển 2011), con người được xác định như thế nào trong chiến lược phát triển?</w:t>
      </w:r>
    </w:p>
    <w:p>
      <w:pPr>
        <w:pStyle w:val="ListParagraph"/>
      </w:pPr>
      <w:r>
        <w:rPr>
          <w:sz w:val="22"/>
        </w:rPr>
        <w:t>A. Là trung tâm của chiến lược phát triển, đồng thời là chủ thể phát triển.</w:t>
      </w:r>
    </w:p>
    <w:p>
      <w:pPr>
        <w:pStyle w:val="ListParagraph"/>
      </w:pPr>
      <w:r>
        <w:rPr>
          <w:sz w:val="22"/>
        </w:rPr>
        <w:t>B. Là nguồn lực để phát triển kinh tế.</w:t>
      </w:r>
    </w:p>
    <w:p>
      <w:pPr>
        <w:pStyle w:val="ListParagraph"/>
      </w:pPr>
      <w:r>
        <w:rPr>
          <w:sz w:val="22"/>
        </w:rPr>
        <w:t>C. Là đối tượng thụ hưởng chính sách.</w:t>
      </w:r>
    </w:p>
    <w:p>
      <w:pPr>
        <w:pStyle w:val="ListParagraph"/>
      </w:pPr>
      <w:r>
        <w:rPr>
          <w:sz w:val="22"/>
        </w:rPr>
        <w:t>D. Là công cụ của phát triển.</w:t>
      </w:r>
    </w:p>
    <w:p/>
    <w:p>
      <w:r>
        <w:rPr>
          <w:b/>
          <w:sz w:val="24"/>
        </w:rPr>
        <w:t>Câu 10: Giáo dục và đào tạo có sứ mệnh gì theo định hướng phát triển văn hóa, con người?</w:t>
      </w:r>
    </w:p>
    <w:p>
      <w:pPr>
        <w:pStyle w:val="ListParagraph"/>
      </w:pPr>
      <w:r>
        <w:rPr>
          <w:sz w:val="22"/>
        </w:rPr>
        <w:t>A. Nâng cao dân trí, phát triển nguồn nhân lực, bồi dưỡng nhân tài.</w:t>
      </w:r>
    </w:p>
    <w:p>
      <w:pPr>
        <w:pStyle w:val="ListParagraph"/>
      </w:pPr>
      <w:r>
        <w:rPr>
          <w:sz w:val="22"/>
        </w:rPr>
        <w:t>B. Đào tạo nghề cho người lao động.</w:t>
      </w:r>
    </w:p>
    <w:p>
      <w:pPr>
        <w:pStyle w:val="ListParagraph"/>
      </w:pPr>
      <w:r>
        <w:rPr>
          <w:sz w:val="22"/>
        </w:rPr>
        <w:t>C. Phổ cập giáo dục tiểu học.</w:t>
      </w:r>
    </w:p>
    <w:p>
      <w:pPr>
        <w:pStyle w:val="ListParagraph"/>
      </w:pPr>
      <w:r>
        <w:rPr>
          <w:sz w:val="22"/>
        </w:rPr>
        <w:t>D. Xây dựng trường đại học.</w:t>
      </w:r>
    </w:p>
    <w:p/>
    <w:p>
      <w:r>
        <w:rPr>
          <w:b/>
          <w:sz w:val="24"/>
        </w:rPr>
        <w:t>Câu 11: Theo định hướng phát triển văn hóa, con người, khoa học và công nghệ giữ vai trò gì?</w:t>
      </w:r>
    </w:p>
    <w:p>
      <w:pPr>
        <w:pStyle w:val="ListParagraph"/>
      </w:pPr>
      <w:r>
        <w:rPr>
          <w:sz w:val="22"/>
        </w:rPr>
        <w:t>A. Then chốt trong việc phát triển lực lượng sản xuất hiện đại.</w:t>
      </w:r>
    </w:p>
    <w:p>
      <w:pPr>
        <w:pStyle w:val="ListParagraph"/>
      </w:pPr>
      <w:r>
        <w:rPr>
          <w:sz w:val="22"/>
        </w:rPr>
        <w:t>B. Quan trọng trong phát triển kinh tế.</w:t>
      </w:r>
    </w:p>
    <w:p>
      <w:pPr>
        <w:pStyle w:val="ListParagraph"/>
      </w:pPr>
      <w:r>
        <w:rPr>
          <w:sz w:val="22"/>
        </w:rPr>
        <w:t>C. Hỗ trợ phát triển văn hóa.</w:t>
      </w:r>
    </w:p>
    <w:p>
      <w:pPr>
        <w:pStyle w:val="ListParagraph"/>
      </w:pPr>
      <w:r>
        <w:rPr>
          <w:sz w:val="22"/>
        </w:rPr>
        <w:t>D. Là lĩnh vực ưu tiên hàng đầu.</w:t>
      </w:r>
    </w:p>
    <w:p/>
    <w:p>
      <w:r>
        <w:rPr>
          <w:b/>
          <w:sz w:val="24"/>
        </w:rPr>
        <w:t>Câu 12: Một trong những giải pháp phát triển kinh tế - xã hội là tập trung hoàn thiện, nâng cao chất lượng thể chế kinh tế thị trường định hướng xã hội chủ nghĩa, giải quyết tốt hơn quan hệ giữa các yếu tố nào?</w:t>
      </w:r>
    </w:p>
    <w:p>
      <w:pPr>
        <w:pStyle w:val="ListParagraph"/>
      </w:pPr>
      <w:r>
        <w:rPr>
          <w:sz w:val="22"/>
        </w:rPr>
        <w:t>A. Nhà nước, thị trường và xã hội.</w:t>
      </w:r>
    </w:p>
    <w:p>
      <w:pPr>
        <w:pStyle w:val="ListParagraph"/>
      </w:pPr>
      <w:r>
        <w:rPr>
          <w:sz w:val="22"/>
        </w:rPr>
        <w:t>B. Nhà nước và doanh nghiệp.</w:t>
      </w:r>
    </w:p>
    <w:p>
      <w:pPr>
        <w:pStyle w:val="ListParagraph"/>
      </w:pPr>
      <w:r>
        <w:rPr>
          <w:sz w:val="22"/>
        </w:rPr>
        <w:t>C. Thị trường và người dân.</w:t>
      </w:r>
    </w:p>
    <w:p>
      <w:pPr>
        <w:pStyle w:val="ListParagraph"/>
      </w:pPr>
      <w:r>
        <w:rPr>
          <w:sz w:val="22"/>
        </w:rPr>
        <w:t>D. Nhà nước và nhân dân.</w:t>
      </w:r>
    </w:p>
    <w:p/>
    <w:p>
      <w:r>
        <w:rPr>
          <w:b/>
          <w:sz w:val="24"/>
        </w:rPr>
        <w:t>Câu 13: Để phát triển mạnh mẽ khoa học, công nghệ và đổi mới sáng tạo, cần lấy đối tượng nào làm trung tâm?</w:t>
      </w:r>
    </w:p>
    <w:p>
      <w:pPr>
        <w:pStyle w:val="ListParagraph"/>
      </w:pPr>
      <w:r>
        <w:rPr>
          <w:sz w:val="22"/>
        </w:rPr>
        <w:t>A. Doanh nghiệp</w:t>
      </w:r>
    </w:p>
    <w:p>
      <w:pPr>
        <w:pStyle w:val="ListParagraph"/>
      </w:pPr>
      <w:r>
        <w:rPr>
          <w:sz w:val="22"/>
        </w:rPr>
        <w:t>B. Nhà nước</w:t>
      </w:r>
    </w:p>
    <w:p>
      <w:pPr>
        <w:pStyle w:val="ListParagraph"/>
      </w:pPr>
      <w:r>
        <w:rPr>
          <w:sz w:val="22"/>
        </w:rPr>
        <w:t>C. Các viện nghiên cứu</w:t>
      </w:r>
    </w:p>
    <w:p>
      <w:pPr>
        <w:pStyle w:val="ListParagraph"/>
      </w:pPr>
      <w:r>
        <w:rPr>
          <w:sz w:val="22"/>
        </w:rPr>
        <w:t>D. Trường đại học</w:t>
      </w:r>
    </w:p>
    <w:p/>
    <w:p>
      <w:r>
        <w:rPr>
          <w:b/>
          <w:sz w:val="24"/>
        </w:rPr>
        <w:t>Câu 14: Phát triển nguồn nhân lực, giáo dục và đào tạo cần đáp ứng yêu cầu gì?</w:t>
      </w:r>
    </w:p>
    <w:p>
      <w:pPr>
        <w:pStyle w:val="ListParagraph"/>
      </w:pPr>
      <w:r>
        <w:rPr>
          <w:sz w:val="22"/>
        </w:rPr>
        <w:t>A. Nhân lực chất lượng cao của cuộc Cách mạng công nghiệp lần thứ tư và hội nhập quốc tế.</w:t>
      </w:r>
    </w:p>
    <w:p>
      <w:pPr>
        <w:pStyle w:val="ListParagraph"/>
      </w:pPr>
      <w:r>
        <w:rPr>
          <w:sz w:val="22"/>
        </w:rPr>
        <w:t>B. Nhân lực giá rẻ cho công nghiệp.</w:t>
      </w:r>
    </w:p>
    <w:p>
      <w:pPr>
        <w:pStyle w:val="ListParagraph"/>
      </w:pPr>
      <w:r>
        <w:rPr>
          <w:sz w:val="22"/>
        </w:rPr>
        <w:t>C. Nhân lực cho nông nghiệp.</w:t>
      </w:r>
    </w:p>
    <w:p>
      <w:pPr>
        <w:pStyle w:val="ListParagraph"/>
      </w:pPr>
      <w:r>
        <w:rPr>
          <w:sz w:val="22"/>
        </w:rPr>
        <w:t>D. Nhân lực cho xuất khẩu lao động.</w:t>
      </w:r>
    </w:p>
    <w:p/>
    <w:p>
      <w:r>
        <w:rPr>
          <w:b/>
          <w:sz w:val="24"/>
        </w:rPr>
        <w:t>Câu 15: Đẩy mạnh công nghiệp hóa, hiện đại hóa, cơ cấu lại nền kinh tế gắn với đổi mới mô hình tăng trưởng nhằm mục đích gì?</w:t>
      </w:r>
    </w:p>
    <w:p>
      <w:pPr>
        <w:pStyle w:val="ListParagraph"/>
      </w:pPr>
      <w:r>
        <w:rPr>
          <w:sz w:val="22"/>
        </w:rPr>
        <w:t>A. Bảo đảm thực chất, hiệu quả; phát triển nền kinh tế số; thúc đẩy tăng trưởng nhanh, bền vững.</w:t>
      </w:r>
    </w:p>
    <w:p>
      <w:pPr>
        <w:pStyle w:val="ListParagraph"/>
      </w:pPr>
      <w:r>
        <w:rPr>
          <w:sz w:val="22"/>
        </w:rPr>
        <w:t>B. Tăng thu ngân sách.</w:t>
      </w:r>
    </w:p>
    <w:p>
      <w:pPr>
        <w:pStyle w:val="ListParagraph"/>
      </w:pPr>
      <w:r>
        <w:rPr>
          <w:sz w:val="22"/>
        </w:rPr>
        <w:t>C. Giảm nhập khẩu.</w:t>
      </w:r>
    </w:p>
    <w:p>
      <w:pPr>
        <w:pStyle w:val="ListParagraph"/>
      </w:pPr>
      <w:r>
        <w:rPr>
          <w:sz w:val="22"/>
        </w:rPr>
        <w:t>D. Tăng xuất khẩu lao động.</w:t>
      </w:r>
    </w:p>
    <w:p/>
    <w:p>
      <w:r>
        <w:rPr>
          <w:b/>
          <w:sz w:val="24"/>
        </w:rPr>
        <w:t>Câu 16: Phát triển kết cấu hạ tầng, kinh tế vùng, kinh tế biển, lấy các đô thị làm động lực phát triển vùng và đẩy mạnh xây dựng nông thôn mới. Trong đó, phát triển kết cấu hạ tầng tập trung vào các dự án trọng điểm nào?</w:t>
      </w:r>
    </w:p>
    <w:p>
      <w:pPr>
        <w:pStyle w:val="ListParagraph"/>
      </w:pPr>
      <w:r>
        <w:rPr>
          <w:sz w:val="22"/>
        </w:rPr>
        <w:t>A. Giao thông, năng lượng và hạ tầng số.</w:t>
      </w:r>
    </w:p>
    <w:p>
      <w:pPr>
        <w:pStyle w:val="ListParagraph"/>
      </w:pPr>
      <w:r>
        <w:rPr>
          <w:sz w:val="22"/>
        </w:rPr>
        <w:t>B. Giáo dục, y tế.</w:t>
      </w:r>
    </w:p>
    <w:p>
      <w:pPr>
        <w:pStyle w:val="ListParagraph"/>
      </w:pPr>
      <w:r>
        <w:rPr>
          <w:sz w:val="22"/>
        </w:rPr>
        <w:t>C. Nông nghiệp, thủy lợi.</w:t>
      </w:r>
    </w:p>
    <w:p>
      <w:pPr>
        <w:pStyle w:val="ListParagraph"/>
      </w:pPr>
      <w:r>
        <w:rPr>
          <w:sz w:val="22"/>
        </w:rPr>
        <w:t>D. Công nghiệp, xây dựng.</w:t>
      </w:r>
    </w:p>
    <w:p/>
    <w:p>
      <w:r>
        <w:rPr>
          <w:b/>
          <w:sz w:val="24"/>
        </w:rPr>
        <w:t>Câu 17: Thực hiện tiến bộ và công bằng xã hội; không ngừng nâng cao đời sống vật chất, tinh thần của nhân dân. Trong đó, cải cách chính sách tiền lương theo hướng nào?</w:t>
      </w:r>
    </w:p>
    <w:p>
      <w:pPr>
        <w:pStyle w:val="ListParagraph"/>
      </w:pPr>
      <w:r>
        <w:rPr>
          <w:sz w:val="22"/>
        </w:rPr>
        <w:t>A. Tuân thủ nguyên tắc phân phối theo lao động và quy luật khách quan của kinh tế thị trường.</w:t>
      </w:r>
    </w:p>
    <w:p>
      <w:pPr>
        <w:pStyle w:val="ListParagraph"/>
      </w:pPr>
      <w:r>
        <w:rPr>
          <w:sz w:val="22"/>
        </w:rPr>
        <w:t>B. Tăng lương theo chỉ số giá.</w:t>
      </w:r>
    </w:p>
    <w:p>
      <w:pPr>
        <w:pStyle w:val="ListParagraph"/>
      </w:pPr>
      <w:r>
        <w:rPr>
          <w:sz w:val="22"/>
        </w:rPr>
        <w:t>C. Đảm bảo mức sống tối thiểu.</w:t>
      </w:r>
    </w:p>
    <w:p>
      <w:pPr>
        <w:pStyle w:val="ListParagraph"/>
      </w:pPr>
      <w:r>
        <w:rPr>
          <w:sz w:val="22"/>
        </w:rPr>
        <w:t>D. Phân phối bình quân.</w:t>
      </w:r>
    </w:p>
    <w:p/>
    <w:p>
      <w:r>
        <w:rPr>
          <w:b/>
          <w:sz w:val="24"/>
        </w:rPr>
        <w:t>Câu 18: Quản lý và sử dụng hiệu quả tài nguyên; tăng cường bảo vệ môi trường và ứng phó với biến đổi khí hậu. Một trong những giải pháp là:</w:t>
      </w:r>
    </w:p>
    <w:p>
      <w:pPr>
        <w:pStyle w:val="ListParagraph"/>
      </w:pPr>
      <w:r>
        <w:rPr>
          <w:sz w:val="22"/>
        </w:rPr>
        <w:t>A. Phát triển kinh tế xanh, ít chất thải, giảm nhẹ phát thải khí nhà kính, cácbon thấp.</w:t>
      </w:r>
    </w:p>
    <w:p>
      <w:pPr>
        <w:pStyle w:val="ListParagraph"/>
      </w:pPr>
      <w:r>
        <w:rPr>
          <w:sz w:val="22"/>
        </w:rPr>
        <w:t>B. Tăng cường khai thác tài nguyên.</w:t>
      </w:r>
    </w:p>
    <w:p>
      <w:pPr>
        <w:pStyle w:val="ListParagraph"/>
      </w:pPr>
      <w:r>
        <w:rPr>
          <w:sz w:val="22"/>
        </w:rPr>
        <w:t>C. Mở rộng diện tích đất nông nghiệp.</w:t>
      </w:r>
    </w:p>
    <w:p>
      <w:pPr>
        <w:pStyle w:val="ListParagraph"/>
      </w:pPr>
      <w:r>
        <w:rPr>
          <w:sz w:val="22"/>
        </w:rPr>
        <w:t>D. Phát triển công nghiệp nặng.</w:t>
      </w:r>
    </w:p>
    <w:p/>
    <w:p>
      <w:r>
        <w:rPr>
          <w:b/>
          <w:sz w:val="24"/>
        </w:rPr>
        <w:t>Câu 19: Củng cố, tăng cường quốc phòng, bảo đảm an ninh quốc gia, giữ gìn trật tự, an toàn xã hội. Trong đó, cần xây dựng Quân đội nhân dân và Công an nhân dân theo hướng nào?</w:t>
      </w:r>
    </w:p>
    <w:p>
      <w:pPr>
        <w:pStyle w:val="ListParagraph"/>
      </w:pPr>
      <w:r>
        <w:rPr>
          <w:sz w:val="22"/>
        </w:rPr>
        <w:t>A. Cách mạng, chính quy, tinh nhuệ, từng bước hiện đại.</w:t>
      </w:r>
    </w:p>
    <w:p>
      <w:pPr>
        <w:pStyle w:val="ListParagraph"/>
      </w:pPr>
      <w:r>
        <w:rPr>
          <w:sz w:val="22"/>
        </w:rPr>
        <w:t>B. Chính quy, hiện đại.</w:t>
      </w:r>
    </w:p>
    <w:p>
      <w:pPr>
        <w:pStyle w:val="ListParagraph"/>
      </w:pPr>
      <w:r>
        <w:rPr>
          <w:sz w:val="22"/>
        </w:rPr>
        <w:t>C. Tinh nhuệ, hiện đại.</w:t>
      </w:r>
    </w:p>
    <w:p>
      <w:pPr>
        <w:pStyle w:val="ListParagraph"/>
      </w:pPr>
      <w:r>
        <w:rPr>
          <w:sz w:val="22"/>
        </w:rPr>
        <w:t>D. Cách mạng, tinh nhuệ.</w:t>
      </w:r>
    </w:p>
    <w:p/>
    <w:p>
      <w:r>
        <w:rPr>
          <w:b/>
          <w:sz w:val="24"/>
        </w:rPr>
        <w:t>Câu 20: Nâng cao hiệu quả công tác đối ngoại, hội nhập và vị thế, uy tín của Việt Nam trên trường quốc tế. Trong đó, xây dựng nền ngoại giao kinh tế phục vụ phát triển lấy đối tượng nào làm trung tâm phục vụ?</w:t>
      </w:r>
    </w:p>
    <w:p>
      <w:pPr>
        <w:pStyle w:val="ListParagraph"/>
      </w:pPr>
      <w:r>
        <w:rPr>
          <w:sz w:val="22"/>
        </w:rPr>
        <w:t>A. Người dân, địa phương và doanh nghiệp.</w:t>
      </w:r>
    </w:p>
    <w:p>
      <w:pPr>
        <w:pStyle w:val="ListParagraph"/>
      </w:pPr>
      <w:r>
        <w:rPr>
          <w:sz w:val="22"/>
        </w:rPr>
        <w:t>B. Nhà nước và doanh nghiệp.</w:t>
      </w:r>
    </w:p>
    <w:p>
      <w:pPr>
        <w:pStyle w:val="ListParagraph"/>
      </w:pPr>
      <w:r>
        <w:rPr>
          <w:sz w:val="22"/>
        </w:rPr>
        <w:t>C. Các cơ quan ngoại giao.</w:t>
      </w:r>
    </w:p>
    <w:p>
      <w:pPr>
        <w:pStyle w:val="ListParagraph"/>
      </w:pPr>
      <w:r>
        <w:rPr>
          <w:sz w:val="22"/>
        </w:rPr>
        <w:t>D. Các tổ chức quốc tế.</w:t>
      </w:r>
    </w:p>
    <w:p/>
    <w:p>
      <w:r>
        <w:t>──────────────────────────────────────────────────</w:t>
      </w:r>
    </w:p>
    <w:p>
      <w:r>
        <w:rPr>
          <w:b/>
        </w:rPr>
        <w:t>BẢNG ĐÁP ÁN &amp; LỜI GIẢI CHI TIẾT</w:t>
      </w:r>
    </w:p>
    <w:p>
      <w:r>
        <w:rPr>
          <w:b/>
        </w:rPr>
        <w:t>Câu 1: Đáp án đúng: C</w:t>
      </w:r>
    </w:p>
    <w:p>
      <w:r>
        <w:rPr>
          <w:b/>
        </w:rPr>
        <w:t>Câu 2: Đáp án đúng: A</w:t>
      </w:r>
    </w:p>
    <w:p>
      <w:r>
        <w:rPr>
          <w:b/>
        </w:rPr>
        <w:t>Câu 3: Đáp án đúng: A</w:t>
      </w:r>
    </w:p>
    <w:p>
      <w:r>
        <w:rPr>
          <w:b/>
        </w:rPr>
        <w:t>Câu 4: Đáp án đúng: B</w:t>
      </w:r>
    </w:p>
    <w:p>
      <w:r>
        <w:rPr>
          <w:b/>
        </w:rPr>
        <w:t>Câu 5: Đáp án đúng: B</w:t>
      </w:r>
    </w:p>
    <w:p>
      <w:r>
        <w:rPr>
          <w:b/>
        </w:rPr>
        <w:t>Câu 6: Đáp án đúng: C</w:t>
      </w:r>
    </w:p>
    <w:p>
      <w:r>
        <w:rPr>
          <w:b/>
        </w:rPr>
        <w:t>Câu 7: Đáp án đúng: A</w:t>
      </w:r>
    </w:p>
    <w:p>
      <w:r>
        <w:rPr>
          <w:b/>
        </w:rPr>
        <w:t>Câu 8: Đáp án đúng: A</w:t>
      </w:r>
    </w:p>
    <w:p>
      <w:r>
        <w:rPr>
          <w:b/>
        </w:rPr>
        <w:t>Câu 9: Đáp án đúng: A</w:t>
      </w:r>
    </w:p>
    <w:p>
      <w:r>
        <w:rPr>
          <w:b/>
        </w:rPr>
        <w:t>Câu 10: Đáp án đúng: A</w:t>
      </w:r>
    </w:p>
    <w:p>
      <w:r>
        <w:rPr>
          <w:b/>
        </w:rPr>
        <w:t>Câu 11: Đáp án đúng: A</w:t>
      </w:r>
    </w:p>
    <w:p>
      <w:r>
        <w:rPr>
          <w:b/>
        </w:rPr>
        <w:t>Câu 12: Đáp án đúng: A</w:t>
      </w:r>
    </w:p>
    <w:p>
      <w:r>
        <w:rPr>
          <w:b/>
        </w:rPr>
        <w:t>Câu 13: Đáp án đúng: A</w:t>
      </w:r>
    </w:p>
    <w:p>
      <w:r>
        <w:rPr>
          <w:b/>
        </w:rPr>
        <w:t>Câu 14: Đáp án đúng: A</w:t>
      </w:r>
    </w:p>
    <w:p>
      <w:r>
        <w:rPr>
          <w:b/>
        </w:rPr>
        <w:t>Câu 15: Đáp án đúng: A</w:t>
      </w:r>
    </w:p>
    <w:p>
      <w:r>
        <w:rPr>
          <w:b/>
        </w:rPr>
        <w:t>Câu 16: Đáp án đúng: A</w:t>
      </w:r>
    </w:p>
    <w:p>
      <w:r>
        <w:rPr>
          <w:b/>
        </w:rPr>
        <w:t>Câu 17: Đáp án đúng: A</w:t>
      </w:r>
    </w:p>
    <w:p>
      <w:r>
        <w:rPr>
          <w:b/>
        </w:rPr>
        <w:t>Câu 18: Đáp án đúng: A</w:t>
      </w:r>
    </w:p>
    <w:p>
      <w:r>
        <w:rPr>
          <w:b/>
        </w:rPr>
        <w:t>Câu 19: Đáp án đúng: A</w:t>
      </w:r>
    </w:p>
    <w:p>
      <w:r>
        <w:rPr>
          <w:b/>
        </w:rPr>
        <w:t>Câu 20: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