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Lịch sử Lớp 9 - Lịch sử Việt Nam giai đoạn 1919-1945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Sự kiện nào đánh dấu bước ngoặt của phong trào cách mạng Việt Nam sau Chiến tranh thế giới thứ nhất?</w:t>
      </w:r>
    </w:p>
    <w:p>
      <w:pPr>
        <w:pStyle w:val="ListParagraph"/>
      </w:pPr>
      <w:r>
        <w:rPr>
          <w:sz w:val="22"/>
        </w:rPr>
        <w:t>A. Cách mạng tháng Mười Nga năm 1917</w:t>
      </w:r>
    </w:p>
    <w:p>
      <w:pPr>
        <w:pStyle w:val="ListParagraph"/>
      </w:pPr>
      <w:r>
        <w:rPr>
          <w:sz w:val="22"/>
        </w:rPr>
        <w:t>B. Nguyễn Ái Quốc gửi bản yêu sách đến Hội nghị Vécxây (1919)</w:t>
      </w:r>
    </w:p>
    <w:p>
      <w:pPr>
        <w:pStyle w:val="ListParagraph"/>
      </w:pPr>
      <w:r>
        <w:rPr>
          <w:sz w:val="22"/>
        </w:rPr>
        <w:t>C. Thành lập Đảng Cộng sản Việt Nam (1930)</w:t>
      </w:r>
    </w:p>
    <w:p>
      <w:pPr>
        <w:pStyle w:val="ListParagraph"/>
      </w:pPr>
      <w:r>
        <w:rPr>
          <w:sz w:val="22"/>
        </w:rPr>
        <w:t>D. Phong trào Xô viết Nghệ - Tĩnh (1930-1931)</w:t>
      </w:r>
    </w:p>
    <w:p/>
    <w:p>
      <w:r>
        <w:rPr>
          <w:b/>
          <w:sz w:val="24"/>
        </w:rPr>
        <w:t>Câu 2: Tổ chức cách mạng nào được thành lập năm 1925, do Nguyễn Ái Quốc sáng lập?</w:t>
      </w:r>
    </w:p>
    <w:p>
      <w:pPr>
        <w:pStyle w:val="ListParagraph"/>
      </w:pPr>
      <w:r>
        <w:rPr>
          <w:sz w:val="22"/>
        </w:rPr>
        <w:t>A. Hội Việt Nam Cách mạng Thanh niên</w:t>
      </w:r>
    </w:p>
    <w:p>
      <w:pPr>
        <w:pStyle w:val="ListParagraph"/>
      </w:pPr>
      <w:r>
        <w:rPr>
          <w:sz w:val="22"/>
        </w:rPr>
        <w:t>B. Tân Việt Cách mạng Đảng</w:t>
      </w:r>
    </w:p>
    <w:p>
      <w:pPr>
        <w:pStyle w:val="ListParagraph"/>
      </w:pPr>
      <w:r>
        <w:rPr>
          <w:sz w:val="22"/>
        </w:rPr>
        <w:t>C. Việt Nam Quốc dân Đảng</w:t>
      </w:r>
    </w:p>
    <w:p>
      <w:pPr>
        <w:pStyle w:val="ListParagraph"/>
      </w:pPr>
      <w:r>
        <w:rPr>
          <w:sz w:val="22"/>
        </w:rPr>
        <w:t>D. Đông Dương Cộng sản Đảng</w:t>
      </w:r>
    </w:p>
    <w:p/>
    <w:p>
      <w:r>
        <w:rPr>
          <w:b/>
          <w:sz w:val="24"/>
        </w:rPr>
        <w:t>Câu 3: Phong trào cách mạng 1930-1931 đạt đỉnh cao nhất ở đâu?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Sài Gòn</w:t>
      </w:r>
    </w:p>
    <w:p>
      <w:pPr>
        <w:pStyle w:val="ListParagraph"/>
      </w:pPr>
      <w:r>
        <w:rPr>
          <w:sz w:val="22"/>
        </w:rPr>
        <w:t>C. Nghệ An và Hà Tĩnh</w:t>
      </w:r>
    </w:p>
    <w:p>
      <w:pPr>
        <w:pStyle w:val="ListParagraph"/>
      </w:pPr>
      <w:r>
        <w:rPr>
          <w:sz w:val="22"/>
        </w:rPr>
        <w:t>D. Huế</w:t>
      </w:r>
    </w:p>
    <w:p/>
    <w:p>
      <w:r>
        <w:rPr>
          <w:b/>
          <w:sz w:val="24"/>
        </w:rPr>
        <w:t>Câu 4: Hội nghị thành lập Đảng Cộng sản Việt Nam (1930) diễn ra ở đâu?</w:t>
      </w:r>
    </w:p>
    <w:p>
      <w:pPr>
        <w:pStyle w:val="ListParagraph"/>
      </w:pPr>
      <w:r>
        <w:rPr>
          <w:sz w:val="22"/>
        </w:rPr>
        <w:t>A. Hương Cảng (Trung Quốc)</w:t>
      </w:r>
    </w:p>
    <w:p>
      <w:pPr>
        <w:pStyle w:val="ListParagraph"/>
      </w:pPr>
      <w:r>
        <w:rPr>
          <w:sz w:val="22"/>
        </w:rPr>
        <w:t>B. Hà Nội</w:t>
      </w:r>
    </w:p>
    <w:p>
      <w:pPr>
        <w:pStyle w:val="ListParagraph"/>
      </w:pPr>
      <w:r>
        <w:rPr>
          <w:sz w:val="22"/>
        </w:rPr>
        <w:t>C. Sài Gòn</w:t>
      </w:r>
    </w:p>
    <w:p>
      <w:pPr>
        <w:pStyle w:val="ListParagraph"/>
      </w:pPr>
      <w:r>
        <w:rPr>
          <w:sz w:val="22"/>
        </w:rPr>
        <w:t>D. Nghệ An</w:t>
      </w:r>
    </w:p>
    <w:p/>
    <w:p>
      <w:r>
        <w:rPr>
          <w:b/>
          <w:sz w:val="24"/>
        </w:rPr>
        <w:t>Câu 5: Mặt trận Việt Minh được thành lập vào thời gian nào?</w:t>
      </w:r>
    </w:p>
    <w:p>
      <w:pPr>
        <w:pStyle w:val="ListParagraph"/>
      </w:pPr>
      <w:r>
        <w:rPr>
          <w:sz w:val="22"/>
        </w:rPr>
        <w:t>A. Tháng 5-1941</w:t>
      </w:r>
    </w:p>
    <w:p>
      <w:pPr>
        <w:pStyle w:val="ListParagraph"/>
      </w:pPr>
      <w:r>
        <w:rPr>
          <w:sz w:val="22"/>
        </w:rPr>
        <w:t>B. Tháng 9-1940</w:t>
      </w:r>
    </w:p>
    <w:p>
      <w:pPr>
        <w:pStyle w:val="ListParagraph"/>
      </w:pPr>
      <w:r>
        <w:rPr>
          <w:sz w:val="22"/>
        </w:rPr>
        <w:t>C. Tháng 11-1939</w:t>
      </w:r>
    </w:p>
    <w:p>
      <w:pPr>
        <w:pStyle w:val="ListParagraph"/>
      </w:pPr>
      <w:r>
        <w:rPr>
          <w:sz w:val="22"/>
        </w:rPr>
        <w:t>D. Tháng 3-1945</w:t>
      </w:r>
    </w:p>
    <w:p/>
    <w:p>
      <w:r>
        <w:rPr>
          <w:b/>
          <w:sz w:val="24"/>
        </w:rPr>
        <w:t>Câu 6: Cuộc khởi nghĩa nào mở đầu cho cao trào kháng Nhật cứu nước (1945)?</w:t>
      </w:r>
    </w:p>
    <w:p>
      <w:pPr>
        <w:pStyle w:val="ListParagraph"/>
      </w:pPr>
      <w:r>
        <w:rPr>
          <w:sz w:val="22"/>
        </w:rPr>
        <w:t>A. Khởi nghĩa Ba Tơ</w:t>
      </w:r>
    </w:p>
    <w:p>
      <w:pPr>
        <w:pStyle w:val="ListParagraph"/>
      </w:pPr>
      <w:r>
        <w:rPr>
          <w:sz w:val="22"/>
        </w:rPr>
        <w:t>B. Khởi nghĩa Nam Kỳ</w:t>
      </w:r>
    </w:p>
    <w:p>
      <w:pPr>
        <w:pStyle w:val="ListParagraph"/>
      </w:pPr>
      <w:r>
        <w:rPr>
          <w:sz w:val="22"/>
        </w:rPr>
        <w:t>C. Khởi nghĩa Bắc Sơn</w:t>
      </w:r>
    </w:p>
    <w:p>
      <w:pPr>
        <w:pStyle w:val="ListParagraph"/>
      </w:pPr>
      <w:r>
        <w:rPr>
          <w:sz w:val="22"/>
        </w:rPr>
        <w:t>D. Khởi nghĩa Đô Lương</w:t>
      </w:r>
    </w:p>
    <w:p/>
    <w:p>
      <w:r>
        <w:rPr>
          <w:b/>
          <w:sz w:val="24"/>
        </w:rPr>
        <w:t>Câu 7: Cách mạng tháng Tám năm 1945 thành công trong khoảng thời gian nào?</w:t>
      </w:r>
    </w:p>
    <w:p>
      <w:pPr>
        <w:pStyle w:val="ListParagraph"/>
      </w:pPr>
      <w:r>
        <w:rPr>
          <w:sz w:val="22"/>
        </w:rPr>
        <w:t>A. Từ 14 đến 28-8-1945</w:t>
      </w:r>
    </w:p>
    <w:p>
      <w:pPr>
        <w:pStyle w:val="ListParagraph"/>
      </w:pPr>
      <w:r>
        <w:rPr>
          <w:sz w:val="22"/>
        </w:rPr>
        <w:t>B. Từ 19-8 đến 2-9-1945</w:t>
      </w:r>
    </w:p>
    <w:p>
      <w:pPr>
        <w:pStyle w:val="ListParagraph"/>
      </w:pPr>
      <w:r>
        <w:rPr>
          <w:sz w:val="22"/>
        </w:rPr>
        <w:t>C. Từ 9-3 đến 19-8-1945</w:t>
      </w:r>
    </w:p>
    <w:p>
      <w:pPr>
        <w:pStyle w:val="ListParagraph"/>
      </w:pPr>
      <w:r>
        <w:rPr>
          <w:sz w:val="22"/>
        </w:rPr>
        <w:t>D. Từ 1-5 đến 19-8-1945</w:t>
      </w:r>
    </w:p>
    <w:p/>
    <w:p>
      <w:r>
        <w:rPr>
          <w:b/>
          <w:sz w:val="24"/>
        </w:rPr>
        <w:t>Câu 8: Sự kiện nào diễn ra ngày 2-9-1945 tại Quảng trường Ba Đình (Hà Nội)?</w:t>
      </w:r>
    </w:p>
    <w:p>
      <w:pPr>
        <w:pStyle w:val="ListParagraph"/>
      </w:pPr>
      <w:r>
        <w:rPr>
          <w:sz w:val="22"/>
        </w:rPr>
        <w:t>A. Chủ tịch Hồ Chí Minh đọc Tuyên ngôn Độc lập, khai sinh nước Việt Nam Dân chủ Cộng hòa</w:t>
      </w:r>
    </w:p>
    <w:p>
      <w:pPr>
        <w:pStyle w:val="ListParagraph"/>
      </w:pPr>
      <w:r>
        <w:rPr>
          <w:sz w:val="22"/>
        </w:rPr>
        <w:t>B. Thành lập Đảng Cộng sản Việt Nam</w:t>
      </w:r>
    </w:p>
    <w:p>
      <w:pPr>
        <w:pStyle w:val="ListParagraph"/>
      </w:pPr>
      <w:r>
        <w:rPr>
          <w:sz w:val="22"/>
        </w:rPr>
        <w:t>C. Thành lập Mặt trận Việt Minh</w:t>
      </w:r>
    </w:p>
    <w:p>
      <w:pPr>
        <w:pStyle w:val="ListParagraph"/>
      </w:pPr>
      <w:r>
        <w:rPr>
          <w:sz w:val="22"/>
        </w:rPr>
        <w:t>D. Khởi nghĩa giành chính quyền ở Hà Nội</w:t>
      </w:r>
    </w:p>
    <w:p/>
    <w:p>
      <w:r>
        <w:rPr>
          <w:b/>
          <w:sz w:val="24"/>
        </w:rPr>
        <w:t>Câu 9: Nguyên nhân chủ yếu dẫn đến thắng lợi của Cách mạng tháng Tám năm 1945 là gì?</w:t>
      </w:r>
    </w:p>
    <w:p>
      <w:pPr>
        <w:pStyle w:val="ListParagraph"/>
      </w:pPr>
      <w:r>
        <w:rPr>
          <w:sz w:val="22"/>
        </w:rPr>
        <w:t>A. Sự lãnh đạo tài tình của Đảng Cộng sản Đông Dương và Chủ tịch Hồ Chí Minh</w:t>
      </w:r>
    </w:p>
    <w:p>
      <w:pPr>
        <w:pStyle w:val="ListParagraph"/>
      </w:pPr>
      <w:r>
        <w:rPr>
          <w:sz w:val="22"/>
        </w:rPr>
        <w:t>B. Sự giúp đỡ của quân Đồng minh</w:t>
      </w:r>
    </w:p>
    <w:p>
      <w:pPr>
        <w:pStyle w:val="ListParagraph"/>
      </w:pPr>
      <w:r>
        <w:rPr>
          <w:sz w:val="22"/>
        </w:rPr>
        <w:t>C. Nhật Bản đầu hàng Đồng minh</w:t>
      </w:r>
    </w:p>
    <w:p>
      <w:pPr>
        <w:pStyle w:val="ListParagraph"/>
      </w:pPr>
      <w:r>
        <w:rPr>
          <w:sz w:val="22"/>
        </w:rPr>
        <w:t>D. Phong trào công nhân phát triển mạnh</w:t>
      </w:r>
    </w:p>
    <w:p/>
    <w:p>
      <w:r>
        <w:rPr>
          <w:b/>
          <w:sz w:val="24"/>
        </w:rPr>
        <w:t>Câu 10: Bài học kinh nghiệm nào được rút ra từ phong trào cách mạng 1930-1931 và 1936-1939?</w:t>
      </w:r>
    </w:p>
    <w:p>
      <w:pPr>
        <w:pStyle w:val="ListParagraph"/>
      </w:pPr>
      <w:r>
        <w:rPr>
          <w:sz w:val="22"/>
        </w:rPr>
        <w:t>A. Xây dựng khối liên minh công - nông vững chắc</w:t>
      </w:r>
    </w:p>
    <w:p>
      <w:pPr>
        <w:pStyle w:val="ListParagraph"/>
      </w:pPr>
      <w:r>
        <w:rPr>
          <w:sz w:val="22"/>
        </w:rPr>
        <w:t>B. Đấu tranh vũ trang là hình thức duy nhất</w:t>
      </w:r>
    </w:p>
    <w:p>
      <w:pPr>
        <w:pStyle w:val="ListParagraph"/>
      </w:pPr>
      <w:r>
        <w:rPr>
          <w:sz w:val="22"/>
        </w:rPr>
        <w:t>C. Chỉ dựa vào sự giúp đỡ của quốc tế</w:t>
      </w:r>
    </w:p>
    <w:p>
      <w:pPr>
        <w:pStyle w:val="ListParagraph"/>
      </w:pPr>
      <w:r>
        <w:rPr>
          <w:sz w:val="22"/>
        </w:rPr>
        <w:t>D. Không cần thành lập mặt trận dân tộc thống nhất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