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làm giúp tôi 10 câu hỏi chắc nghiệm kiểm tra 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Lịch sử được hiểu là gì?</w:t>
      </w:r>
    </w:p>
    <w:p>
      <w:pPr>
        <w:pStyle w:val="ListParagraph"/>
      </w:pPr>
      <w:r>
        <w:rPr>
          <w:sz w:val="22"/>
        </w:rPr>
        <w:t>A. Những gì đã xảy ra trong quá khứ của con người và xã hội loài người</w:t>
      </w:r>
    </w:p>
    <w:p>
      <w:pPr>
        <w:pStyle w:val="ListParagraph"/>
      </w:pPr>
      <w:r>
        <w:rPr>
          <w:sz w:val="22"/>
        </w:rPr>
        <w:t>B. Những câu chuyện về quá khứ do con người sáng tạo nên</w:t>
      </w:r>
    </w:p>
    <w:p>
      <w:pPr>
        <w:pStyle w:val="ListParagraph"/>
      </w:pPr>
      <w:r>
        <w:rPr>
          <w:sz w:val="22"/>
        </w:rPr>
        <w:t>C. Hiện tại và tương lai của loài người</w:t>
      </w:r>
    </w:p>
    <w:p>
      <w:pPr>
        <w:pStyle w:val="ListParagraph"/>
      </w:pPr>
      <w:r>
        <w:rPr>
          <w:sz w:val="22"/>
        </w:rPr>
        <w:t>D. Những sự kiện chính trị của một quốc gia</w:t>
      </w:r>
    </w:p>
    <w:p/>
    <w:p>
      <w:r>
        <w:rPr>
          <w:b/>
          <w:sz w:val="24"/>
        </w:rPr>
        <w:t>Câu 2: Sử học là gì?</w:t>
      </w:r>
    </w:p>
    <w:p>
      <w:pPr>
        <w:pStyle w:val="ListParagraph"/>
      </w:pPr>
      <w:r>
        <w:rPr>
          <w:sz w:val="22"/>
        </w:rPr>
        <w:t>A. Khoa học nghiên cứu về quá khứ của con người</w:t>
      </w:r>
    </w:p>
    <w:p>
      <w:pPr>
        <w:pStyle w:val="ListParagraph"/>
      </w:pPr>
      <w:r>
        <w:rPr>
          <w:sz w:val="22"/>
        </w:rPr>
        <w:t>B. Nghệ thuật kể chuyện về các sự kiện lịch sử</w:t>
      </w:r>
    </w:p>
    <w:p>
      <w:pPr>
        <w:pStyle w:val="ListParagraph"/>
      </w:pPr>
      <w:r>
        <w:rPr>
          <w:sz w:val="22"/>
        </w:rPr>
        <w:t>C. Môn học ghi chép các sự kiện đương thời</w:t>
      </w:r>
    </w:p>
    <w:p>
      <w:pPr>
        <w:pStyle w:val="ListParagraph"/>
      </w:pPr>
      <w:r>
        <w:rPr>
          <w:sz w:val="22"/>
        </w:rPr>
        <w:t>D. Khoa học dự đoán tương lai</w:t>
      </w:r>
    </w:p>
    <w:p/>
    <w:p>
      <w:r>
        <w:rPr>
          <w:b/>
          <w:sz w:val="24"/>
        </w:rPr>
        <w:t>Câu 3: Đối tượng nghiên cứu của Sử học là gì?</w:t>
      </w:r>
    </w:p>
    <w:p>
      <w:pPr>
        <w:pStyle w:val="ListParagraph"/>
      </w:pPr>
      <w:r>
        <w:rPr>
          <w:sz w:val="22"/>
        </w:rPr>
        <w:t>A. Toàn bộ quá trình phát triển của tự nhiên</w:t>
      </w:r>
    </w:p>
    <w:p>
      <w:pPr>
        <w:pStyle w:val="ListParagraph"/>
      </w:pPr>
      <w:r>
        <w:rPr>
          <w:sz w:val="22"/>
        </w:rPr>
        <w:t>B. Các sự kiện chính trị - xã hội của đất nước</w:t>
      </w:r>
    </w:p>
    <w:p>
      <w:pPr>
        <w:pStyle w:val="ListParagraph"/>
      </w:pPr>
      <w:r>
        <w:rPr>
          <w:sz w:val="22"/>
        </w:rPr>
        <w:t>C. Toàn bộ những hoạt động của con người trong quá khứ</w:t>
      </w:r>
    </w:p>
    <w:p>
      <w:pPr>
        <w:pStyle w:val="ListParagraph"/>
      </w:pPr>
      <w:r>
        <w:rPr>
          <w:sz w:val="22"/>
        </w:rPr>
        <w:t>D. Những biến đổi của môi trường sinh thái</w:t>
      </w:r>
    </w:p>
    <w:p/>
    <w:p>
      <w:r>
        <w:rPr>
          <w:b/>
          <w:sz w:val="24"/>
        </w:rPr>
        <w:t>Câu 4: Nguồn sử liệu nào sau đây là nguồn sử liệu hiện vật?</w:t>
      </w:r>
    </w:p>
    <w:p>
      <w:pPr>
        <w:pStyle w:val="ListParagraph"/>
      </w:pPr>
      <w:r>
        <w:rPr>
          <w:sz w:val="22"/>
        </w:rPr>
        <w:t>A. Đại Việt sử ký toàn thư</w:t>
      </w:r>
    </w:p>
    <w:p>
      <w:pPr>
        <w:pStyle w:val="ListParagraph"/>
      </w:pPr>
      <w:r>
        <w:rPr>
          <w:sz w:val="22"/>
        </w:rPr>
        <w:t>B. Truyện An Dương Vương</w:t>
      </w:r>
    </w:p>
    <w:p>
      <w:pPr>
        <w:pStyle w:val="ListParagraph"/>
      </w:pPr>
      <w:r>
        <w:rPr>
          <w:sz w:val="22"/>
        </w:rPr>
        <w:t>C. Băng ghi hình về chiến dịch Điện Biên Phủ</w:t>
      </w:r>
    </w:p>
    <w:p>
      <w:pPr>
        <w:pStyle w:val="ListParagraph"/>
      </w:pPr>
      <w:r>
        <w:rPr>
          <w:sz w:val="22"/>
        </w:rPr>
        <w:t>D. Trống đồng Đông Sơn</w:t>
      </w:r>
    </w:p>
    <w:p/>
    <w:p>
      <w:r>
        <w:rPr>
          <w:b/>
          <w:sz w:val="24"/>
        </w:rPr>
        <w:t>Câu 5: Sử liệu thành văn là gì?</w:t>
      </w:r>
    </w:p>
    <w:p>
      <w:pPr>
        <w:pStyle w:val="ListParagraph"/>
      </w:pPr>
      <w:r>
        <w:rPr>
          <w:sz w:val="22"/>
        </w:rPr>
        <w:t>A. Những di tích, di vật của người xưa để lại</w:t>
      </w:r>
    </w:p>
    <w:p>
      <w:pPr>
        <w:pStyle w:val="ListParagraph"/>
      </w:pPr>
      <w:r>
        <w:rPr>
          <w:sz w:val="22"/>
        </w:rPr>
        <w:t>B. Những câu chuyện dân gian truyền miệng</w:t>
      </w:r>
    </w:p>
    <w:p>
      <w:pPr>
        <w:pStyle w:val="ListParagraph"/>
      </w:pPr>
      <w:r>
        <w:rPr>
          <w:sz w:val="22"/>
        </w:rPr>
        <w:t>C. Những tác phẩm, văn bản được ghi chép bằng chữ viết</w:t>
      </w:r>
    </w:p>
    <w:p>
      <w:pPr>
        <w:pStyle w:val="ListParagraph"/>
      </w:pPr>
      <w:r>
        <w:rPr>
          <w:sz w:val="22"/>
        </w:rPr>
        <w:t>D. Những hình ảnh, âm thanh về sự kiện lịch sử</w:t>
      </w:r>
    </w:p>
    <w:p/>
    <w:p>
      <w:r>
        <w:rPr>
          <w:b/>
          <w:sz w:val="24"/>
        </w:rPr>
        <w:t>Câu 6: Một trong những nguyên tắc cơ bản của Sử học là gì?</w:t>
      </w:r>
    </w:p>
    <w:p>
      <w:pPr>
        <w:pStyle w:val="ListParagraph"/>
      </w:pPr>
      <w:r>
        <w:rPr>
          <w:sz w:val="22"/>
        </w:rPr>
        <w:t>A. Tưởng tượng quá khứ theo cảm hứng</w:t>
      </w:r>
    </w:p>
    <w:p>
      <w:pPr>
        <w:pStyle w:val="ListParagraph"/>
      </w:pPr>
      <w:r>
        <w:rPr>
          <w:sz w:val="22"/>
        </w:rPr>
        <w:t>B. Khôi phục quá khứ một cách khách quan, trung thực</w:t>
      </w:r>
    </w:p>
    <w:p>
      <w:pPr>
        <w:pStyle w:val="ListParagraph"/>
      </w:pPr>
      <w:r>
        <w:rPr>
          <w:sz w:val="22"/>
        </w:rPr>
        <w:t>C. Ghi chép theo định hướng của nhà cầm quyền</w:t>
      </w:r>
    </w:p>
    <w:p>
      <w:pPr>
        <w:pStyle w:val="ListParagraph"/>
      </w:pPr>
      <w:r>
        <w:rPr>
          <w:sz w:val="22"/>
        </w:rPr>
        <w:t>D. Chọn lọc sự kiện theo sở thích cá nhân</w:t>
      </w:r>
    </w:p>
    <w:p/>
    <w:p>
      <w:r>
        <w:rPr>
          <w:b/>
          <w:sz w:val="24"/>
        </w:rPr>
        <w:t>Câu 7: Để khôi phục hiện thực lịch sử, các nhà sử học cần dựa vào yếu tố nào chủ yếu?</w:t>
      </w:r>
    </w:p>
    <w:p>
      <w:pPr>
        <w:pStyle w:val="ListParagraph"/>
      </w:pPr>
      <w:r>
        <w:rPr>
          <w:sz w:val="22"/>
        </w:rPr>
        <w:t>A. Nguồn sử liệu</w:t>
      </w:r>
    </w:p>
    <w:p>
      <w:pPr>
        <w:pStyle w:val="ListParagraph"/>
      </w:pPr>
      <w:r>
        <w:rPr>
          <w:sz w:val="22"/>
        </w:rPr>
        <w:t>B. Trí tưởng tượng</w:t>
      </w:r>
    </w:p>
    <w:p>
      <w:pPr>
        <w:pStyle w:val="ListParagraph"/>
      </w:pPr>
      <w:r>
        <w:rPr>
          <w:sz w:val="22"/>
        </w:rPr>
        <w:t>C. Sự phán đoán chủ quan</w:t>
      </w:r>
    </w:p>
    <w:p>
      <w:pPr>
        <w:pStyle w:val="ListParagraph"/>
      </w:pPr>
      <w:r>
        <w:rPr>
          <w:sz w:val="22"/>
        </w:rPr>
        <w:t>D. Thông tin từ mạng xã hội</w:t>
      </w:r>
    </w:p>
    <w:p/>
    <w:p>
      <w:r>
        <w:rPr>
          <w:b/>
          <w:sz w:val="24"/>
        </w:rPr>
        <w:t>Câu 8: Học tập lịch sử có ý nghĩa gì đối với cá nhân và xã hội?</w:t>
      </w:r>
    </w:p>
    <w:p>
      <w:pPr>
        <w:pStyle w:val="ListParagraph"/>
      </w:pPr>
      <w:r>
        <w:rPr>
          <w:sz w:val="22"/>
        </w:rPr>
        <w:t>A. Giúp dự đoán chính xác tương lai của đất nước</w:t>
      </w:r>
    </w:p>
    <w:p>
      <w:pPr>
        <w:pStyle w:val="ListParagraph"/>
      </w:pPr>
      <w:r>
        <w:rPr>
          <w:sz w:val="22"/>
        </w:rPr>
        <w:t>B. Giúp thay đổi quá khứ để phù hợp với hiện tại</w:t>
      </w:r>
    </w:p>
    <w:p>
      <w:pPr>
        <w:pStyle w:val="ListParagraph"/>
      </w:pPr>
      <w:r>
        <w:rPr>
          <w:sz w:val="22"/>
        </w:rPr>
        <w:t>C. Giúp thuận lợi trong kinh doanh</w:t>
      </w:r>
    </w:p>
    <w:p>
      <w:pPr>
        <w:pStyle w:val="ListParagraph"/>
      </w:pPr>
      <w:r>
        <w:rPr>
          <w:sz w:val="22"/>
        </w:rPr>
        <w:t>D. Giúp hiểu về cội nguồn, bản sắc dân tộc và rút ra bài học từ quá khứ</w:t>
      </w:r>
    </w:p>
    <w:p/>
    <w:p>
      <w:r>
        <w:rPr>
          <w:b/>
          <w:sz w:val="24"/>
        </w:rPr>
        <w:t>Câu 9: Vai trò của Sử học đối với sự phát triển của xã hội là gì?</w:t>
      </w:r>
    </w:p>
    <w:p>
      <w:pPr>
        <w:pStyle w:val="ListParagraph"/>
      </w:pPr>
      <w:r>
        <w:rPr>
          <w:sz w:val="22"/>
        </w:rPr>
        <w:t>A. Thúc đẩy quan hệ ngoại giao giữa các nước</w:t>
      </w:r>
    </w:p>
    <w:p>
      <w:pPr>
        <w:pStyle w:val="ListParagraph"/>
      </w:pPr>
      <w:r>
        <w:rPr>
          <w:sz w:val="22"/>
        </w:rPr>
        <w:t>B. Tăng cường sức mạnh quân sự cho các quốc gia</w:t>
      </w:r>
    </w:p>
    <w:p>
      <w:pPr>
        <w:pStyle w:val="ListParagraph"/>
      </w:pPr>
      <w:r>
        <w:rPr>
          <w:sz w:val="22"/>
        </w:rPr>
        <w:t>C. Góp phần bảo tồn và phát huy các giá trị di sản văn hóa</w:t>
      </w:r>
    </w:p>
    <w:p>
      <w:pPr>
        <w:pStyle w:val="ListParagraph"/>
      </w:pPr>
      <w:r>
        <w:rPr>
          <w:sz w:val="22"/>
        </w:rPr>
        <w:t>D. Đảm bảo an sinh xã hội</w:t>
      </w:r>
    </w:p>
    <w:p/>
    <w:p>
      <w:r>
        <w:rPr>
          <w:b/>
          <w:sz w:val="24"/>
        </w:rPr>
        <w:t>Câu 10: Phân loại nguồn sử liệu theo đặc điểm hình thức, nguồn sử liệu nào sau đây là nguồn sử liệu truyền miệng?</w:t>
      </w:r>
    </w:p>
    <w:p>
      <w:pPr>
        <w:pStyle w:val="ListParagraph"/>
      </w:pPr>
      <w:r>
        <w:rPr>
          <w:sz w:val="22"/>
        </w:rPr>
        <w:t>A. Cổ vật khảo cổ</w:t>
      </w:r>
    </w:p>
    <w:p>
      <w:pPr>
        <w:pStyle w:val="ListParagraph"/>
      </w:pPr>
      <w:r>
        <w:rPr>
          <w:sz w:val="22"/>
        </w:rPr>
        <w:t>B. Truyền thuyết Vua Hùng</w:t>
      </w:r>
    </w:p>
    <w:p>
      <w:pPr>
        <w:pStyle w:val="ListParagraph"/>
      </w:pPr>
      <w:r>
        <w:rPr>
          <w:sz w:val="22"/>
        </w:rPr>
        <w:t>C. Văn bản lưu trữ</w:t>
      </w:r>
    </w:p>
    <w:p>
      <w:pPr>
        <w:pStyle w:val="ListParagraph"/>
      </w:pPr>
      <w:r>
        <w:rPr>
          <w:sz w:val="22"/>
        </w:rPr>
        <w:t>D. Phim tài liệu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