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Dụng cụ nào dùng để khuấy khi hòa tan chất rắn?</w:t>
      </w:r>
    </w:p>
    <w:p>
      <w:pPr>
        <w:jc w:val="center"/>
      </w:pPr>
      <w:r>
        <w:rPr>
          <w:sz w:val="22"/>
        </w:rPr>
        <w:t>Số câu: 22    Thời gian: _____ phút    Họ và tên: _________________________</w:t>
      </w:r>
    </w:p>
    <w:p/>
    <w:p>
      <w:r>
        <w:rPr>
          <w:b/>
          <w:sz w:val="24"/>
        </w:rPr>
        <w:t>Câu 1: Dụng cụ nào dùng để khuấy khi hòa tan chất rắn?</w:t>
      </w:r>
    </w:p>
    <w:p>
      <w:pPr>
        <w:pStyle w:val="ListParagraph"/>
      </w:pPr>
      <w:r>
        <w:rPr>
          <w:sz w:val="22"/>
        </w:rPr>
        <w:t>A. Thìa thủy tinh.</w:t>
      </w:r>
    </w:p>
    <w:p>
      <w:pPr>
        <w:pStyle w:val="ListParagraph"/>
      </w:pPr>
      <w:r>
        <w:rPr>
          <w:sz w:val="22"/>
        </w:rPr>
        <w:t>B. Đũa thủy tinh.</w:t>
      </w:r>
    </w:p>
    <w:p>
      <w:pPr>
        <w:pStyle w:val="ListParagraph"/>
      </w:pPr>
      <w:r>
        <w:rPr>
          <w:sz w:val="22"/>
        </w:rPr>
        <w:t>C. Kẹp gắp.</w:t>
      </w:r>
    </w:p>
    <w:p>
      <w:pPr>
        <w:pStyle w:val="ListParagraph"/>
      </w:pPr>
      <w:r>
        <w:rPr>
          <w:sz w:val="22"/>
        </w:rPr>
        <w:t>D. Dụng cụ bất kì có thể khuấy được.</w:t>
      </w:r>
    </w:p>
    <w:p/>
    <w:p>
      <w:r>
        <w:rPr>
          <w:b/>
          <w:sz w:val="24"/>
        </w:rPr>
        <w:t>Câu 2: Dụng cụ nào dùng để đun trên giá các hóa chất rắn với nhau hoặc nung các chất ở nhiệt độ cao?</w:t>
      </w:r>
    </w:p>
    <w:p>
      <w:pPr>
        <w:pStyle w:val="ListParagraph"/>
      </w:pPr>
      <w:r>
        <w:rPr>
          <w:sz w:val="22"/>
        </w:rPr>
        <w:t>A. Cốc.</w:t>
      </w:r>
    </w:p>
    <w:p>
      <w:pPr>
        <w:pStyle w:val="ListParagraph"/>
      </w:pPr>
      <w:r>
        <w:rPr>
          <w:sz w:val="22"/>
        </w:rPr>
        <w:t>B. Bình tam giác.</w:t>
      </w:r>
    </w:p>
    <w:p>
      <w:pPr>
        <w:pStyle w:val="ListParagraph"/>
      </w:pPr>
      <w:r>
        <w:rPr>
          <w:sz w:val="22"/>
        </w:rPr>
        <w:t>C. Ống nghiệm.</w:t>
      </w:r>
    </w:p>
    <w:p>
      <w:pPr>
        <w:pStyle w:val="ListParagraph"/>
      </w:pPr>
      <w:r>
        <w:rPr>
          <w:sz w:val="22"/>
        </w:rPr>
        <w:t>D. Bát sứ.</w:t>
      </w:r>
    </w:p>
    <w:p/>
    <w:p>
      <w:r>
        <w:rPr>
          <w:b/>
          <w:sz w:val="24"/>
        </w:rPr>
        <w:t>Câu 3: Nếu dùng để kẹp ống nghiệm thì nên đặt kẹp ở vị trí nào?</w:t>
      </w:r>
    </w:p>
    <w:p>
      <w:pPr>
        <w:pStyle w:val="ListParagraph"/>
      </w:pPr>
      <w:r>
        <w:rPr>
          <w:sz w:val="22"/>
        </w:rPr>
        <w:t>A. Ở vị trí gần miệng ống nghiệm.</w:t>
      </w:r>
    </w:p>
    <w:p>
      <w:pPr>
        <w:pStyle w:val="ListParagraph"/>
      </w:pPr>
      <w:r>
        <w:rPr>
          <w:sz w:val="22"/>
        </w:rPr>
        <w:t>B. Ở vị trí 1/2 ống nghiệm.</w:t>
      </w:r>
    </w:p>
    <w:p>
      <w:pPr>
        <w:pStyle w:val="ListParagraph"/>
      </w:pPr>
      <w:r>
        <w:rPr>
          <w:sz w:val="22"/>
        </w:rPr>
        <w:t>C. Ở vị trí 1/3 ống nghiệm tính từ miệng ống nghiệm xuống.</w:t>
      </w:r>
    </w:p>
    <w:p>
      <w:pPr>
        <w:pStyle w:val="ListParagraph"/>
      </w:pPr>
      <w:r>
        <w:rPr>
          <w:sz w:val="22"/>
        </w:rPr>
        <w:t>D. Ở vị trí 2/3 ống nghiệm tính từ miệng ống nghiệm xuống.</w:t>
      </w:r>
    </w:p>
    <w:p/>
    <w:p>
      <w:r>
        <w:rPr>
          <w:b/>
          <w:sz w:val="24"/>
        </w:rPr>
        <w:t>Câu 4: Cầu chì thường đặt ở:</w:t>
      </w:r>
    </w:p>
    <w:p>
      <w:pPr>
        <w:pStyle w:val="ListParagraph"/>
      </w:pPr>
      <w:r>
        <w:rPr>
          <w:sz w:val="22"/>
        </w:rPr>
        <w:t>A. Sau nguồn điện tổng và ở sau các thiết bị điện trong mạch điện.</w:t>
      </w:r>
    </w:p>
    <w:p>
      <w:pPr>
        <w:pStyle w:val="ListParagraph"/>
      </w:pPr>
      <w:r>
        <w:rPr>
          <w:sz w:val="22"/>
        </w:rPr>
        <w:t>B. Sau nguồn điện tổng và ở trước các thiết bị điện trong mạch điện.</w:t>
      </w:r>
    </w:p>
    <w:p>
      <w:pPr>
        <w:pStyle w:val="ListParagraph"/>
      </w:pPr>
      <w:r>
        <w:rPr>
          <w:sz w:val="22"/>
        </w:rPr>
        <w:t>C. Trước nguồn điện tổng và ở trước các thiết bị điện trong mạch điện.</w:t>
      </w:r>
    </w:p>
    <w:p>
      <w:pPr>
        <w:pStyle w:val="ListParagraph"/>
      </w:pPr>
      <w:r>
        <w:rPr>
          <w:sz w:val="22"/>
        </w:rPr>
        <w:t>D. Trước nguồn điện tổng và ở sau các thiết bị điện trong mạch điện.</w:t>
      </w:r>
    </w:p>
    <w:p/>
    <w:p>
      <w:r>
        <w:rPr>
          <w:b/>
          <w:sz w:val="24"/>
        </w:rPr>
        <w:t>Câu 5: Vôn kế dùng để đo:</w:t>
      </w:r>
    </w:p>
    <w:p>
      <w:pPr>
        <w:pStyle w:val="ListParagraph"/>
      </w:pPr>
      <w:r>
        <w:rPr>
          <w:sz w:val="22"/>
        </w:rPr>
        <w:t>A. Cường độ dòng điện.</w:t>
      </w:r>
    </w:p>
    <w:p>
      <w:pPr>
        <w:pStyle w:val="ListParagraph"/>
      </w:pPr>
      <w:r>
        <w:rPr>
          <w:sz w:val="22"/>
        </w:rPr>
        <w:t>B. Hiệu điện thế.</w:t>
      </w:r>
    </w:p>
    <w:p>
      <w:pPr>
        <w:pStyle w:val="ListParagraph"/>
      </w:pPr>
      <w:r>
        <w:rPr>
          <w:sz w:val="22"/>
        </w:rPr>
        <w:t>C. Công suất mạch điện.</w:t>
      </w:r>
    </w:p>
    <w:p>
      <w:pPr>
        <w:pStyle w:val="ListParagraph"/>
      </w:pPr>
      <w:r>
        <w:rPr>
          <w:sz w:val="22"/>
        </w:rPr>
        <w:t>D. Giá trị điện trở.</w:t>
      </w:r>
    </w:p>
    <w:p/>
    <w:p>
      <w:r>
        <w:rPr>
          <w:b/>
          <w:sz w:val="24"/>
        </w:rPr>
        <w:t>Câu 6: Tên gọi của dụng cụ dưới đây?</w:t>
      </w:r>
    </w:p>
    <w:p>
      <w:pPr>
        <w:pStyle w:val="ListParagraph"/>
      </w:pPr>
      <w:r>
        <w:rPr>
          <w:sz w:val="22"/>
        </w:rPr>
        <w:t>A. Ống đong.</w:t>
      </w:r>
    </w:p>
    <w:p>
      <w:pPr>
        <w:pStyle w:val="ListParagraph"/>
      </w:pPr>
      <w:r>
        <w:rPr>
          <w:sz w:val="22"/>
        </w:rPr>
        <w:t>B. Cốc chia độ.</w:t>
      </w:r>
    </w:p>
    <w:p>
      <w:pPr>
        <w:pStyle w:val="ListParagraph"/>
      </w:pPr>
      <w:r>
        <w:rPr>
          <w:sz w:val="22"/>
        </w:rPr>
        <w:t>C. Ống hút nhỏ giọt.</w:t>
      </w:r>
    </w:p>
    <w:p>
      <w:pPr>
        <w:pStyle w:val="ListParagraph"/>
      </w:pPr>
      <w:r>
        <w:rPr>
          <w:sz w:val="22"/>
        </w:rPr>
        <w:t>D. Lọ thủy tinh.</w:t>
      </w:r>
    </w:p>
    <w:p/>
    <w:p>
      <w:r>
        <w:rPr>
          <w:b/>
          <w:sz w:val="24"/>
        </w:rPr>
        <w:t>Câu 7: Đây là dụng cụ gì?</w:t>
      </w:r>
    </w:p>
    <w:p>
      <w:pPr>
        <w:pStyle w:val="ListParagraph"/>
      </w:pPr>
      <w:r>
        <w:rPr>
          <w:sz w:val="22"/>
        </w:rPr>
        <w:t>A. Ống đong.</w:t>
      </w:r>
    </w:p>
    <w:p>
      <w:pPr>
        <w:pStyle w:val="ListParagraph"/>
      </w:pPr>
      <w:r>
        <w:rPr>
          <w:sz w:val="22"/>
        </w:rPr>
        <w:t>B. Cốc chia độ.</w:t>
      </w:r>
    </w:p>
    <w:p>
      <w:pPr>
        <w:pStyle w:val="ListParagraph"/>
      </w:pPr>
      <w:r>
        <w:rPr>
          <w:sz w:val="22"/>
        </w:rPr>
        <w:t>C. Ống hút nhỏ giọt.</w:t>
      </w:r>
    </w:p>
    <w:p>
      <w:pPr>
        <w:pStyle w:val="ListParagraph"/>
      </w:pPr>
      <w:r>
        <w:rPr>
          <w:sz w:val="22"/>
        </w:rPr>
        <w:t>D. Lọ thủy tinh.</w:t>
      </w:r>
    </w:p>
    <w:p/>
    <w:p>
      <w:r>
        <w:rPr>
          <w:b/>
          <w:sz w:val="24"/>
        </w:rPr>
        <w:t>Câu 8: Một thí nghiệm cần bộ nguồn điện có hiệu điện thế là 6 V thì có thể sử dụng bao nhiêu pin 2 V?</w:t>
      </w:r>
    </w:p>
    <w:p>
      <w:pPr>
        <w:pStyle w:val="ListParagraph"/>
      </w:pPr>
      <w:r>
        <w:rPr>
          <w:sz w:val="22"/>
        </w:rPr>
        <w:t>A. 2.</w:t>
      </w:r>
    </w:p>
    <w:p>
      <w:pPr>
        <w:pStyle w:val="ListParagraph"/>
      </w:pPr>
      <w:r>
        <w:rPr>
          <w:sz w:val="22"/>
        </w:rPr>
        <w:t>B. 3.</w:t>
      </w:r>
    </w:p>
    <w:p>
      <w:pPr>
        <w:pStyle w:val="ListParagraph"/>
      </w:pPr>
      <w:r>
        <w:rPr>
          <w:sz w:val="22"/>
        </w:rPr>
        <w:t>C. 4.</w:t>
      </w:r>
    </w:p>
    <w:p>
      <w:pPr>
        <w:pStyle w:val="ListParagraph"/>
      </w:pPr>
      <w:r>
        <w:rPr>
          <w:sz w:val="22"/>
        </w:rPr>
        <w:t>D. 1.</w:t>
      </w:r>
    </w:p>
    <w:p/>
    <w:p>
      <w:r>
        <w:rPr>
          <w:b/>
          <w:sz w:val="24"/>
        </w:rPr>
        <w:t>Câu 9: Trong các câu sau, câu nào chỉ hiện tượng vật lí?</w:t>
      </w:r>
    </w:p>
    <w:p>
      <w:pPr>
        <w:pStyle w:val="ListParagraph"/>
      </w:pPr>
      <w:r>
        <w:rPr>
          <w:sz w:val="22"/>
        </w:rPr>
        <w:t>A. Khí hydrogen cháy.</w:t>
      </w:r>
    </w:p>
    <w:p>
      <w:pPr>
        <w:pStyle w:val="ListParagraph"/>
      </w:pPr>
      <w:r>
        <w:rPr>
          <w:sz w:val="22"/>
        </w:rPr>
        <w:t>B. Gỗ bị cháy.</w:t>
      </w:r>
    </w:p>
    <w:p>
      <w:pPr>
        <w:pStyle w:val="ListParagraph"/>
      </w:pPr>
      <w:r>
        <w:rPr>
          <w:sz w:val="22"/>
        </w:rPr>
        <w:t>C. Sắt nóng chảy.</w:t>
      </w:r>
    </w:p>
    <w:p>
      <w:pPr>
        <w:pStyle w:val="ListParagraph"/>
      </w:pPr>
      <w:r>
        <w:rPr>
          <w:sz w:val="22"/>
        </w:rPr>
        <w:t>D. Đường cháy thành than.</w:t>
      </w:r>
    </w:p>
    <w:p/>
    <w:p>
      <w:r>
        <w:rPr>
          <w:b/>
          <w:sz w:val="24"/>
        </w:rPr>
        <w:t>Câu 10: Trong các hiện tượng sau, hiện tượng nào là hiện tượng hóa học?</w:t>
      </w:r>
    </w:p>
    <w:p>
      <w:pPr>
        <w:pStyle w:val="ListParagraph"/>
      </w:pPr>
      <w:r>
        <w:rPr>
          <w:sz w:val="22"/>
        </w:rPr>
        <w:t>A. Sáng sớm, khi mặt trời mọc sương mù tan dần.</w:t>
      </w:r>
    </w:p>
    <w:p>
      <w:pPr>
        <w:pStyle w:val="ListParagraph"/>
      </w:pPr>
      <w:r>
        <w:rPr>
          <w:sz w:val="22"/>
        </w:rPr>
        <w:t>B. Hơi nước trong các đám mây ngưng tụ và rơi xuống tạo thành mưa.</w:t>
      </w:r>
    </w:p>
    <w:p>
      <w:pPr>
        <w:pStyle w:val="ListParagraph"/>
      </w:pPr>
      <w:r>
        <w:rPr>
          <w:sz w:val="22"/>
        </w:rPr>
        <w:t>C. Hòa tan muối vào nước tạo thành dung dịch nước muối.</w:t>
      </w:r>
    </w:p>
    <w:p>
      <w:pPr>
        <w:pStyle w:val="ListParagraph"/>
      </w:pPr>
      <w:r>
        <w:rPr>
          <w:sz w:val="22"/>
        </w:rPr>
        <w:t>D. Chuối chín.</w:t>
      </w:r>
    </w:p>
    <w:p/>
    <w:p>
      <w:r>
        <w:rPr>
          <w:b/>
          <w:sz w:val="24"/>
        </w:rPr>
        <w:t>Câu 11: Trường hợp nào sau đây áp suất của người tác dụng lên mặt sàn là lớn nhất?</w:t>
      </w:r>
    </w:p>
    <w:p>
      <w:pPr>
        <w:pStyle w:val="ListParagraph"/>
      </w:pPr>
      <w:r>
        <w:rPr>
          <w:sz w:val="22"/>
        </w:rPr>
        <w:t>A. Đi giày cao gót và đứng cả hai chân.</w:t>
      </w:r>
    </w:p>
    <w:p>
      <w:pPr>
        <w:pStyle w:val="ListParagraph"/>
      </w:pPr>
      <w:r>
        <w:rPr>
          <w:sz w:val="22"/>
        </w:rPr>
        <w:t>B. Đi giày cao gót và đứng co một chân.</w:t>
      </w:r>
    </w:p>
    <w:p>
      <w:pPr>
        <w:pStyle w:val="ListParagraph"/>
      </w:pPr>
      <w:r>
        <w:rPr>
          <w:sz w:val="22"/>
        </w:rPr>
        <w:t>C. Đi giày đế bằng và đứng cả hai chân.</w:t>
      </w:r>
    </w:p>
    <w:p>
      <w:pPr>
        <w:pStyle w:val="ListParagraph"/>
      </w:pPr>
      <w:r>
        <w:rPr>
          <w:sz w:val="22"/>
        </w:rPr>
        <w:t>D. Đi giày đế bằng và đứng co một chân.</w:t>
      </w:r>
    </w:p>
    <w:p/>
    <w:p>
      <w:r>
        <w:rPr>
          <w:b/>
          <w:sz w:val="24"/>
        </w:rPr>
        <w:t>Câu 12: Chọn câu đúng</w:t>
      </w:r>
    </w:p>
    <w:p>
      <w:pPr>
        <w:pStyle w:val="ListParagraph"/>
      </w:pPr>
      <w:r>
        <w:rPr>
          <w:sz w:val="22"/>
        </w:rPr>
        <w:t>A. Áp suất có số đo bằng độ lớn của áp lực lên một đơn vị diện tích.</w:t>
      </w:r>
    </w:p>
    <w:p>
      <w:pPr>
        <w:pStyle w:val="ListParagraph"/>
      </w:pPr>
      <w:r>
        <w:rPr>
          <w:sz w:val="22"/>
        </w:rPr>
        <w:t>B. Áp suất và áp lực có cùng đơn vị đo.</w:t>
      </w:r>
    </w:p>
    <w:p>
      <w:pPr>
        <w:pStyle w:val="ListParagraph"/>
      </w:pPr>
      <w:r>
        <w:rPr>
          <w:sz w:val="22"/>
        </w:rPr>
        <w:t>C. Áp lực là lực ép vuông góc với mặt bị ép, áp suất là lực ép không vuông góc với mặt bị ép.</w:t>
      </w:r>
    </w:p>
    <w:p>
      <w:pPr>
        <w:pStyle w:val="ListParagraph"/>
      </w:pPr>
      <w:r>
        <w:rPr>
          <w:sz w:val="22"/>
        </w:rPr>
        <w:t>D. Giữa áp suất và áp lực không có mối quan hệ nào.</w:t>
      </w:r>
    </w:p>
    <w:p/>
    <w:p>
      <w:r>
        <w:rPr>
          <w:b/>
          <w:sz w:val="24"/>
        </w:rPr>
        <w:t>Câu 13: Một áp lực 9 N tác dụng lên một diện tích \(3\text{ m}^2\) gây ra áp suất là</w:t>
      </w:r>
    </w:p>
    <w:p>
      <w:pPr>
        <w:pStyle w:val="ListParagraph"/>
      </w:pPr>
      <w:r>
        <w:rPr>
          <w:sz w:val="22"/>
        </w:rPr>
        <w:t>A. \(12\text{ N/m}^2\)</w:t>
      </w:r>
    </w:p>
    <w:p>
      <w:pPr>
        <w:pStyle w:val="ListParagraph"/>
      </w:pPr>
      <w:r>
        <w:rPr>
          <w:sz w:val="22"/>
        </w:rPr>
        <w:t>B. \(3\text{ N/m}^2\)</w:t>
      </w:r>
    </w:p>
    <w:p>
      <w:pPr>
        <w:pStyle w:val="ListParagraph"/>
      </w:pPr>
      <w:r>
        <w:rPr>
          <w:sz w:val="22"/>
        </w:rPr>
        <w:t>C. \(27\text{ N/m}^2\)</w:t>
      </w:r>
    </w:p>
    <w:p>
      <w:pPr>
        <w:pStyle w:val="ListParagraph"/>
      </w:pPr>
      <w:r>
        <w:rPr>
          <w:sz w:val="22"/>
        </w:rPr>
        <w:t>D. \(0,33\text{ N/m}^2\)</w:t>
      </w:r>
    </w:p>
    <w:p/>
    <w:p>
      <w:r>
        <w:rPr>
          <w:b/>
          <w:sz w:val="24"/>
        </w:rPr>
        <w:t>Câu 14: Một áp lực 500 N gây ra áp suất \(2\,500\text{ N/m}^2\) lên diện tích bị ép. Diện tích bị ép là</w:t>
      </w:r>
    </w:p>
    <w:p>
      <w:pPr>
        <w:pStyle w:val="ListParagraph"/>
      </w:pPr>
      <w:r>
        <w:rPr>
          <w:sz w:val="22"/>
        </w:rPr>
        <w:t>A. \(200\text{ cm}^2\)</w:t>
      </w:r>
    </w:p>
    <w:p>
      <w:pPr>
        <w:pStyle w:val="ListParagraph"/>
      </w:pPr>
      <w:r>
        <w:rPr>
          <w:sz w:val="22"/>
        </w:rPr>
        <w:t>B. \(2\,000\text{ cm}^2\)</w:t>
      </w:r>
    </w:p>
    <w:p>
      <w:pPr>
        <w:pStyle w:val="ListParagraph"/>
      </w:pPr>
      <w:r>
        <w:rPr>
          <w:sz w:val="22"/>
        </w:rPr>
        <w:t>C. \(500\text{ cm}^2\)</w:t>
      </w:r>
    </w:p>
    <w:p>
      <w:pPr>
        <w:pStyle w:val="ListParagraph"/>
      </w:pPr>
      <w:r>
        <w:rPr>
          <w:sz w:val="22"/>
        </w:rPr>
        <w:t>D. \(125\text{ cm}^2\)</w:t>
      </w:r>
    </w:p>
    <w:p/>
    <w:p>
      <w:r>
        <w:rPr>
          <w:b/>
          <w:sz w:val="24"/>
        </w:rPr>
        <w:t>Câu 15: Moment của một lực đối với một trục quay là đại lượng đặc trưng cho:</w:t>
      </w:r>
    </w:p>
    <w:p>
      <w:pPr>
        <w:pStyle w:val="ListParagraph"/>
      </w:pPr>
      <w:r>
        <w:rPr>
          <w:sz w:val="22"/>
        </w:rPr>
        <w:t>A. tác dụng kéo của lực.</w:t>
      </w:r>
    </w:p>
    <w:p>
      <w:pPr>
        <w:pStyle w:val="ListParagraph"/>
      </w:pPr>
      <w:r>
        <w:rPr>
          <w:sz w:val="22"/>
        </w:rPr>
        <w:t>B. tác dụng nén của lực.</w:t>
      </w:r>
    </w:p>
    <w:p>
      <w:pPr>
        <w:pStyle w:val="ListParagraph"/>
      </w:pPr>
      <w:r>
        <w:rPr>
          <w:sz w:val="22"/>
        </w:rPr>
        <w:t>C. tác dụng uốn của lực.</w:t>
      </w:r>
    </w:p>
    <w:p>
      <w:pPr>
        <w:pStyle w:val="ListParagraph"/>
      </w:pPr>
      <w:r>
        <w:rPr>
          <w:sz w:val="22"/>
        </w:rPr>
        <w:t>D. tác dụng làm quay của lực.</w:t>
      </w:r>
    </w:p>
    <w:p/>
    <w:p>
      <w:r>
        <w:rPr>
          <w:b/>
          <w:sz w:val="24"/>
        </w:rPr>
        <w:t>Câu 16: Xe đẩy cát kéo là ứng dụng của đòn bẩy</w:t>
      </w:r>
    </w:p>
    <w:p>
      <w:pPr>
        <w:pStyle w:val="ListParagraph"/>
      </w:pPr>
      <w:r>
        <w:rPr>
          <w:sz w:val="22"/>
        </w:rPr>
        <w:t>A. có điểm tựa ở giữa.</w:t>
      </w:r>
    </w:p>
    <w:p>
      <w:pPr>
        <w:pStyle w:val="ListParagraph"/>
      </w:pPr>
      <w:r>
        <w:rPr>
          <w:sz w:val="22"/>
        </w:rPr>
        <w:t>B. có điểm tựa ở một đầu, vật ở giữa và lực tác dụng ở đầu bên kia.</w:t>
      </w:r>
    </w:p>
    <w:p>
      <w:pPr>
        <w:pStyle w:val="ListParagraph"/>
      </w:pPr>
      <w:r>
        <w:rPr>
          <w:sz w:val="22"/>
        </w:rPr>
        <w:t>C. có điểm tựa ở một đầu, vật ở đầu bên kia và lực tác dụng ở trong khoảng giữa hai đầu.</w:t>
      </w:r>
    </w:p>
    <w:p>
      <w:pPr>
        <w:pStyle w:val="ListParagraph"/>
      </w:pPr>
      <w:r>
        <w:rPr>
          <w:sz w:val="22"/>
        </w:rPr>
        <w:t>D. có điểm tựa và điểm đặt vật trùng nhau.</w:t>
      </w:r>
    </w:p>
    <w:p/>
    <w:p>
      <w:r>
        <w:rPr>
          <w:b/>
          <w:sz w:val="24"/>
        </w:rPr>
        <w:t>Câu 17: Tác dụng làm quay của lực càng lớn khi:</w:t>
      </w:r>
    </w:p>
    <w:p>
      <w:pPr>
        <w:pStyle w:val="ListParagraph"/>
      </w:pPr>
      <w:r>
        <w:rPr>
          <w:sz w:val="22"/>
        </w:rPr>
        <w:t>A. giá của lực càng xa, moment lực càng lớn.</w:t>
      </w:r>
    </w:p>
    <w:p>
      <w:pPr>
        <w:pStyle w:val="ListParagraph"/>
      </w:pPr>
      <w:r>
        <w:rPr>
          <w:sz w:val="22"/>
        </w:rPr>
        <w:t>B. giá của lực càng gần, moment lực càng lớn.</w:t>
      </w:r>
    </w:p>
    <w:p>
      <w:pPr>
        <w:pStyle w:val="ListParagraph"/>
      </w:pPr>
      <w:r>
        <w:rPr>
          <w:sz w:val="22"/>
        </w:rPr>
        <w:t>C. giá của lực càng xa, moment lực càng bé.</w:t>
      </w:r>
    </w:p>
    <w:p>
      <w:pPr>
        <w:pStyle w:val="ListParagraph"/>
      </w:pPr>
      <w:r>
        <w:rPr>
          <w:sz w:val="22"/>
        </w:rPr>
        <w:t>D. giá của lực càng gần, moment lực càng bé.</w:t>
      </w:r>
    </w:p>
    <w:p/>
    <w:p>
      <w:r>
        <w:rPr>
          <w:b/>
          <w:sz w:val="24"/>
        </w:rPr>
        <w:t>Câu 18: Khối lượng riêng của một chất là gì?</w:t>
      </w:r>
    </w:p>
    <w:p>
      <w:pPr>
        <w:pStyle w:val="ListParagraph"/>
      </w:pPr>
      <w:r>
        <w:rPr>
          <w:sz w:val="22"/>
        </w:rPr>
        <w:t>A. Là khối lượng của chất đó.</w:t>
      </w:r>
    </w:p>
    <w:p>
      <w:pPr>
        <w:pStyle w:val="ListParagraph"/>
      </w:pPr>
      <w:r>
        <w:rPr>
          <w:sz w:val="22"/>
        </w:rPr>
        <w:t>B. Là trọng lượng của một đơn vị thể tích chất đó.</w:t>
      </w:r>
    </w:p>
    <w:p>
      <w:pPr>
        <w:pStyle w:val="ListParagraph"/>
      </w:pPr>
      <w:r>
        <w:rPr>
          <w:sz w:val="22"/>
        </w:rPr>
        <w:t>C. Là khối lượng trên một đơn vị áp suất chất đó.</w:t>
      </w:r>
    </w:p>
    <w:p>
      <w:pPr>
        <w:pStyle w:val="ListParagraph"/>
      </w:pPr>
      <w:r>
        <w:rPr>
          <w:sz w:val="22"/>
        </w:rPr>
        <w:t>D. Là khối lượng của một đơn vị thể tích chất đó.</w:t>
      </w:r>
    </w:p>
    <w:p/>
    <w:p>
      <w:r>
        <w:rPr>
          <w:b/>
          <w:sz w:val="24"/>
        </w:rPr>
        <w:t>Câu 19: Trong các đơn vị bên dưới, đơn vị nào không dùng đo áp suất</w:t>
      </w:r>
    </w:p>
    <w:p>
      <w:pPr>
        <w:pStyle w:val="ListParagraph"/>
      </w:pPr>
      <w:r>
        <w:rPr>
          <w:sz w:val="22"/>
        </w:rPr>
        <w:t>A. mmHg</w:t>
      </w:r>
    </w:p>
    <w:p>
      <w:pPr>
        <w:pStyle w:val="ListParagraph"/>
      </w:pPr>
      <w:r>
        <w:rPr>
          <w:sz w:val="22"/>
        </w:rPr>
        <w:t>B. \(\text{N/m}^{2}\)</w:t>
      </w:r>
    </w:p>
    <w:p>
      <w:pPr>
        <w:pStyle w:val="ListParagraph"/>
      </w:pPr>
      <w:r>
        <w:rPr>
          <w:sz w:val="22"/>
        </w:rPr>
        <w:t>C. \(\text{N/m}^{3}\)</w:t>
      </w:r>
    </w:p>
    <w:p>
      <w:pPr>
        <w:pStyle w:val="ListParagraph"/>
      </w:pPr>
      <w:r>
        <w:rPr>
          <w:sz w:val="22"/>
        </w:rPr>
        <w:t>D. Pa</w:t>
      </w:r>
    </w:p>
    <w:p/>
    <w:p>
      <w:r>
        <w:rPr>
          <w:b/>
          <w:sz w:val="24"/>
        </w:rPr>
        <w:t>Câu 20: Khi đưa một hòn đá nặng dời chỗ sang bên cạnh, người ta sử dụng</w:t>
      </w:r>
    </w:p>
    <w:p>
      <w:pPr>
        <w:pStyle w:val="ListParagraph"/>
      </w:pPr>
      <w:r>
        <w:rPr>
          <w:sz w:val="22"/>
        </w:rPr>
        <w:t>A. ròng rọc cố định.</w:t>
      </w:r>
    </w:p>
    <w:p>
      <w:pPr>
        <w:pStyle w:val="ListParagraph"/>
      </w:pPr>
      <w:r>
        <w:rPr>
          <w:sz w:val="22"/>
        </w:rPr>
        <w:t>B. mặt phẳng nghiêng.</w:t>
      </w:r>
    </w:p>
    <w:p>
      <w:pPr>
        <w:pStyle w:val="ListParagraph"/>
      </w:pPr>
      <w:r>
        <w:rPr>
          <w:sz w:val="22"/>
        </w:rPr>
        <w:t>C. đòn bẩy.</w:t>
      </w:r>
    </w:p>
    <w:p>
      <w:pPr>
        <w:pStyle w:val="ListParagraph"/>
      </w:pPr>
      <w:r>
        <w:rPr>
          <w:sz w:val="22"/>
        </w:rPr>
        <w:t>D. mặt phẳng nghiêng và đòn bẩy.</w:t>
      </w:r>
    </w:p>
    <w:p/>
    <w:p>
      <w:r>
        <w:rPr>
          <w:b/>
          <w:sz w:val="24"/>
        </w:rPr>
        <w:t>Câu 21: Trong các đơn vị bên dưới, đơn vị nào dùng để đo khối lượng riêng</w:t>
      </w:r>
    </w:p>
    <w:p>
      <w:pPr>
        <w:pStyle w:val="ListParagraph"/>
      </w:pPr>
      <w:r>
        <w:rPr>
          <w:sz w:val="22"/>
        </w:rPr>
        <w:t>A. \(\text{kg/m}^{3}\)</w:t>
      </w:r>
    </w:p>
    <w:p>
      <w:pPr>
        <w:pStyle w:val="ListParagraph"/>
      </w:pPr>
      <w:r>
        <w:rPr>
          <w:sz w:val="22"/>
        </w:rPr>
        <w:t>B. \(\text{N/m}^{2}\)</w:t>
      </w:r>
    </w:p>
    <w:p>
      <w:pPr>
        <w:pStyle w:val="ListParagraph"/>
      </w:pPr>
      <w:r>
        <w:rPr>
          <w:sz w:val="22"/>
        </w:rPr>
        <w:t>C. \(\text{N/m}^{3}\)</w:t>
      </w:r>
    </w:p>
    <w:p>
      <w:pPr>
        <w:pStyle w:val="ListParagraph"/>
      </w:pPr>
      <w:r>
        <w:rPr>
          <w:sz w:val="22"/>
        </w:rPr>
        <w:t>D. Pa</w:t>
      </w:r>
    </w:p>
    <w:p/>
    <w:p>
      <w:r>
        <w:rPr>
          <w:b/>
          <w:sz w:val="24"/>
        </w:rPr>
        <w:t>Câu 22: Ngoài đơn vị Pascal, người ta còn dùng các đơn vị đo áp suất thông dụng nào khác trong đời sống và kỹ thuật?</w:t>
      </w:r>
    </w:p>
    <w:p>
      <w:pPr>
        <w:pStyle w:val="ListParagraph"/>
      </w:pPr>
      <w:r>
        <w:rPr>
          <w:sz w:val="22"/>
        </w:rPr>
        <w:t>A. \(\text{m}^{3}\), l, ml</w:t>
      </w:r>
    </w:p>
    <w:p>
      <w:pPr>
        <w:pStyle w:val="ListParagraph"/>
      </w:pPr>
      <w:r>
        <w:rPr>
          <w:sz w:val="22"/>
        </w:rPr>
        <w:t>B. atm, mmHg, bar</w:t>
      </w:r>
    </w:p>
    <w:p>
      <w:pPr>
        <w:pStyle w:val="ListParagraph"/>
      </w:pPr>
      <w:r>
        <w:rPr>
          <w:sz w:val="22"/>
        </w:rPr>
        <w:t>C. m/s, km/h</w:t>
      </w:r>
    </w:p>
    <w:p>
      <w:pPr>
        <w:pStyle w:val="ListParagraph"/>
      </w:pPr>
      <w:r>
        <w:rPr>
          <w:sz w:val="22"/>
        </w:rPr>
        <w:t>D. kg, g, mg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