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Đơn vị nào sau đây không phải là đơn vị đo khối lư</w:t>
      </w:r>
    </w:p>
    <w:p>
      <w:pPr>
        <w:jc w:val="center"/>
      </w:pPr>
      <w:r>
        <w:rPr>
          <w:sz w:val="22"/>
        </w:rPr>
        <w:t>Số câu: 35    Thời gian: _____ phút    Họ và tên: _________________________</w:t>
      </w:r>
    </w:p>
    <w:p/>
    <w:p>
      <w:r>
        <w:rPr>
          <w:b/>
          <w:sz w:val="24"/>
        </w:rPr>
        <w:t>Câu 1: Đơn vị nào sau đây không phải là đơn vị đo khối lượng?</w:t>
      </w:r>
    </w:p>
    <w:p>
      <w:pPr>
        <w:pStyle w:val="ListParagraph"/>
      </w:pPr>
      <w:r>
        <w:rPr>
          <w:sz w:val="22"/>
        </w:rPr>
        <w:t>A. Kilôgam (kg).</w:t>
      </w:r>
    </w:p>
    <w:p>
      <w:pPr>
        <w:pStyle w:val="ListParagraph"/>
      </w:pPr>
      <w:r>
        <w:rPr>
          <w:sz w:val="22"/>
        </w:rPr>
        <w:t>B. Gam (g).</w:t>
      </w:r>
    </w:p>
    <w:p>
      <w:pPr>
        <w:pStyle w:val="ListParagraph"/>
      </w:pPr>
      <w:r>
        <w:rPr>
          <w:sz w:val="22"/>
        </w:rPr>
        <w:t>C. Mét (m).</w:t>
      </w:r>
    </w:p>
    <w:p>
      <w:pPr>
        <w:pStyle w:val="ListParagraph"/>
      </w:pPr>
      <w:r>
        <w:rPr>
          <w:sz w:val="22"/>
        </w:rPr>
        <w:t>D. Tấn (t).</w:t>
      </w:r>
    </w:p>
    <w:p/>
    <w:p>
      <w:r>
        <w:rPr>
          <w:b/>
          <w:sz w:val="24"/>
        </w:rPr>
        <w:t>Câu 2: Để đo khối lượng của một túi gạo, em nên chọn dụng cụ nào?</w:t>
      </w:r>
    </w:p>
    <w:p>
      <w:pPr>
        <w:pStyle w:val="ListParagraph"/>
      </w:pPr>
      <w:r>
        <w:rPr>
          <w:sz w:val="22"/>
        </w:rPr>
        <w:t>A. Thước dây.</w:t>
      </w:r>
    </w:p>
    <w:p>
      <w:pPr>
        <w:pStyle w:val="ListParagraph"/>
      </w:pPr>
      <w:r>
        <w:rPr>
          <w:sz w:val="22"/>
        </w:rPr>
        <w:t>B. Nhiệt kế.</w:t>
      </w:r>
    </w:p>
    <w:p>
      <w:pPr>
        <w:pStyle w:val="ListParagraph"/>
      </w:pPr>
      <w:r>
        <w:rPr>
          <w:sz w:val="22"/>
        </w:rPr>
        <w:t>C. Đồng hồ.</w:t>
      </w:r>
    </w:p>
    <w:p>
      <w:pPr>
        <w:pStyle w:val="ListParagraph"/>
      </w:pPr>
      <w:r>
        <w:rPr>
          <w:sz w:val="22"/>
        </w:rPr>
        <w:t>D. Cân điện tử.</w:t>
      </w:r>
    </w:p>
    <w:p/>
    <w:p>
      <w:r>
        <w:rPr>
          <w:b/>
          <w:sz w:val="24"/>
        </w:rPr>
        <w:t>Câu 3: Trong hệ đơn vị đo lường hợp pháp của nước ta, đơn vị cơ bản dùng để đo khối lượng là</w:t>
      </w:r>
    </w:p>
    <w:p>
      <w:pPr>
        <w:pStyle w:val="ListParagraph"/>
      </w:pPr>
      <w:r>
        <w:rPr>
          <w:sz w:val="22"/>
        </w:rPr>
        <w:t>A. gam (g).</w:t>
      </w:r>
    </w:p>
    <w:p>
      <w:pPr>
        <w:pStyle w:val="ListParagraph"/>
      </w:pPr>
      <w:r>
        <w:rPr>
          <w:sz w:val="22"/>
        </w:rPr>
        <w:t>B. kilôgam (kg).</w:t>
      </w:r>
    </w:p>
    <w:p>
      <w:pPr>
        <w:pStyle w:val="ListParagraph"/>
      </w:pPr>
      <w:r>
        <w:rPr>
          <w:sz w:val="22"/>
        </w:rPr>
        <w:t>C. tấn (t).</w:t>
      </w:r>
    </w:p>
    <w:p>
      <w:pPr>
        <w:pStyle w:val="ListParagraph"/>
      </w:pPr>
      <w:r>
        <w:rPr>
          <w:sz w:val="22"/>
        </w:rPr>
        <w:t>D. miligam (mg).</w:t>
      </w:r>
    </w:p>
    <w:p/>
    <w:p>
      <w:r>
        <w:rPr>
          <w:b/>
          <w:sz w:val="24"/>
        </w:rPr>
        <w:t>Câu 4: Dụng cụ nào sau đây dùng để đo khối lượng?</w:t>
      </w:r>
    </w:p>
    <w:p>
      <w:pPr>
        <w:pStyle w:val="ListParagraph"/>
      </w:pPr>
      <w:r>
        <w:rPr>
          <w:sz w:val="22"/>
        </w:rPr>
        <w:t>A. Cân đồng hồ.</w:t>
      </w:r>
    </w:p>
    <w:p>
      <w:pPr>
        <w:pStyle w:val="ListParagraph"/>
      </w:pPr>
      <w:r>
        <w:rPr>
          <w:sz w:val="22"/>
        </w:rPr>
        <w:t>B. Thước cuộn.</w:t>
      </w:r>
    </w:p>
    <w:p>
      <w:pPr>
        <w:pStyle w:val="ListParagraph"/>
      </w:pPr>
      <w:r>
        <w:rPr>
          <w:sz w:val="22"/>
        </w:rPr>
        <w:t>C. Nhiệt kế.</w:t>
      </w:r>
    </w:p>
    <w:p>
      <w:pPr>
        <w:pStyle w:val="ListParagraph"/>
      </w:pPr>
      <w:r>
        <w:rPr>
          <w:sz w:val="22"/>
        </w:rPr>
        <w:t>D. Đồng hồ bấm giây.</w:t>
      </w:r>
    </w:p>
    <w:p/>
    <w:p>
      <w:r>
        <w:rPr>
          <w:b/>
          <w:sz w:val="24"/>
        </w:rPr>
        <w:t>Câu 5: Đổi 1 000 g = ……… kg. Số cần điền vào chỗ trống là</w:t>
      </w:r>
    </w:p>
    <w:p>
      <w:pPr>
        <w:pStyle w:val="ListParagraph"/>
      </w:pPr>
      <w:r>
        <w:rPr>
          <w:sz w:val="22"/>
        </w:rPr>
        <w:t>A. 0,10.</w:t>
      </w:r>
    </w:p>
    <w:p>
      <w:pPr>
        <w:pStyle w:val="ListParagraph"/>
      </w:pPr>
      <w:r>
        <w:rPr>
          <w:sz w:val="22"/>
        </w:rPr>
        <w:t>B. 10.</w:t>
      </w:r>
    </w:p>
    <w:p>
      <w:pPr>
        <w:pStyle w:val="ListParagraph"/>
      </w:pPr>
      <w:r>
        <w:rPr>
          <w:sz w:val="22"/>
        </w:rPr>
        <w:t>C. 1.</w:t>
      </w:r>
    </w:p>
    <w:p>
      <w:pPr>
        <w:pStyle w:val="ListParagraph"/>
      </w:pPr>
      <w:r>
        <w:rPr>
          <w:sz w:val="22"/>
        </w:rPr>
        <w:t>D. 100.</w:t>
      </w:r>
    </w:p>
    <w:p/>
    <w:p>
      <w:r>
        <w:rPr>
          <w:b/>
          <w:sz w:val="24"/>
        </w:rPr>
        <w:t>Câu 6: Biết 1 lạng = 100 g. Khối lượng 3 lạng bằng</w:t>
      </w:r>
    </w:p>
    <w:p>
      <w:pPr>
        <w:pStyle w:val="ListParagraph"/>
      </w:pPr>
      <w:r>
        <w:rPr>
          <w:sz w:val="22"/>
        </w:rPr>
        <w:t>A. 30 g.</w:t>
      </w:r>
    </w:p>
    <w:p>
      <w:pPr>
        <w:pStyle w:val="ListParagraph"/>
      </w:pPr>
      <w:r>
        <w:rPr>
          <w:sz w:val="22"/>
        </w:rPr>
        <w:t>B. 300 g.</w:t>
      </w:r>
    </w:p>
    <w:p>
      <w:pPr>
        <w:pStyle w:val="ListParagraph"/>
      </w:pPr>
      <w:r>
        <w:rPr>
          <w:sz w:val="22"/>
        </w:rPr>
        <w:t>C. 3 000 g.</w:t>
      </w:r>
    </w:p>
    <w:p>
      <w:pPr>
        <w:pStyle w:val="ListParagraph"/>
      </w:pPr>
      <w:r>
        <w:rPr>
          <w:sz w:val="22"/>
        </w:rPr>
        <w:t>D. 0,3 g.</w:t>
      </w:r>
    </w:p>
    <w:p/>
    <w:p>
      <w:r>
        <w:rPr>
          <w:b/>
          <w:sz w:val="24"/>
        </w:rPr>
        <w:t>Câu 7: Một túi gạo có khối lượng 4 kg. Khối lượng của túi gạo bằng.</w:t>
      </w:r>
    </w:p>
    <w:p>
      <w:pPr>
        <w:pStyle w:val="ListParagraph"/>
      </w:pPr>
      <w:r>
        <w:rPr>
          <w:sz w:val="22"/>
        </w:rPr>
        <w:t>A. 40 g.</w:t>
      </w:r>
    </w:p>
    <w:p>
      <w:pPr>
        <w:pStyle w:val="ListParagraph"/>
      </w:pPr>
      <w:r>
        <w:rPr>
          <w:sz w:val="22"/>
        </w:rPr>
        <w:t>B. 400 g.</w:t>
      </w:r>
    </w:p>
    <w:p>
      <w:pPr>
        <w:pStyle w:val="ListParagraph"/>
      </w:pPr>
      <w:r>
        <w:rPr>
          <w:sz w:val="22"/>
        </w:rPr>
        <w:t>C. 4000 g.</w:t>
      </w:r>
    </w:p>
    <w:p>
      <w:pPr>
        <w:pStyle w:val="ListParagraph"/>
      </w:pPr>
      <w:r>
        <w:rPr>
          <w:sz w:val="22"/>
        </w:rPr>
        <w:t>D. 40000 g.</w:t>
      </w:r>
    </w:p>
    <w:p/>
    <w:p>
      <w:r>
        <w:rPr>
          <w:b/>
          <w:sz w:val="24"/>
        </w:rPr>
        <w:t>Câu 8: Biết 1 tạ = 100 kg. Khối lượng 2 tạ bằng</w:t>
      </w:r>
    </w:p>
    <w:p>
      <w:pPr>
        <w:pStyle w:val="ListParagraph"/>
      </w:pPr>
      <w:r>
        <w:rPr>
          <w:sz w:val="22"/>
        </w:rPr>
        <w:t>A. 20 kg.</w:t>
      </w:r>
    </w:p>
    <w:p>
      <w:pPr>
        <w:pStyle w:val="ListParagraph"/>
      </w:pPr>
      <w:r>
        <w:rPr>
          <w:sz w:val="22"/>
        </w:rPr>
        <w:t>B. 200 kg.</w:t>
      </w:r>
    </w:p>
    <w:p>
      <w:pPr>
        <w:pStyle w:val="ListParagraph"/>
      </w:pPr>
      <w:r>
        <w:rPr>
          <w:sz w:val="22"/>
        </w:rPr>
        <w:t>C. 2 000 kg.</w:t>
      </w:r>
    </w:p>
    <w:p>
      <w:pPr>
        <w:pStyle w:val="ListParagraph"/>
      </w:pPr>
      <w:r>
        <w:rPr>
          <w:sz w:val="22"/>
        </w:rPr>
        <w:t>D. 0,2 kg.</w:t>
      </w:r>
    </w:p>
    <w:p/>
    <w:p>
      <w:r>
        <w:rPr>
          <w:b/>
          <w:sz w:val="24"/>
        </w:rPr>
        <w:t>Câu 9: Vật thể nào sau đây là vật thể nhân tạo?</w:t>
      </w:r>
    </w:p>
    <w:p>
      <w:pPr>
        <w:pStyle w:val="ListParagraph"/>
      </w:pPr>
      <w:r>
        <w:rPr>
          <w:sz w:val="22"/>
        </w:rPr>
        <w:t>A. Cầu Long Biên.</w:t>
      </w:r>
    </w:p>
    <w:p>
      <w:pPr>
        <w:pStyle w:val="ListParagraph"/>
      </w:pPr>
      <w:r>
        <w:rPr>
          <w:sz w:val="22"/>
        </w:rPr>
        <w:t>B. Con sư tử.</w:t>
      </w:r>
    </w:p>
    <w:p>
      <w:pPr>
        <w:pStyle w:val="ListParagraph"/>
      </w:pPr>
      <w:r>
        <w:rPr>
          <w:sz w:val="22"/>
        </w:rPr>
        <w:t>C. Núi đá vôi.</w:t>
      </w:r>
    </w:p>
    <w:p>
      <w:pPr>
        <w:pStyle w:val="ListParagraph"/>
      </w:pPr>
      <w:r>
        <w:rPr>
          <w:sz w:val="22"/>
        </w:rPr>
        <w:t>D. Mủ cao su.</w:t>
      </w:r>
    </w:p>
    <w:p/>
    <w:p>
      <w:r>
        <w:rPr>
          <w:b/>
          <w:sz w:val="24"/>
        </w:rPr>
        <w:t>Câu 10: Vật thể nào sau đây là vật thể tự nhiên?</w:t>
      </w:r>
    </w:p>
    <w:p>
      <w:pPr>
        <w:pStyle w:val="ListParagraph"/>
      </w:pPr>
      <w:r>
        <w:rPr>
          <w:sz w:val="22"/>
        </w:rPr>
        <w:t>A. Bánh mì.</w:t>
      </w:r>
    </w:p>
    <w:p>
      <w:pPr>
        <w:pStyle w:val="ListParagraph"/>
      </w:pPr>
      <w:r>
        <w:rPr>
          <w:sz w:val="22"/>
        </w:rPr>
        <w:t>B. Núi đá vôi.</w:t>
      </w:r>
    </w:p>
    <w:p>
      <w:pPr>
        <w:pStyle w:val="ListParagraph"/>
      </w:pPr>
      <w:r>
        <w:rPr>
          <w:sz w:val="22"/>
        </w:rPr>
        <w:t>C. Chiếc bàn gỗ.</w:t>
      </w:r>
    </w:p>
    <w:p>
      <w:pPr>
        <w:pStyle w:val="ListParagraph"/>
      </w:pPr>
      <w:r>
        <w:rPr>
          <w:sz w:val="22"/>
        </w:rPr>
        <w:t>D. Cầu Long Biên.</w:t>
      </w:r>
    </w:p>
    <w:p/>
    <w:p>
      <w:r>
        <w:rPr>
          <w:b/>
          <w:sz w:val="24"/>
        </w:rPr>
        <w:t>Câu 11: Thành phần nào chiếm tỉ lệ thể tích lớn nhất trong không khí?</w:t>
      </w:r>
    </w:p>
    <w:p>
      <w:pPr>
        <w:pStyle w:val="ListParagraph"/>
      </w:pPr>
      <w:r>
        <w:rPr>
          <w:sz w:val="22"/>
        </w:rPr>
        <w:t>A. Oxygen.</w:t>
      </w:r>
    </w:p>
    <w:p>
      <w:pPr>
        <w:pStyle w:val="ListParagraph"/>
      </w:pPr>
      <w:r>
        <w:rPr>
          <w:sz w:val="22"/>
        </w:rPr>
        <w:t>B. Carbon dioxide.</w:t>
      </w:r>
    </w:p>
    <w:p>
      <w:pPr>
        <w:pStyle w:val="ListParagraph"/>
      </w:pPr>
      <w:r>
        <w:rPr>
          <w:sz w:val="22"/>
        </w:rPr>
        <w:t>C. Nitrogen.</w:t>
      </w:r>
    </w:p>
    <w:p>
      <w:pPr>
        <w:pStyle w:val="ListParagraph"/>
      </w:pPr>
      <w:r>
        <w:rPr>
          <w:sz w:val="22"/>
        </w:rPr>
        <w:t>D. Hơi nước.</w:t>
      </w:r>
    </w:p>
    <w:p/>
    <w:p>
      <w:r>
        <w:rPr>
          <w:b/>
          <w:sz w:val="24"/>
        </w:rPr>
        <w:t>Câu 12: Vì sao oxygen được coi là một chất khí cần thiết cho sự sống của con người và động vật?</w:t>
      </w:r>
    </w:p>
    <w:p>
      <w:pPr>
        <w:pStyle w:val="ListParagraph"/>
      </w:pPr>
      <w:r>
        <w:rPr>
          <w:sz w:val="22"/>
        </w:rPr>
        <w:t>A. Vì oxygen có màu xanh.</w:t>
      </w:r>
    </w:p>
    <w:p>
      <w:pPr>
        <w:pStyle w:val="ListParagraph"/>
      </w:pPr>
      <w:r>
        <w:rPr>
          <w:sz w:val="22"/>
        </w:rPr>
        <w:t>B. Vì oxygen cần cho quá trình hô hấp.</w:t>
      </w:r>
    </w:p>
    <w:p>
      <w:pPr>
        <w:pStyle w:val="ListParagraph"/>
      </w:pPr>
      <w:r>
        <w:rPr>
          <w:sz w:val="22"/>
        </w:rPr>
        <w:t>C. Vì oxygen có mùi đặc trưng.</w:t>
      </w:r>
    </w:p>
    <w:p>
      <w:pPr>
        <w:pStyle w:val="ListParagraph"/>
      </w:pPr>
      <w:r>
        <w:rPr>
          <w:sz w:val="22"/>
        </w:rPr>
        <w:t>D. Vì oxygen tan rất nhiều trong nước.</w:t>
      </w:r>
    </w:p>
    <w:p/>
    <w:p>
      <w:r>
        <w:rPr>
          <w:b/>
          <w:sz w:val="24"/>
        </w:rPr>
        <w:t>Câu 13: Quá trình chuyển từ thể hơi sang thể lỏng được gọi là</w:t>
      </w:r>
    </w:p>
    <w:p>
      <w:pPr>
        <w:pStyle w:val="ListParagraph"/>
      </w:pPr>
      <w:r>
        <w:rPr>
          <w:sz w:val="22"/>
        </w:rPr>
        <w:t>A. sự nóng chảy.</w:t>
      </w:r>
    </w:p>
    <w:p>
      <w:pPr>
        <w:pStyle w:val="ListParagraph"/>
      </w:pPr>
      <w:r>
        <w:rPr>
          <w:sz w:val="22"/>
        </w:rPr>
        <w:t>B. sự đông đặc.</w:t>
      </w:r>
    </w:p>
    <w:p>
      <w:pPr>
        <w:pStyle w:val="ListParagraph"/>
      </w:pPr>
      <w:r>
        <w:rPr>
          <w:sz w:val="22"/>
        </w:rPr>
        <w:t>C. sự bay hơi.</w:t>
      </w:r>
    </w:p>
    <w:p>
      <w:pPr>
        <w:pStyle w:val="ListParagraph"/>
      </w:pPr>
      <w:r>
        <w:rPr>
          <w:sz w:val="22"/>
        </w:rPr>
        <w:t>D. sự ngưng tụ.</w:t>
      </w:r>
    </w:p>
    <w:p/>
    <w:p>
      <w:r>
        <w:rPr>
          <w:b/>
          <w:sz w:val="24"/>
        </w:rPr>
        <w:t>Câu 14: Khí oxygen chiếm khoảng bao nhiêu phần trăm thể tích của không khí?</w:t>
      </w:r>
    </w:p>
    <w:p>
      <w:pPr>
        <w:pStyle w:val="ListParagraph"/>
      </w:pPr>
      <w:r>
        <w:rPr>
          <w:sz w:val="22"/>
        </w:rPr>
        <w:t>A. 1%.</w:t>
      </w:r>
    </w:p>
    <w:p>
      <w:pPr>
        <w:pStyle w:val="ListParagraph"/>
      </w:pPr>
      <w:r>
        <w:rPr>
          <w:sz w:val="22"/>
        </w:rPr>
        <w:t>B. 21%.</w:t>
      </w:r>
    </w:p>
    <w:p>
      <w:pPr>
        <w:pStyle w:val="ListParagraph"/>
      </w:pPr>
      <w:r>
        <w:rPr>
          <w:sz w:val="22"/>
        </w:rPr>
        <w:t>C. 78%.</w:t>
      </w:r>
    </w:p>
    <w:p>
      <w:pPr>
        <w:pStyle w:val="ListParagraph"/>
      </w:pPr>
      <w:r>
        <w:rPr>
          <w:sz w:val="22"/>
        </w:rPr>
        <w:t>D. 99%.</w:t>
      </w:r>
    </w:p>
    <w:p/>
    <w:p>
      <w:r>
        <w:rPr>
          <w:b/>
          <w:sz w:val="24"/>
        </w:rPr>
        <w:t>Câu 15: Thành phần khí chiếm tỉ lệ thể tích lớn nhất trong không khí là</w:t>
      </w:r>
    </w:p>
    <w:p>
      <w:pPr>
        <w:pStyle w:val="ListParagraph"/>
      </w:pPr>
      <w:r>
        <w:rPr>
          <w:sz w:val="22"/>
        </w:rPr>
        <w:t>A. oxygen.</w:t>
      </w:r>
    </w:p>
    <w:p>
      <w:pPr>
        <w:pStyle w:val="ListParagraph"/>
      </w:pPr>
      <w:r>
        <w:rPr>
          <w:sz w:val="22"/>
        </w:rPr>
        <w:t>B. carbon dioxide.</w:t>
      </w:r>
    </w:p>
    <w:p>
      <w:pPr>
        <w:pStyle w:val="ListParagraph"/>
      </w:pPr>
      <w:r>
        <w:rPr>
          <w:sz w:val="22"/>
        </w:rPr>
        <w:t>C. nitrogen.</w:t>
      </w:r>
    </w:p>
    <w:p>
      <w:pPr>
        <w:pStyle w:val="ListParagraph"/>
      </w:pPr>
      <w:r>
        <w:rPr>
          <w:sz w:val="22"/>
        </w:rPr>
        <w:t>D. hơi nước.</w:t>
      </w:r>
    </w:p>
    <w:p/>
    <w:p>
      <w:r>
        <w:rPr>
          <w:b/>
          <w:sz w:val="24"/>
        </w:rPr>
        <w:t>Câu 16: Khí nào sau đây cần cho sự hô hấp của người và động vật, đồng thời cần cho sự cháy?</w:t>
      </w:r>
    </w:p>
    <w:p>
      <w:pPr>
        <w:pStyle w:val="ListParagraph"/>
      </w:pPr>
      <w:r>
        <w:rPr>
          <w:sz w:val="22"/>
        </w:rPr>
        <w:t>A. Nitrogen.</w:t>
      </w:r>
    </w:p>
    <w:p>
      <w:pPr>
        <w:pStyle w:val="ListParagraph"/>
      </w:pPr>
      <w:r>
        <w:rPr>
          <w:sz w:val="22"/>
        </w:rPr>
        <w:t>B. Carbon dioxide.</w:t>
      </w:r>
    </w:p>
    <w:p>
      <w:pPr>
        <w:pStyle w:val="ListParagraph"/>
      </w:pPr>
      <w:r>
        <w:rPr>
          <w:sz w:val="22"/>
        </w:rPr>
        <w:t>C. Hơi nước.</w:t>
      </w:r>
    </w:p>
    <w:p>
      <w:pPr>
        <w:pStyle w:val="ListParagraph"/>
      </w:pPr>
      <w:r>
        <w:rPr>
          <w:sz w:val="22"/>
        </w:rPr>
        <w:t>D. Oxygen.</w:t>
      </w:r>
    </w:p>
    <w:p/>
    <w:p>
      <w:r>
        <w:rPr>
          <w:b/>
          <w:sz w:val="24"/>
        </w:rPr>
        <w:t>Câu 17: Quá trình chuyển từ thể hơi sang thể lỏng được gọi là</w:t>
      </w:r>
    </w:p>
    <w:p>
      <w:pPr>
        <w:pStyle w:val="ListParagraph"/>
      </w:pPr>
      <w:r>
        <w:rPr>
          <w:sz w:val="22"/>
        </w:rPr>
        <w:t>A. sự nóng chảy.</w:t>
      </w:r>
    </w:p>
    <w:p>
      <w:pPr>
        <w:pStyle w:val="ListParagraph"/>
      </w:pPr>
      <w:r>
        <w:rPr>
          <w:sz w:val="22"/>
        </w:rPr>
        <w:t>B. sự đông đặc.</w:t>
      </w:r>
    </w:p>
    <w:p>
      <w:pPr>
        <w:pStyle w:val="ListParagraph"/>
      </w:pPr>
      <w:r>
        <w:rPr>
          <w:sz w:val="22"/>
        </w:rPr>
        <w:t>C. sự bay hơi.</w:t>
      </w:r>
    </w:p>
    <w:p>
      <w:pPr>
        <w:pStyle w:val="ListParagraph"/>
      </w:pPr>
      <w:r>
        <w:rPr>
          <w:sz w:val="22"/>
        </w:rPr>
        <w:t>D. sự ngưng tụ.</w:t>
      </w:r>
    </w:p>
    <w:p/>
    <w:p>
      <w:r>
        <w:rPr>
          <w:b/>
          <w:sz w:val="24"/>
        </w:rPr>
        <w:t>Câu 18: Hoạt động nào sau đây gây ô nhiễm không khí?</w:t>
      </w:r>
    </w:p>
    <w:p>
      <w:pPr>
        <w:pStyle w:val="ListParagraph"/>
      </w:pPr>
      <w:r>
        <w:rPr>
          <w:sz w:val="22"/>
        </w:rPr>
        <w:t>A. Xả khói, bụi từ nhà máy ra môi trường.</w:t>
      </w:r>
    </w:p>
    <w:p>
      <w:pPr>
        <w:pStyle w:val="ListParagraph"/>
      </w:pPr>
      <w:r>
        <w:rPr>
          <w:sz w:val="22"/>
        </w:rPr>
        <w:t>B. Trồng và chăm sóc cây xanh.</w:t>
      </w:r>
    </w:p>
    <w:p>
      <w:pPr>
        <w:pStyle w:val="ListParagraph"/>
      </w:pPr>
      <w:r>
        <w:rPr>
          <w:sz w:val="22"/>
        </w:rPr>
        <w:t>C. Đi xe buýt thay cho xe máy.</w:t>
      </w:r>
    </w:p>
    <w:p>
      <w:pPr>
        <w:pStyle w:val="ListParagraph"/>
      </w:pPr>
      <w:r>
        <w:rPr>
          <w:sz w:val="22"/>
        </w:rPr>
        <w:t>D. Dùng năng lượng gió, năng lượng Mặt Trời.</w:t>
      </w:r>
    </w:p>
    <w:p/>
    <w:p>
      <w:r>
        <w:rPr>
          <w:b/>
          <w:sz w:val="24"/>
        </w:rPr>
        <w:t>Câu 19: Ở điều kiện thường, oxygen có tính chất nào sau đây?</w:t>
      </w:r>
    </w:p>
    <w:p>
      <w:pPr>
        <w:pStyle w:val="ListParagraph"/>
      </w:pPr>
      <w:r>
        <w:rPr>
          <w:sz w:val="22"/>
        </w:rPr>
        <w:t>A. Là chất lỏng, màu xanh nhạt.</w:t>
      </w:r>
    </w:p>
    <w:p>
      <w:pPr>
        <w:pStyle w:val="ListParagraph"/>
      </w:pPr>
      <w:r>
        <w:rPr>
          <w:sz w:val="22"/>
        </w:rPr>
        <w:t>B. Là chất rắn, màu trắng.</w:t>
      </w:r>
    </w:p>
    <w:p>
      <w:pPr>
        <w:pStyle w:val="ListParagraph"/>
      </w:pPr>
      <w:r>
        <w:rPr>
          <w:sz w:val="22"/>
        </w:rPr>
        <w:t>C. Là chất khí, không màu, không mùi, không vị.</w:t>
      </w:r>
    </w:p>
    <w:p>
      <w:pPr>
        <w:pStyle w:val="ListParagraph"/>
      </w:pPr>
      <w:r>
        <w:rPr>
          <w:sz w:val="22"/>
        </w:rPr>
        <w:t>D. Là chất khí, màu vàng lục, mùi hắc.</w:t>
      </w:r>
    </w:p>
    <w:p/>
    <w:p>
      <w:r>
        <w:rPr>
          <w:b/>
          <w:sz w:val="24"/>
        </w:rPr>
        <w:t>Câu 20: Phát biểu sau đây, phát biểu nào Đúng phát biểu nào Sai? Cây mía, con gà, cây đậu, con sư tử là các vật thể tự nhiên.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21: Phát biểu sau đây, phát biểu nào Đúng phát biểu nào Sai? Cây mía, con gà, cầu Long Biên, bánh mì là các vật thể tự nhiên.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22: Phát biểu sau đây, phát biểu nào Đúng phát biểu nào Sai? Kilôgam (kg) là một đơn vị đo thời gian.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23: Phát biểu sau đây, phát biểu nào Đúng phát biểu nào Sai? Kilôgam (kg) là một đơn vị đo khối lượng.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24: Phát biểu sau đây, phát biểu nào Đúng phát biểu nào Sai? Khí oxygen chiếm khoảng 78% phần trăm thể tích của không khí.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25: Phát biểu sau đây, phát biểu nào Đúng phát biểu nào Sai? Khí oxygen chiếm khoảng 21% phần trăm thể tích của không khí.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26: Phát biểu sau đây, phát biểu nào Đúng phát biểu nào Sai? Hiện tượng “sương đọng thành giọt nhỏ trên lá cây vào sáng sớm” là sự ngưng tụ?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27: Phát biểu sau đây, phát biểu nào Đúng phát biểu nào Sai? Hiện tượng “nước trong khay để trong ngăn đá đóng thành băng” là sự ngưng tụ?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28: Quy đổi khối lượng sau: 420 g = ..............kg.</w:t>
      </w:r>
    </w:p>
    <w:p/>
    <w:p>
      <w:r>
        <w:rPr>
          <w:b/>
          <w:sz w:val="24"/>
        </w:rPr>
        <w:t>Câu 29: Quá trình chất chuyển từ thể hơi sang thể lỏng gọi là sự………………………</w:t>
      </w:r>
    </w:p>
    <w:p/>
    <w:p>
      <w:r>
        <w:rPr>
          <w:b/>
          <w:sz w:val="24"/>
        </w:rPr>
        <w:t>Câu 30: Các vật liệu khác nhau có các…………………………………</w:t>
      </w:r>
    </w:p>
    <w:p/>
    <w:p>
      <w:r>
        <w:rPr>
          <w:b/>
          <w:sz w:val="24"/>
        </w:rPr>
        <w:t>Câu 31: Trong không khi, khí oxygen chiếm ....................về thể tich.</w:t>
      </w:r>
    </w:p>
    <w:p/>
    <w:p>
      <w:r>
        <w:rPr>
          <w:b/>
          <w:sz w:val="24"/>
        </w:rPr>
        <w:t>Câu 32: Đổi 1 200 g = ……… kg.</w:t>
      </w:r>
    </w:p>
    <w:p/>
    <w:p>
      <w:r>
        <w:rPr>
          <w:b/>
          <w:sz w:val="24"/>
        </w:rPr>
        <w:t>Câu 33: Ở điều kiện thường, oxygen là …………, không màu, không mùi, không vị.</w:t>
      </w:r>
    </w:p>
    <w:p/>
    <w:p>
      <w:r>
        <w:rPr>
          <w:b/>
          <w:sz w:val="24"/>
        </w:rPr>
        <w:t>Câu 34: Hoạt động xả khói, bụi từ nhà máy ra môi trường sẽ gây ………. không khí?</w:t>
      </w:r>
    </w:p>
    <w:p/>
    <w:p>
      <w:r>
        <w:rPr>
          <w:b/>
          <w:sz w:val="24"/>
        </w:rPr>
        <w:t>Câu 35: Thành phần khí chiếm tỉ lệ thể tích lớn nhất trong không khí là …………..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0,42</w:t>
      </w:r>
    </w:p>
    <w:p>
      <w:r>
        <w:rPr>
          <w:b/>
        </w:rPr>
        <w:t>Câu 29: Đáp án đúng: ngưng tụ</w:t>
      </w:r>
    </w:p>
    <w:p>
      <w:r>
        <w:rPr>
          <w:b/>
        </w:rPr>
        <w:t>Câu 30: Đáp án đúng: tính chất khác nhau</w:t>
      </w:r>
    </w:p>
    <w:p>
      <w:r>
        <w:rPr>
          <w:b/>
        </w:rPr>
        <w:t>Câu 31: Đáp án đúng: 21%</w:t>
      </w:r>
    </w:p>
    <w:p>
      <w:r>
        <w:rPr>
          <w:b/>
        </w:rPr>
        <w:t>Câu 32: Đáp án đúng: 1,2</w:t>
      </w:r>
    </w:p>
    <w:p>
      <w:r>
        <w:rPr>
          <w:b/>
        </w:rPr>
        <w:t>Câu 33: Đáp án đúng: chất khí</w:t>
      </w:r>
    </w:p>
    <w:p>
      <w:r>
        <w:rPr>
          <w:b/>
        </w:rPr>
        <w:t>Câu 34: Đáp án đúng: ô nhiễm</w:t>
      </w:r>
    </w:p>
    <w:p>
      <w:r>
        <w:rPr>
          <w:b/>
        </w:rPr>
        <w:t>Câu 35: Đáp án đúng: nitrogen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