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Học từ mới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Từ nào có nghĩa là 'ngưỡng mộ'?</w:t>
      </w:r>
    </w:p>
    <w:p>
      <w:pPr>
        <w:pStyle w:val="ListParagraph"/>
      </w:pPr>
      <w:r>
        <w:rPr>
          <w:sz w:val="22"/>
        </w:rPr>
        <w:t>A. admire</w:t>
      </w:r>
    </w:p>
    <w:p>
      <w:pPr>
        <w:pStyle w:val="ListParagraph"/>
      </w:pPr>
      <w:r>
        <w:rPr>
          <w:sz w:val="22"/>
        </w:rPr>
        <w:t>B. diary</w:t>
      </w:r>
    </w:p>
    <w:p>
      <w:pPr>
        <w:pStyle w:val="ListParagraph"/>
      </w:pPr>
      <w:r>
        <w:rPr>
          <w:sz w:val="22"/>
        </w:rPr>
        <w:t>C. peace</w:t>
      </w:r>
    </w:p>
    <w:p>
      <w:pPr>
        <w:pStyle w:val="ListParagraph"/>
      </w:pPr>
      <w:r>
        <w:rPr>
          <w:sz w:val="22"/>
        </w:rPr>
        <w:t>D. medicine</w:t>
      </w:r>
    </w:p>
    <w:p/>
    <w:p>
      <w:r>
        <w:rPr>
          <w:b/>
          <w:sz w:val="24"/>
        </w:rPr>
        <w:t>Câu 2: Từ nào có nghĩa là 'nhật ký'?</w:t>
      </w:r>
    </w:p>
    <w:p>
      <w:pPr>
        <w:pStyle w:val="ListParagraph"/>
      </w:pPr>
      <w:r>
        <w:rPr>
          <w:sz w:val="22"/>
        </w:rPr>
        <w:t>A. medicine</w:t>
      </w:r>
    </w:p>
    <w:p>
      <w:pPr>
        <w:pStyle w:val="ListParagraph"/>
      </w:pPr>
      <w:r>
        <w:rPr>
          <w:sz w:val="22"/>
        </w:rPr>
        <w:t>B. diary</w:t>
      </w:r>
    </w:p>
    <w:p>
      <w:pPr>
        <w:pStyle w:val="ListParagraph"/>
      </w:pPr>
      <w:r>
        <w:rPr>
          <w:sz w:val="22"/>
        </w:rPr>
        <w:t>C. volunteer</w:t>
      </w:r>
    </w:p>
    <w:p>
      <w:pPr>
        <w:pStyle w:val="ListParagraph"/>
      </w:pPr>
      <w:r>
        <w:rPr>
          <w:sz w:val="22"/>
        </w:rPr>
        <w:t>D. surgeon</w:t>
      </w:r>
    </w:p>
    <w:p/>
    <w:p>
      <w:r>
        <w:rPr>
          <w:b/>
          <w:sz w:val="24"/>
        </w:rPr>
        <w:t>Câu 3: Từ nào có nghĩa là 'hòa bình'?</w:t>
      </w:r>
    </w:p>
    <w:p>
      <w:pPr>
        <w:pStyle w:val="ListParagraph"/>
      </w:pPr>
      <w:r>
        <w:rPr>
          <w:sz w:val="22"/>
        </w:rPr>
        <w:t>A. war</w:t>
      </w:r>
    </w:p>
    <w:p>
      <w:pPr>
        <w:pStyle w:val="ListParagraph"/>
      </w:pPr>
      <w:r>
        <w:rPr>
          <w:sz w:val="22"/>
        </w:rPr>
        <w:t>B. army</w:t>
      </w:r>
    </w:p>
    <w:p>
      <w:pPr>
        <w:pStyle w:val="ListParagraph"/>
      </w:pPr>
      <w:r>
        <w:rPr>
          <w:sz w:val="22"/>
        </w:rPr>
        <w:t>C. peace</w:t>
      </w:r>
    </w:p>
    <w:p>
      <w:pPr>
        <w:pStyle w:val="ListParagraph"/>
      </w:pPr>
      <w:r>
        <w:rPr>
          <w:sz w:val="22"/>
        </w:rPr>
        <w:t>D. enemy</w:t>
      </w:r>
    </w:p>
    <w:p/>
    <w:p>
      <w:r>
        <w:rPr>
          <w:b/>
          <w:sz w:val="24"/>
        </w:rPr>
        <w:t>Câu 4: Từ nào có nghĩa là 'y học'?</w:t>
      </w:r>
    </w:p>
    <w:p>
      <w:pPr>
        <w:pStyle w:val="ListParagraph"/>
      </w:pPr>
      <w:r>
        <w:rPr>
          <w:sz w:val="22"/>
        </w:rPr>
        <w:t>A. surgeon</w:t>
      </w:r>
    </w:p>
    <w:p>
      <w:pPr>
        <w:pStyle w:val="ListParagraph"/>
      </w:pPr>
      <w:r>
        <w:rPr>
          <w:sz w:val="22"/>
        </w:rPr>
        <w:t>B. duty</w:t>
      </w:r>
    </w:p>
    <w:p>
      <w:pPr>
        <w:pStyle w:val="ListParagraph"/>
      </w:pPr>
      <w:r>
        <w:rPr>
          <w:sz w:val="22"/>
        </w:rPr>
        <w:t>C. hospital</w:t>
      </w:r>
    </w:p>
    <w:p>
      <w:pPr>
        <w:pStyle w:val="ListParagraph"/>
      </w:pPr>
      <w:r>
        <w:rPr>
          <w:sz w:val="22"/>
        </w:rPr>
        <w:t>D. medicine</w:t>
      </w:r>
    </w:p>
    <w:p/>
    <w:p>
      <w:r>
        <w:rPr>
          <w:b/>
          <w:sz w:val="24"/>
        </w:rPr>
        <w:t>Câu 5: Từ nào có nghĩa là 'tình nguyện'?</w:t>
      </w:r>
    </w:p>
    <w:p>
      <w:pPr>
        <w:pStyle w:val="ListParagraph"/>
      </w:pPr>
      <w:r>
        <w:rPr>
          <w:sz w:val="22"/>
        </w:rPr>
        <w:t>A. volunteer</w:t>
      </w:r>
    </w:p>
    <w:p>
      <w:pPr>
        <w:pStyle w:val="ListParagraph"/>
      </w:pPr>
      <w:r>
        <w:rPr>
          <w:sz w:val="22"/>
        </w:rPr>
        <w:t>B. soldier</w:t>
      </w:r>
    </w:p>
    <w:p>
      <w:pPr>
        <w:pStyle w:val="ListParagraph"/>
      </w:pPr>
      <w:r>
        <w:rPr>
          <w:sz w:val="22"/>
        </w:rPr>
        <w:t>C. general</w:t>
      </w:r>
    </w:p>
    <w:p>
      <w:pPr>
        <w:pStyle w:val="ListParagraph"/>
      </w:pPr>
      <w:r>
        <w:rPr>
          <w:sz w:val="22"/>
        </w:rPr>
        <w:t>D. enemy</w:t>
      </w:r>
    </w:p>
    <w:p/>
    <w:p>
      <w:r>
        <w:rPr>
          <w:b/>
          <w:sz w:val="24"/>
        </w:rPr>
        <w:t>Câu 6: Cụm nào có nghĩa là 'tham gia quân đội'?</w:t>
      </w:r>
    </w:p>
    <w:p>
      <w:pPr>
        <w:pStyle w:val="ListParagraph"/>
      </w:pPr>
      <w:r>
        <w:rPr>
          <w:sz w:val="22"/>
        </w:rPr>
        <w:t>A. field hospital</w:t>
      </w:r>
    </w:p>
    <w:p>
      <w:pPr>
        <w:pStyle w:val="ListParagraph"/>
      </w:pPr>
      <w:r>
        <w:rPr>
          <w:sz w:val="22"/>
        </w:rPr>
        <w:t>B. join the army</w:t>
      </w:r>
    </w:p>
    <w:p>
      <w:pPr>
        <w:pStyle w:val="ListParagraph"/>
      </w:pPr>
      <w:r>
        <w:rPr>
          <w:sz w:val="22"/>
        </w:rPr>
        <w:t>C. drop out</w:t>
      </w:r>
    </w:p>
    <w:p>
      <w:pPr>
        <w:pStyle w:val="ListParagraph"/>
      </w:pPr>
      <w:r>
        <w:rPr>
          <w:sz w:val="22"/>
        </w:rPr>
        <w:t>D. pass away</w:t>
      </w:r>
    </w:p>
    <w:p/>
    <w:p>
      <w:r>
        <w:rPr>
          <w:b/>
          <w:sz w:val="24"/>
        </w:rPr>
        <w:t>Câu 7: Từ nào có nghĩa là 'bác sĩ phẫu thuật'?</w:t>
      </w:r>
    </w:p>
    <w:p>
      <w:pPr>
        <w:pStyle w:val="ListParagraph"/>
      </w:pPr>
      <w:r>
        <w:rPr>
          <w:sz w:val="22"/>
        </w:rPr>
        <w:t>A. soldier</w:t>
      </w:r>
    </w:p>
    <w:p>
      <w:pPr>
        <w:pStyle w:val="ListParagraph"/>
      </w:pPr>
      <w:r>
        <w:rPr>
          <w:sz w:val="22"/>
        </w:rPr>
        <w:t>B. animator</w:t>
      </w:r>
    </w:p>
    <w:p>
      <w:pPr>
        <w:pStyle w:val="ListParagraph"/>
      </w:pPr>
      <w:r>
        <w:rPr>
          <w:sz w:val="22"/>
        </w:rPr>
        <w:t>C. surgeon</w:t>
      </w:r>
    </w:p>
    <w:p>
      <w:pPr>
        <w:pStyle w:val="ListParagraph"/>
      </w:pPr>
      <w:r>
        <w:rPr>
          <w:sz w:val="22"/>
        </w:rPr>
        <w:t>D. businessman</w:t>
      </w:r>
    </w:p>
    <w:p/>
    <w:p>
      <w:r>
        <w:rPr>
          <w:b/>
          <w:sz w:val="24"/>
        </w:rPr>
        <w:t>Câu 8: Cụm nào có nghĩa là 'bệnh viện dã chiến'?</w:t>
      </w:r>
    </w:p>
    <w:p>
      <w:pPr>
        <w:pStyle w:val="ListParagraph"/>
      </w:pPr>
      <w:r>
        <w:rPr>
          <w:sz w:val="22"/>
        </w:rPr>
        <w:t>A. theme park</w:t>
      </w:r>
    </w:p>
    <w:p>
      <w:pPr>
        <w:pStyle w:val="ListParagraph"/>
      </w:pPr>
      <w:r>
        <w:rPr>
          <w:sz w:val="22"/>
        </w:rPr>
        <w:t>B. high school</w:t>
      </w:r>
    </w:p>
    <w:p>
      <w:pPr>
        <w:pStyle w:val="ListParagraph"/>
      </w:pPr>
      <w:r>
        <w:rPr>
          <w:sz w:val="22"/>
        </w:rPr>
        <w:t>C. film industry</w:t>
      </w:r>
    </w:p>
    <w:p>
      <w:pPr>
        <w:pStyle w:val="ListParagraph"/>
      </w:pPr>
      <w:r>
        <w:rPr>
          <w:sz w:val="22"/>
        </w:rPr>
        <w:t>D. field hospital</w:t>
      </w:r>
    </w:p>
    <w:p/>
    <w:p>
      <w:r>
        <w:rPr>
          <w:b/>
          <w:sz w:val="24"/>
        </w:rPr>
        <w:t>Câu 9: Từ nào có nghĩa là 'bao gồm'?</w:t>
      </w:r>
    </w:p>
    <w:p>
      <w:pPr>
        <w:pStyle w:val="ListParagraph"/>
      </w:pPr>
      <w:r>
        <w:rPr>
          <w:sz w:val="22"/>
        </w:rPr>
        <w:t>A. contain</w:t>
      </w:r>
    </w:p>
    <w:p>
      <w:pPr>
        <w:pStyle w:val="ListParagraph"/>
      </w:pPr>
      <w:r>
        <w:rPr>
          <w:sz w:val="22"/>
        </w:rPr>
        <w:t>B. continue</w:t>
      </w:r>
    </w:p>
    <w:p>
      <w:pPr>
        <w:pStyle w:val="ListParagraph"/>
      </w:pPr>
      <w:r>
        <w:rPr>
          <w:sz w:val="22"/>
        </w:rPr>
        <w:t>C. create</w:t>
      </w:r>
    </w:p>
    <w:p>
      <w:pPr>
        <w:pStyle w:val="ListParagraph"/>
      </w:pPr>
      <w:r>
        <w:rPr>
          <w:sz w:val="22"/>
        </w:rPr>
        <w:t>D. consider</w:t>
      </w:r>
    </w:p>
    <w:p/>
    <w:p>
      <w:r>
        <w:rPr>
          <w:b/>
          <w:sz w:val="24"/>
        </w:rPr>
        <w:t>Câu 10: Cụm nào có nghĩa là 'ghi chép cá nhân'?</w:t>
      </w:r>
    </w:p>
    <w:p>
      <w:pPr>
        <w:pStyle w:val="ListParagraph"/>
      </w:pPr>
      <w:r>
        <w:rPr>
          <w:sz w:val="22"/>
        </w:rPr>
        <w:t>A. public-speaking event</w:t>
      </w:r>
    </w:p>
    <w:p>
      <w:pPr>
        <w:pStyle w:val="ListParagraph"/>
      </w:pPr>
      <w:r>
        <w:rPr>
          <w:sz w:val="22"/>
        </w:rPr>
        <w:t>B. personal account</w:t>
      </w:r>
    </w:p>
    <w:p>
      <w:pPr>
        <w:pStyle w:val="ListParagraph"/>
      </w:pPr>
      <w:r>
        <w:rPr>
          <w:sz w:val="22"/>
        </w:rPr>
        <w:t>C. simple life</w:t>
      </w:r>
    </w:p>
    <w:p>
      <w:pPr>
        <w:pStyle w:val="ListParagraph"/>
      </w:pPr>
      <w:r>
        <w:rPr>
          <w:sz w:val="22"/>
        </w:rPr>
        <w:t>D. cutting-edge technology</w:t>
      </w:r>
    </w:p>
    <w:p/>
    <w:p>
      <w:r>
        <w:rPr>
          <w:b/>
          <w:sz w:val="24"/>
        </w:rPr>
        <w:t>Câu 11: Từ nào có nghĩa là 'trải nghiệm'?</w:t>
      </w:r>
    </w:p>
    <w:p>
      <w:pPr>
        <w:pStyle w:val="ListParagraph"/>
      </w:pPr>
      <w:r>
        <w:rPr>
          <w:sz w:val="22"/>
        </w:rPr>
        <w:t>A. experiment</w:t>
      </w:r>
    </w:p>
    <w:p>
      <w:pPr>
        <w:pStyle w:val="ListParagraph"/>
      </w:pPr>
      <w:r>
        <w:rPr>
          <w:sz w:val="22"/>
        </w:rPr>
        <w:t>B. education</w:t>
      </w:r>
    </w:p>
    <w:p>
      <w:pPr>
        <w:pStyle w:val="ListParagraph"/>
      </w:pPr>
      <w:r>
        <w:rPr>
          <w:sz w:val="22"/>
        </w:rPr>
        <w:t>C. experience</w:t>
      </w:r>
    </w:p>
    <w:p>
      <w:pPr>
        <w:pStyle w:val="ListParagraph"/>
      </w:pPr>
      <w:r>
        <w:rPr>
          <w:sz w:val="22"/>
        </w:rPr>
        <w:t>D. achievement</w:t>
      </w:r>
    </w:p>
    <w:p/>
    <w:p>
      <w:r>
        <w:rPr>
          <w:b/>
          <w:sz w:val="24"/>
        </w:rPr>
        <w:t>Câu 12: Từ nào có nghĩa là 'quân địch, kẻ thù'?</w:t>
      </w:r>
    </w:p>
    <w:p>
      <w:pPr>
        <w:pStyle w:val="ListParagraph"/>
      </w:pPr>
      <w:r>
        <w:rPr>
          <w:sz w:val="22"/>
        </w:rPr>
        <w:t>A. soldier</w:t>
      </w:r>
    </w:p>
    <w:p>
      <w:pPr>
        <w:pStyle w:val="ListParagraph"/>
      </w:pPr>
      <w:r>
        <w:rPr>
          <w:sz w:val="22"/>
        </w:rPr>
        <w:t>B. navy</w:t>
      </w:r>
    </w:p>
    <w:p>
      <w:pPr>
        <w:pStyle w:val="ListParagraph"/>
      </w:pPr>
      <w:r>
        <w:rPr>
          <w:sz w:val="22"/>
        </w:rPr>
        <w:t>C. hero</w:t>
      </w:r>
    </w:p>
    <w:p>
      <w:pPr>
        <w:pStyle w:val="ListParagraph"/>
      </w:pPr>
      <w:r>
        <w:rPr>
          <w:sz w:val="22"/>
        </w:rPr>
        <w:t>D. enemy</w:t>
      </w:r>
    </w:p>
    <w:p/>
    <w:p>
      <w:r>
        <w:rPr>
          <w:b/>
          <w:sz w:val="24"/>
        </w:rPr>
        <w:t>Câu 13: Từ nào có nghĩa là 'nhiệm vụ'?</w:t>
      </w:r>
    </w:p>
    <w:p>
      <w:pPr>
        <w:pStyle w:val="ListParagraph"/>
      </w:pPr>
      <w:r>
        <w:rPr>
          <w:sz w:val="22"/>
        </w:rPr>
        <w:t>A. duty</w:t>
      </w:r>
    </w:p>
    <w:p>
      <w:pPr>
        <w:pStyle w:val="ListParagraph"/>
      </w:pPr>
      <w:r>
        <w:rPr>
          <w:sz w:val="22"/>
        </w:rPr>
        <w:t>B. battle</w:t>
      </w:r>
    </w:p>
    <w:p>
      <w:pPr>
        <w:pStyle w:val="ListParagraph"/>
      </w:pPr>
      <w:r>
        <w:rPr>
          <w:sz w:val="22"/>
        </w:rPr>
        <w:t>C. campaign</w:t>
      </w:r>
    </w:p>
    <w:p>
      <w:pPr>
        <w:pStyle w:val="ListParagraph"/>
      </w:pPr>
      <w:r>
        <w:rPr>
          <w:sz w:val="22"/>
        </w:rPr>
        <w:t>D. prison</w:t>
      </w:r>
    </w:p>
    <w:p/>
    <w:p>
      <w:r>
        <w:rPr>
          <w:b/>
          <w:sz w:val="24"/>
        </w:rPr>
        <w:t>Câu 14: Từ nào có nghĩa là 'khu rừng'?</w:t>
      </w:r>
    </w:p>
    <w:p>
      <w:pPr>
        <w:pStyle w:val="ListParagraph"/>
      </w:pPr>
      <w:r>
        <w:rPr>
          <w:sz w:val="22"/>
        </w:rPr>
        <w:t>A. prison</w:t>
      </w:r>
    </w:p>
    <w:p>
      <w:pPr>
        <w:pStyle w:val="ListParagraph"/>
      </w:pPr>
      <w:r>
        <w:rPr>
          <w:sz w:val="22"/>
        </w:rPr>
        <w:t>B. jungle</w:t>
      </w:r>
    </w:p>
    <w:p>
      <w:pPr>
        <w:pStyle w:val="ListParagraph"/>
      </w:pPr>
      <w:r>
        <w:rPr>
          <w:sz w:val="22"/>
        </w:rPr>
        <w:t>C. stage</w:t>
      </w:r>
    </w:p>
    <w:p>
      <w:pPr>
        <w:pStyle w:val="ListParagraph"/>
      </w:pPr>
      <w:r>
        <w:rPr>
          <w:sz w:val="22"/>
        </w:rPr>
        <w:t>D. empire</w:t>
      </w:r>
    </w:p>
    <w:p/>
    <w:p>
      <w:r>
        <w:rPr>
          <w:b/>
          <w:sz w:val="24"/>
        </w:rPr>
        <w:t>Câu 15: Từ nào có nghĩa là 'tham gia'?</w:t>
      </w:r>
    </w:p>
    <w:p>
      <w:pPr>
        <w:pStyle w:val="ListParagraph"/>
      </w:pPr>
      <w:r>
        <w:rPr>
          <w:sz w:val="22"/>
        </w:rPr>
        <w:t>A. adopt</w:t>
      </w:r>
    </w:p>
    <w:p>
      <w:pPr>
        <w:pStyle w:val="ListParagraph"/>
      </w:pPr>
      <w:r>
        <w:rPr>
          <w:sz w:val="22"/>
        </w:rPr>
        <w:t>B. attack</w:t>
      </w:r>
    </w:p>
    <w:p>
      <w:pPr>
        <w:pStyle w:val="ListParagraph"/>
      </w:pPr>
      <w:r>
        <w:rPr>
          <w:sz w:val="22"/>
        </w:rPr>
        <w:t>C. attend</w:t>
      </w:r>
    </w:p>
    <w:p>
      <w:pPr>
        <w:pStyle w:val="ListParagraph"/>
      </w:pPr>
      <w:r>
        <w:rPr>
          <w:sz w:val="22"/>
        </w:rPr>
        <w:t>D. admire</w:t>
      </w:r>
    </w:p>
    <w:p/>
    <w:p>
      <w:r>
        <w:rPr>
          <w:b/>
          <w:sz w:val="24"/>
        </w:rPr>
        <w:t>Câu 16: Cụm nào có nghĩa là 'có tuổi thơ hạnh phúc'?</w:t>
      </w:r>
    </w:p>
    <w:p>
      <w:pPr>
        <w:pStyle w:val="ListParagraph"/>
      </w:pPr>
      <w:r>
        <w:rPr>
          <w:sz w:val="22"/>
        </w:rPr>
        <w:t>A. have a difficult childhood</w:t>
      </w:r>
    </w:p>
    <w:p>
      <w:pPr>
        <w:pStyle w:val="ListParagraph"/>
      </w:pPr>
      <w:r>
        <w:rPr>
          <w:sz w:val="22"/>
        </w:rPr>
        <w:t>B. drop out</w:t>
      </w:r>
    </w:p>
    <w:p>
      <w:pPr>
        <w:pStyle w:val="ListParagraph"/>
      </w:pPr>
      <w:r>
        <w:rPr>
          <w:sz w:val="22"/>
        </w:rPr>
        <w:t>C. get married</w:t>
      </w:r>
    </w:p>
    <w:p>
      <w:pPr>
        <w:pStyle w:val="ListParagraph"/>
      </w:pPr>
      <w:r>
        <w:rPr>
          <w:sz w:val="22"/>
        </w:rPr>
        <w:t>D. have a happy childhood</w:t>
      </w:r>
    </w:p>
    <w:p/>
    <w:p>
      <w:r>
        <w:rPr>
          <w:b/>
          <w:sz w:val="24"/>
        </w:rPr>
        <w:t>Câu 17: Từ nào có nghĩa là 'ấn tượng'?</w:t>
      </w:r>
    </w:p>
    <w:p>
      <w:pPr>
        <w:pStyle w:val="ListParagraph"/>
      </w:pPr>
      <w:r>
        <w:rPr>
          <w:sz w:val="22"/>
        </w:rPr>
        <w:t>A. impressive</w:t>
      </w:r>
    </w:p>
    <w:p>
      <w:pPr>
        <w:pStyle w:val="ListParagraph"/>
      </w:pPr>
      <w:r>
        <w:rPr>
          <w:sz w:val="22"/>
        </w:rPr>
        <w:t>B. amazing</w:t>
      </w:r>
    </w:p>
    <w:p>
      <w:pPr>
        <w:pStyle w:val="ListParagraph"/>
      </w:pPr>
      <w:r>
        <w:rPr>
          <w:sz w:val="22"/>
        </w:rPr>
        <w:t>C. boring</w:t>
      </w:r>
    </w:p>
    <w:p>
      <w:pPr>
        <w:pStyle w:val="ListParagraph"/>
      </w:pPr>
      <w:r>
        <w:rPr>
          <w:sz w:val="22"/>
        </w:rPr>
        <w:t>D. popular</w:t>
      </w:r>
    </w:p>
    <w:p/>
    <w:p>
      <w:r>
        <w:rPr>
          <w:b/>
          <w:sz w:val="24"/>
        </w:rPr>
        <w:t>Câu 18: Từ nào có nghĩa là 'cuộc hôn nhân'?</w:t>
      </w:r>
    </w:p>
    <w:p>
      <w:pPr>
        <w:pStyle w:val="ListParagraph"/>
      </w:pPr>
      <w:r>
        <w:rPr>
          <w:sz w:val="22"/>
        </w:rPr>
        <w:t>A. generation</w:t>
      </w:r>
    </w:p>
    <w:p>
      <w:pPr>
        <w:pStyle w:val="ListParagraph"/>
      </w:pPr>
      <w:r>
        <w:rPr>
          <w:sz w:val="22"/>
        </w:rPr>
        <w:t>B. marriage</w:t>
      </w:r>
    </w:p>
    <w:p>
      <w:pPr>
        <w:pStyle w:val="ListParagraph"/>
      </w:pPr>
      <w:r>
        <w:rPr>
          <w:sz w:val="22"/>
        </w:rPr>
        <w:t>C. invention</w:t>
      </w:r>
    </w:p>
    <w:p>
      <w:pPr>
        <w:pStyle w:val="ListParagraph"/>
      </w:pPr>
      <w:r>
        <w:rPr>
          <w:sz w:val="22"/>
        </w:rPr>
        <w:t>D. achievement</w:t>
      </w:r>
    </w:p>
    <w:p/>
    <w:p>
      <w:r>
        <w:rPr>
          <w:b/>
          <w:sz w:val="24"/>
        </w:rPr>
        <w:t>Câu 19: Từ nào có nghĩa là 'thế hệ'?</w:t>
      </w:r>
    </w:p>
    <w:p>
      <w:pPr>
        <w:pStyle w:val="ListParagraph"/>
      </w:pPr>
      <w:r>
        <w:rPr>
          <w:sz w:val="22"/>
        </w:rPr>
        <w:t>A. marriage</w:t>
      </w:r>
    </w:p>
    <w:p>
      <w:pPr>
        <w:pStyle w:val="ListParagraph"/>
      </w:pPr>
      <w:r>
        <w:rPr>
          <w:sz w:val="22"/>
        </w:rPr>
        <w:t>B. relative</w:t>
      </w:r>
    </w:p>
    <w:p>
      <w:pPr>
        <w:pStyle w:val="ListParagraph"/>
      </w:pPr>
      <w:r>
        <w:rPr>
          <w:sz w:val="22"/>
        </w:rPr>
        <w:t>C. generation</w:t>
      </w:r>
    </w:p>
    <w:p>
      <w:pPr>
        <w:pStyle w:val="ListParagraph"/>
      </w:pPr>
      <w:r>
        <w:rPr>
          <w:sz w:val="22"/>
        </w:rPr>
        <w:t>D. character</w:t>
      </w:r>
    </w:p>
    <w:p/>
    <w:p>
      <w:r>
        <w:rPr>
          <w:b/>
          <w:sz w:val="24"/>
        </w:rPr>
        <w:t>Câu 20: Từ nào có nghĩa là 'máy hát'?</w:t>
      </w:r>
    </w:p>
    <w:p>
      <w:pPr>
        <w:pStyle w:val="ListParagraph"/>
      </w:pPr>
      <w:r>
        <w:rPr>
          <w:sz w:val="22"/>
        </w:rPr>
        <w:t>A. calculator</w:t>
      </w:r>
    </w:p>
    <w:p>
      <w:pPr>
        <w:pStyle w:val="ListParagraph"/>
      </w:pPr>
      <w:r>
        <w:rPr>
          <w:sz w:val="22"/>
        </w:rPr>
        <w:t>B. light bulb</w:t>
      </w:r>
    </w:p>
    <w:p>
      <w:pPr>
        <w:pStyle w:val="ListParagraph"/>
      </w:pPr>
      <w:r>
        <w:rPr>
          <w:sz w:val="22"/>
        </w:rPr>
        <w:t>C. touch-screen</w:t>
      </w:r>
    </w:p>
    <w:p>
      <w:pPr>
        <w:pStyle w:val="ListParagraph"/>
      </w:pPr>
      <w:r>
        <w:rPr>
          <w:sz w:val="22"/>
        </w:rPr>
        <w:t>D. phonograph</w:t>
      </w:r>
    </w:p>
    <w:p/>
    <w:p>
      <w:r>
        <w:rPr>
          <w:b/>
          <w:sz w:val="24"/>
        </w:rPr>
        <w:t>Câu 21: Từ nào có nghĩa là 'phát minh'?</w:t>
      </w:r>
    </w:p>
    <w:p>
      <w:pPr>
        <w:pStyle w:val="ListParagraph"/>
      </w:pPr>
      <w:r>
        <w:rPr>
          <w:sz w:val="22"/>
        </w:rPr>
        <w:t>A. invention</w:t>
      </w:r>
    </w:p>
    <w:p>
      <w:pPr>
        <w:pStyle w:val="ListParagraph"/>
      </w:pPr>
      <w:r>
        <w:rPr>
          <w:sz w:val="22"/>
        </w:rPr>
        <w:t>B. achievement</w:t>
      </w:r>
    </w:p>
    <w:p>
      <w:pPr>
        <w:pStyle w:val="ListParagraph"/>
      </w:pPr>
      <w:r>
        <w:rPr>
          <w:sz w:val="22"/>
        </w:rPr>
        <w:t>C. development</w:t>
      </w:r>
    </w:p>
    <w:p>
      <w:pPr>
        <w:pStyle w:val="ListParagraph"/>
      </w:pPr>
      <w:r>
        <w:rPr>
          <w:sz w:val="22"/>
        </w:rPr>
        <w:t>D. education</w:t>
      </w:r>
    </w:p>
    <w:p/>
    <w:p>
      <w:r>
        <w:rPr>
          <w:b/>
          <w:sz w:val="24"/>
        </w:rPr>
        <w:t>Câu 22: Cụm nào có nghĩa là 'cuộc sống đơn giản'?</w:t>
      </w:r>
    </w:p>
    <w:p>
      <w:pPr>
        <w:pStyle w:val="ListParagraph"/>
      </w:pPr>
      <w:r>
        <w:rPr>
          <w:sz w:val="22"/>
        </w:rPr>
        <w:t>A. cutting-edge technology</w:t>
      </w:r>
    </w:p>
    <w:p>
      <w:pPr>
        <w:pStyle w:val="ListParagraph"/>
      </w:pPr>
      <w:r>
        <w:rPr>
          <w:sz w:val="22"/>
        </w:rPr>
        <w:t>B. simple life</w:t>
      </w:r>
    </w:p>
    <w:p>
      <w:pPr>
        <w:pStyle w:val="ListParagraph"/>
      </w:pPr>
      <w:r>
        <w:rPr>
          <w:sz w:val="22"/>
        </w:rPr>
        <w:t>C. theme park</w:t>
      </w:r>
    </w:p>
    <w:p>
      <w:pPr>
        <w:pStyle w:val="ListParagraph"/>
      </w:pPr>
      <w:r>
        <w:rPr>
          <w:sz w:val="22"/>
        </w:rPr>
        <w:t>D. film industry</w:t>
      </w:r>
    </w:p>
    <w:p/>
    <w:p>
      <w:r>
        <w:rPr>
          <w:b/>
          <w:sz w:val="24"/>
        </w:rPr>
        <w:t>Câu 23: Cụm nào có nghĩa là 'bóng đèn'?</w:t>
      </w:r>
    </w:p>
    <w:p>
      <w:pPr>
        <w:pStyle w:val="ListParagraph"/>
      </w:pPr>
      <w:r>
        <w:rPr>
          <w:sz w:val="22"/>
        </w:rPr>
        <w:t>A. phonograph</w:t>
      </w:r>
    </w:p>
    <w:p>
      <w:pPr>
        <w:pStyle w:val="ListParagraph"/>
      </w:pPr>
      <w:r>
        <w:rPr>
          <w:sz w:val="22"/>
        </w:rPr>
        <w:t>B. calculator</w:t>
      </w:r>
    </w:p>
    <w:p>
      <w:pPr>
        <w:pStyle w:val="ListParagraph"/>
      </w:pPr>
      <w:r>
        <w:rPr>
          <w:sz w:val="22"/>
        </w:rPr>
        <w:t>C. the light bulb</w:t>
      </w:r>
    </w:p>
    <w:p>
      <w:pPr>
        <w:pStyle w:val="ListParagraph"/>
      </w:pPr>
      <w:r>
        <w:rPr>
          <w:sz w:val="22"/>
        </w:rPr>
        <w:t>D. touch-screen</w:t>
      </w:r>
    </w:p>
    <w:p/>
    <w:p>
      <w:r>
        <w:rPr>
          <w:b/>
          <w:sz w:val="24"/>
        </w:rPr>
        <w:t>Câu 24: Cụm nào có nghĩa là 'vào tuổi...'?</w:t>
      </w:r>
    </w:p>
    <w:p>
      <w:pPr>
        <w:pStyle w:val="ListParagraph"/>
      </w:pPr>
      <w:r>
        <w:rPr>
          <w:sz w:val="22"/>
        </w:rPr>
        <w:t>A. in the age of</w:t>
      </w:r>
    </w:p>
    <w:p>
      <w:pPr>
        <w:pStyle w:val="ListParagraph"/>
      </w:pPr>
      <w:r>
        <w:rPr>
          <w:sz w:val="22"/>
        </w:rPr>
        <w:t>B. on the age of</w:t>
      </w:r>
    </w:p>
    <w:p>
      <w:pPr>
        <w:pStyle w:val="ListParagraph"/>
      </w:pPr>
      <w:r>
        <w:rPr>
          <w:sz w:val="22"/>
        </w:rPr>
        <w:t>C. with the age of</w:t>
      </w:r>
    </w:p>
    <w:p>
      <w:pPr>
        <w:pStyle w:val="ListParagraph"/>
      </w:pPr>
      <w:r>
        <w:rPr>
          <w:sz w:val="22"/>
        </w:rPr>
        <w:t>D. at the age of</w:t>
      </w:r>
    </w:p>
    <w:p/>
    <w:p>
      <w:r>
        <w:rPr>
          <w:b/>
          <w:sz w:val="24"/>
        </w:rPr>
        <w:t>Câu 25: Từ nào có nghĩa là 'nhận nuôi'?</w:t>
      </w:r>
    </w:p>
    <w:p>
      <w:pPr>
        <w:pStyle w:val="ListParagraph"/>
      </w:pPr>
      <w:r>
        <w:rPr>
          <w:sz w:val="22"/>
        </w:rPr>
        <w:t>A. adopt</w:t>
      </w:r>
    </w:p>
    <w:p>
      <w:pPr>
        <w:pStyle w:val="ListParagraph"/>
      </w:pPr>
      <w:r>
        <w:rPr>
          <w:sz w:val="22"/>
        </w:rPr>
        <w:t>B. attend</w:t>
      </w:r>
    </w:p>
    <w:p>
      <w:pPr>
        <w:pStyle w:val="ListParagraph"/>
      </w:pPr>
      <w:r>
        <w:rPr>
          <w:sz w:val="22"/>
        </w:rPr>
        <w:t>C. admire</w:t>
      </w:r>
    </w:p>
    <w:p>
      <w:pPr>
        <w:pStyle w:val="ListParagraph"/>
      </w:pPr>
      <w:r>
        <w:rPr>
          <w:sz w:val="22"/>
        </w:rPr>
        <w:t>D. attack</w:t>
      </w:r>
    </w:p>
    <w:p/>
    <w:p>
      <w:r>
        <w:rPr>
          <w:b/>
          <w:sz w:val="24"/>
        </w:rPr>
        <w:t>Câu 26: Cụm nào có nghĩa là 'bố mẹ ruột'?</w:t>
      </w:r>
    </w:p>
    <w:p>
      <w:pPr>
        <w:pStyle w:val="ListParagraph"/>
      </w:pPr>
      <w:r>
        <w:rPr>
          <w:sz w:val="22"/>
        </w:rPr>
        <w:t>A. relatives</w:t>
      </w:r>
    </w:p>
    <w:p>
      <w:pPr>
        <w:pStyle w:val="ListParagraph"/>
      </w:pPr>
      <w:r>
        <w:rPr>
          <w:sz w:val="22"/>
        </w:rPr>
        <w:t>B. biological parents</w:t>
      </w:r>
    </w:p>
    <w:p>
      <w:pPr>
        <w:pStyle w:val="ListParagraph"/>
      </w:pPr>
      <w:r>
        <w:rPr>
          <w:sz w:val="22"/>
        </w:rPr>
        <w:t>C. older brother</w:t>
      </w:r>
    </w:p>
    <w:p>
      <w:pPr>
        <w:pStyle w:val="ListParagraph"/>
      </w:pPr>
      <w:r>
        <w:rPr>
          <w:sz w:val="22"/>
        </w:rPr>
        <w:t>D. younger sister</w:t>
      </w:r>
    </w:p>
    <w:p/>
    <w:p>
      <w:r>
        <w:rPr>
          <w:b/>
          <w:sz w:val="24"/>
        </w:rPr>
        <w:t>Câu 27: Từ nào có nghĩa là 'mối gắn kết'?</w:t>
      </w:r>
    </w:p>
    <w:p>
      <w:pPr>
        <w:pStyle w:val="ListParagraph"/>
      </w:pPr>
      <w:r>
        <w:rPr>
          <w:sz w:val="22"/>
        </w:rPr>
        <w:t>A. duty</w:t>
      </w:r>
    </w:p>
    <w:p>
      <w:pPr>
        <w:pStyle w:val="ListParagraph"/>
      </w:pPr>
      <w:r>
        <w:rPr>
          <w:sz w:val="22"/>
        </w:rPr>
        <w:t>B. career</w:t>
      </w:r>
    </w:p>
    <w:p>
      <w:pPr>
        <w:pStyle w:val="ListParagraph"/>
      </w:pPr>
      <w:r>
        <w:rPr>
          <w:sz w:val="22"/>
        </w:rPr>
        <w:t>C. bond</w:t>
      </w:r>
    </w:p>
    <w:p>
      <w:pPr>
        <w:pStyle w:val="ListParagraph"/>
      </w:pPr>
      <w:r>
        <w:rPr>
          <w:sz w:val="22"/>
        </w:rPr>
        <w:t>D. stage</w:t>
      </w:r>
    </w:p>
    <w:p/>
    <w:p>
      <w:r>
        <w:rPr>
          <w:b/>
          <w:sz w:val="24"/>
        </w:rPr>
        <w:t>Câu 28: Từ nào có nghĩa là 'bỏ học'?</w:t>
      </w:r>
    </w:p>
    <w:p>
      <w:pPr>
        <w:pStyle w:val="ListParagraph"/>
      </w:pPr>
      <w:r>
        <w:rPr>
          <w:sz w:val="22"/>
        </w:rPr>
        <w:t>A. pass away</w:t>
      </w:r>
    </w:p>
    <w:p>
      <w:pPr>
        <w:pStyle w:val="ListParagraph"/>
      </w:pPr>
      <w:r>
        <w:rPr>
          <w:sz w:val="22"/>
        </w:rPr>
        <w:t>B. get married</w:t>
      </w:r>
    </w:p>
    <w:p>
      <w:pPr>
        <w:pStyle w:val="ListParagraph"/>
      </w:pPr>
      <w:r>
        <w:rPr>
          <w:sz w:val="22"/>
        </w:rPr>
        <w:t>C. look for</w:t>
      </w:r>
    </w:p>
    <w:p>
      <w:pPr>
        <w:pStyle w:val="ListParagraph"/>
      </w:pPr>
      <w:r>
        <w:rPr>
          <w:sz w:val="22"/>
        </w:rPr>
        <w:t>D. drop out</w:t>
      </w:r>
    </w:p>
    <w:p/>
    <w:p>
      <w:r>
        <w:rPr>
          <w:b/>
          <w:sz w:val="24"/>
        </w:rPr>
        <w:t>Câu 29: Từ nào có nghĩa là 'máy tính'?</w:t>
      </w:r>
    </w:p>
    <w:p>
      <w:pPr>
        <w:pStyle w:val="ListParagraph"/>
      </w:pPr>
      <w:r>
        <w:rPr>
          <w:sz w:val="22"/>
        </w:rPr>
        <w:t>A. calculator</w:t>
      </w:r>
    </w:p>
    <w:p>
      <w:pPr>
        <w:pStyle w:val="ListParagraph"/>
      </w:pPr>
      <w:r>
        <w:rPr>
          <w:sz w:val="22"/>
        </w:rPr>
        <w:t>B. phonograph</w:t>
      </w:r>
    </w:p>
    <w:p>
      <w:pPr>
        <w:pStyle w:val="ListParagraph"/>
      </w:pPr>
      <w:r>
        <w:rPr>
          <w:sz w:val="22"/>
        </w:rPr>
        <w:t>C. light bulb</w:t>
      </w:r>
    </w:p>
    <w:p>
      <w:pPr>
        <w:pStyle w:val="ListParagraph"/>
      </w:pPr>
      <w:r>
        <w:rPr>
          <w:sz w:val="22"/>
        </w:rPr>
        <w:t>D. touch-screen</w:t>
      </w:r>
    </w:p>
    <w:p/>
    <w:p>
      <w:r>
        <w:rPr>
          <w:b/>
          <w:sz w:val="24"/>
        </w:rPr>
        <w:t>Câu 30: Từ nào có nghĩa là 'bệnh ung thư'?</w:t>
      </w:r>
    </w:p>
    <w:p>
      <w:pPr>
        <w:pStyle w:val="ListParagraph"/>
      </w:pPr>
      <w:r>
        <w:rPr>
          <w:sz w:val="22"/>
        </w:rPr>
        <w:t>A. medicine</w:t>
      </w:r>
    </w:p>
    <w:p>
      <w:pPr>
        <w:pStyle w:val="ListParagraph"/>
      </w:pPr>
      <w:r>
        <w:rPr>
          <w:sz w:val="22"/>
        </w:rPr>
        <w:t>B. cancer</w:t>
      </w:r>
    </w:p>
    <w:p>
      <w:pPr>
        <w:pStyle w:val="ListParagraph"/>
      </w:pPr>
      <w:r>
        <w:rPr>
          <w:sz w:val="22"/>
        </w:rPr>
        <w:t>C. surgeon</w:t>
      </w:r>
    </w:p>
    <w:p>
      <w:pPr>
        <w:pStyle w:val="ListParagraph"/>
      </w:pPr>
      <w:r>
        <w:rPr>
          <w:sz w:val="22"/>
        </w:rPr>
        <w:t>D. hospital</w:t>
      </w:r>
    </w:p>
    <w:p/>
    <w:p>
      <w:r>
        <w:rPr>
          <w:b/>
          <w:sz w:val="24"/>
        </w:rPr>
        <w:t>Câu 31: Từ nào có nghĩa là 'thiên tài'?</w:t>
      </w:r>
    </w:p>
    <w:p>
      <w:pPr>
        <w:pStyle w:val="ListParagraph"/>
      </w:pPr>
      <w:r>
        <w:rPr>
          <w:sz w:val="22"/>
        </w:rPr>
        <w:t>A. general</w:t>
      </w:r>
    </w:p>
    <w:p>
      <w:pPr>
        <w:pStyle w:val="ListParagraph"/>
      </w:pPr>
      <w:r>
        <w:rPr>
          <w:sz w:val="22"/>
        </w:rPr>
        <w:t>B. soldier</w:t>
      </w:r>
    </w:p>
    <w:p>
      <w:pPr>
        <w:pStyle w:val="ListParagraph"/>
      </w:pPr>
      <w:r>
        <w:rPr>
          <w:sz w:val="22"/>
        </w:rPr>
        <w:t>C. hero</w:t>
      </w:r>
    </w:p>
    <w:p>
      <w:pPr>
        <w:pStyle w:val="ListParagraph"/>
      </w:pPr>
      <w:r>
        <w:rPr>
          <w:sz w:val="22"/>
        </w:rPr>
        <w:t>D. genius</w:t>
      </w:r>
    </w:p>
    <w:p/>
    <w:p>
      <w:r>
        <w:rPr>
          <w:b/>
          <w:sz w:val="24"/>
        </w:rPr>
        <w:t>Câu 32: Từ nào có nghĩa là 'bom tấn'?</w:t>
      </w:r>
    </w:p>
    <w:p>
      <w:pPr>
        <w:pStyle w:val="ListParagraph"/>
      </w:pPr>
      <w:r>
        <w:rPr>
          <w:sz w:val="22"/>
        </w:rPr>
        <w:t>A. blockbuster</w:t>
      </w:r>
    </w:p>
    <w:p>
      <w:pPr>
        <w:pStyle w:val="ListParagraph"/>
      </w:pPr>
      <w:r>
        <w:rPr>
          <w:sz w:val="22"/>
        </w:rPr>
        <w:t>B. cartoon</w:t>
      </w:r>
    </w:p>
    <w:p>
      <w:pPr>
        <w:pStyle w:val="ListParagraph"/>
      </w:pPr>
      <w:r>
        <w:rPr>
          <w:sz w:val="22"/>
        </w:rPr>
        <w:t>C. character</w:t>
      </w:r>
    </w:p>
    <w:p>
      <w:pPr>
        <w:pStyle w:val="ListParagraph"/>
      </w:pPr>
      <w:r>
        <w:rPr>
          <w:sz w:val="22"/>
        </w:rPr>
        <w:t>D. presentation</w:t>
      </w:r>
    </w:p>
    <w:p/>
    <w:p>
      <w:r>
        <w:rPr>
          <w:b/>
          <w:sz w:val="24"/>
        </w:rPr>
        <w:t>Câu 33: Cụm nào có nghĩa là 'màn hình cảm ứng'?</w:t>
      </w:r>
    </w:p>
    <w:p>
      <w:pPr>
        <w:pStyle w:val="ListParagraph"/>
      </w:pPr>
      <w:r>
        <w:rPr>
          <w:sz w:val="22"/>
        </w:rPr>
        <w:t>A. light bulb</w:t>
      </w:r>
    </w:p>
    <w:p>
      <w:pPr>
        <w:pStyle w:val="ListParagraph"/>
      </w:pPr>
      <w:r>
        <w:rPr>
          <w:sz w:val="22"/>
        </w:rPr>
        <w:t>B. touch-screen</w:t>
      </w:r>
    </w:p>
    <w:p>
      <w:pPr>
        <w:pStyle w:val="ListParagraph"/>
      </w:pPr>
      <w:r>
        <w:rPr>
          <w:sz w:val="22"/>
        </w:rPr>
        <w:t>C. phonograph</w:t>
      </w:r>
    </w:p>
    <w:p>
      <w:pPr>
        <w:pStyle w:val="ListParagraph"/>
      </w:pPr>
      <w:r>
        <w:rPr>
          <w:sz w:val="22"/>
        </w:rPr>
        <w:t>D. calculator</w:t>
      </w:r>
    </w:p>
    <w:p/>
    <w:p>
      <w:r>
        <w:rPr>
          <w:b/>
          <w:sz w:val="24"/>
        </w:rPr>
        <w:t>Câu 34: Cụm nào có nghĩa là 'qua đời'?</w:t>
      </w:r>
    </w:p>
    <w:p>
      <w:pPr>
        <w:pStyle w:val="ListParagraph"/>
      </w:pPr>
      <w:r>
        <w:rPr>
          <w:sz w:val="22"/>
        </w:rPr>
        <w:t>A. drop out</w:t>
      </w:r>
    </w:p>
    <w:p>
      <w:pPr>
        <w:pStyle w:val="ListParagraph"/>
      </w:pPr>
      <w:r>
        <w:rPr>
          <w:sz w:val="22"/>
        </w:rPr>
        <w:t>B. get married</w:t>
      </w:r>
    </w:p>
    <w:p>
      <w:pPr>
        <w:pStyle w:val="ListParagraph"/>
      </w:pPr>
      <w:r>
        <w:rPr>
          <w:sz w:val="22"/>
        </w:rPr>
        <w:t>C. pass away</w:t>
      </w:r>
    </w:p>
    <w:p>
      <w:pPr>
        <w:pStyle w:val="ListParagraph"/>
      </w:pPr>
      <w:r>
        <w:rPr>
          <w:sz w:val="22"/>
        </w:rPr>
        <w:t>D. look for</w:t>
      </w:r>
    </w:p>
    <w:p/>
    <w:p>
      <w:r>
        <w:rPr>
          <w:b/>
          <w:sz w:val="24"/>
        </w:rPr>
        <w:t>Câu 35: Cụm nào có nghĩa là 'công nghệ tiên tiến'?</w:t>
      </w:r>
    </w:p>
    <w:p>
      <w:pPr>
        <w:pStyle w:val="ListParagraph"/>
      </w:pPr>
      <w:r>
        <w:rPr>
          <w:sz w:val="22"/>
        </w:rPr>
        <w:t>A. simple life</w:t>
      </w:r>
    </w:p>
    <w:p>
      <w:pPr>
        <w:pStyle w:val="ListParagraph"/>
      </w:pPr>
      <w:r>
        <w:rPr>
          <w:sz w:val="22"/>
        </w:rPr>
        <w:t>B. theme park</w:t>
      </w:r>
    </w:p>
    <w:p>
      <w:pPr>
        <w:pStyle w:val="ListParagraph"/>
      </w:pPr>
      <w:r>
        <w:rPr>
          <w:sz w:val="22"/>
        </w:rPr>
        <w:t>C. film industry</w:t>
      </w:r>
    </w:p>
    <w:p>
      <w:pPr>
        <w:pStyle w:val="ListParagraph"/>
      </w:pPr>
      <w:r>
        <w:rPr>
          <w:sz w:val="22"/>
        </w:rPr>
        <w:t>D. cutting-edge technology</w:t>
      </w:r>
    </w:p>
    <w:p/>
    <w:p>
      <w:r>
        <w:rPr>
          <w:b/>
          <w:sz w:val="24"/>
        </w:rPr>
        <w:t>Câu 36: Từ nào có nghĩa là 'tướng'?</w:t>
      </w:r>
    </w:p>
    <w:p>
      <w:pPr>
        <w:pStyle w:val="ListParagraph"/>
      </w:pPr>
      <w:r>
        <w:rPr>
          <w:sz w:val="22"/>
        </w:rPr>
        <w:t>A. general</w:t>
      </w:r>
    </w:p>
    <w:p>
      <w:pPr>
        <w:pStyle w:val="ListParagraph"/>
      </w:pPr>
      <w:r>
        <w:rPr>
          <w:sz w:val="22"/>
        </w:rPr>
        <w:t>B. soldier</w:t>
      </w:r>
    </w:p>
    <w:p>
      <w:pPr>
        <w:pStyle w:val="ListParagraph"/>
      </w:pPr>
      <w:r>
        <w:rPr>
          <w:sz w:val="22"/>
        </w:rPr>
        <w:t>C. enemy</w:t>
      </w:r>
    </w:p>
    <w:p>
      <w:pPr>
        <w:pStyle w:val="ListParagraph"/>
      </w:pPr>
      <w:r>
        <w:rPr>
          <w:sz w:val="22"/>
        </w:rPr>
        <w:t>D. hero</w:t>
      </w:r>
    </w:p>
    <w:p/>
    <w:p>
      <w:r>
        <w:rPr>
          <w:b/>
          <w:sz w:val="24"/>
        </w:rPr>
        <w:t>Câu 37: Cụm nào có nghĩa là 'thiên tài quân sự'?</w:t>
      </w:r>
    </w:p>
    <w:p>
      <w:pPr>
        <w:pStyle w:val="ListParagraph"/>
      </w:pPr>
      <w:r>
        <w:rPr>
          <w:sz w:val="22"/>
        </w:rPr>
        <w:t>A. national hero</w:t>
      </w:r>
    </w:p>
    <w:p>
      <w:pPr>
        <w:pStyle w:val="ListParagraph"/>
      </w:pPr>
      <w:r>
        <w:rPr>
          <w:sz w:val="22"/>
        </w:rPr>
        <w:t>B. military genius</w:t>
      </w:r>
    </w:p>
    <w:p>
      <w:pPr>
        <w:pStyle w:val="ListParagraph"/>
      </w:pPr>
      <w:r>
        <w:rPr>
          <w:sz w:val="22"/>
        </w:rPr>
        <w:t>C. Communist Party of Viet Nam</w:t>
      </w:r>
    </w:p>
    <w:p>
      <w:pPr>
        <w:pStyle w:val="ListParagraph"/>
      </w:pPr>
      <w:r>
        <w:rPr>
          <w:sz w:val="22"/>
        </w:rPr>
        <w:t>D. field hospital</w:t>
      </w:r>
    </w:p>
    <w:p/>
    <w:p>
      <w:r>
        <w:rPr>
          <w:b/>
          <w:sz w:val="24"/>
        </w:rPr>
        <w:t>Câu 38: Cụm nào có nghĩa là 'Đảng Cộng sản Việt Nam'?</w:t>
      </w:r>
    </w:p>
    <w:p>
      <w:pPr>
        <w:pStyle w:val="ListParagraph"/>
      </w:pPr>
      <w:r>
        <w:rPr>
          <w:sz w:val="22"/>
        </w:rPr>
        <w:t>A. National Hero</w:t>
      </w:r>
    </w:p>
    <w:p>
      <w:pPr>
        <w:pStyle w:val="ListParagraph"/>
      </w:pPr>
      <w:r>
        <w:rPr>
          <w:sz w:val="22"/>
        </w:rPr>
        <w:t>B. British history</w:t>
      </w:r>
    </w:p>
    <w:p>
      <w:pPr>
        <w:pStyle w:val="ListParagraph"/>
      </w:pPr>
      <w:r>
        <w:rPr>
          <w:sz w:val="22"/>
        </w:rPr>
        <w:t>C. Communist Party of Viet Nam</w:t>
      </w:r>
    </w:p>
    <w:p>
      <w:pPr>
        <w:pStyle w:val="ListParagraph"/>
      </w:pPr>
      <w:r>
        <w:rPr>
          <w:sz w:val="22"/>
        </w:rPr>
        <w:t>D. Ancient Egypt</w:t>
      </w:r>
    </w:p>
    <w:p/>
    <w:p>
      <w:r>
        <w:rPr>
          <w:b/>
          <w:sz w:val="24"/>
        </w:rPr>
        <w:t>Câu 39: Cụm nào có nghĩa là 'dẫn dắt quân đội'?</w:t>
      </w:r>
    </w:p>
    <w:p>
      <w:pPr>
        <w:pStyle w:val="ListParagraph"/>
      </w:pPr>
      <w:r>
        <w:rPr>
          <w:sz w:val="22"/>
        </w:rPr>
        <w:t>A. join the army</w:t>
      </w:r>
    </w:p>
    <w:p>
      <w:pPr>
        <w:pStyle w:val="ListParagraph"/>
      </w:pPr>
      <w:r>
        <w:rPr>
          <w:sz w:val="22"/>
        </w:rPr>
        <w:t>B. attack</w:t>
      </w:r>
    </w:p>
    <w:p>
      <w:pPr>
        <w:pStyle w:val="ListParagraph"/>
      </w:pPr>
      <w:r>
        <w:rPr>
          <w:sz w:val="22"/>
        </w:rPr>
        <w:t>C. defeat</w:t>
      </w:r>
    </w:p>
    <w:p>
      <w:pPr>
        <w:pStyle w:val="ListParagraph"/>
      </w:pPr>
      <w:r>
        <w:rPr>
          <w:sz w:val="22"/>
        </w:rPr>
        <w:t>D. lead the army</w:t>
      </w:r>
    </w:p>
    <w:p/>
    <w:p>
      <w:r>
        <w:rPr>
          <w:b/>
          <w:sz w:val="24"/>
        </w:rPr>
        <w:t>Câu 40: Từ nào có nghĩa là 'chiến dịch'?</w:t>
      </w:r>
    </w:p>
    <w:p>
      <w:pPr>
        <w:pStyle w:val="ListParagraph"/>
      </w:pPr>
      <w:r>
        <w:rPr>
          <w:sz w:val="22"/>
        </w:rPr>
        <w:t>A. campaign</w:t>
      </w:r>
    </w:p>
    <w:p>
      <w:pPr>
        <w:pStyle w:val="ListParagraph"/>
      </w:pPr>
      <w:r>
        <w:rPr>
          <w:sz w:val="22"/>
        </w:rPr>
        <w:t>B. battle</w:t>
      </w:r>
    </w:p>
    <w:p>
      <w:pPr>
        <w:pStyle w:val="ListParagraph"/>
      </w:pPr>
      <w:r>
        <w:rPr>
          <w:sz w:val="22"/>
        </w:rPr>
        <w:t>C. attack</w:t>
      </w:r>
    </w:p>
    <w:p>
      <w:pPr>
        <w:pStyle w:val="ListParagraph"/>
      </w:pPr>
      <w:r>
        <w:rPr>
          <w:sz w:val="22"/>
        </w:rPr>
        <w:t>D. prison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C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C</w:t>
      </w:r>
    </w:p>
    <w:p>
      <w:r>
        <w:rPr>
          <w:b/>
        </w:rPr>
        <w:t>Câu 39: Đáp án đúng: D</w:t>
      </w:r>
    </w:p>
    <w:p>
      <w:r>
        <w:rPr>
          <w:b/>
        </w:rPr>
        <w:t>Câu 40: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