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luyện tập tin 8 - Bài trắc nghiệm Tin học - Công cụ tính toán sớm nhất mà con người chế tạo ra</w:t>
      </w:r>
    </w:p>
    <w:p>
      <w:pPr>
        <w:jc w:val="center"/>
      </w:pPr>
      <w:r>
        <w:rPr>
          <w:sz w:val="22"/>
        </w:rPr>
        <w:t>Số câu: 23    Thời gian: _____ phút    Họ và tên: _________________________</w:t>
      </w:r>
    </w:p>
    <w:p/>
    <w:p>
      <w:r>
        <w:rPr>
          <w:b/>
          <w:sz w:val="24"/>
        </w:rPr>
        <w:t>Câu 1: Công cụ tính toán sớm nhất mà con người chế tạo ra khoảng 5000 năm trước là gì?</w:t>
      </w:r>
    </w:p>
    <w:p>
      <w:pPr>
        <w:pStyle w:val="ListParagraph"/>
      </w:pPr>
      <w:r>
        <w:rPr>
          <w:sz w:val="22"/>
        </w:rPr>
        <w:t>A. Máy tính điện tử</w:t>
      </w:r>
    </w:p>
    <w:p>
      <w:pPr>
        <w:pStyle w:val="ListParagraph"/>
      </w:pPr>
      <w:r>
        <w:rPr>
          <w:sz w:val="22"/>
        </w:rPr>
        <w:t>B. Bàn tính</w:t>
      </w:r>
    </w:p>
    <w:p>
      <w:pPr>
        <w:pStyle w:val="ListParagraph"/>
      </w:pPr>
      <w:r>
        <w:rPr>
          <w:sz w:val="22"/>
        </w:rPr>
        <w:t>C. Thước tính</w:t>
      </w:r>
    </w:p>
    <w:p>
      <w:pPr>
        <w:pStyle w:val="ListParagraph"/>
      </w:pPr>
      <w:r>
        <w:rPr>
          <w:sz w:val="22"/>
        </w:rPr>
        <w:t>D. Máy tính cơ khí Pascaline</w:t>
      </w:r>
    </w:p>
    <w:p/>
    <w:p>
      <w:r>
        <w:rPr>
          <w:b/>
          <w:sz w:val="24"/>
        </w:rPr>
        <w:t>Câu 2: Hệ thống ghi số nào vẫn còn phổ biến và được con người sử dụng rộng rãi đến ngày nay?</w:t>
      </w:r>
    </w:p>
    <w:p>
      <w:pPr>
        <w:pStyle w:val="ListParagraph"/>
      </w:pPr>
      <w:r>
        <w:rPr>
          <w:sz w:val="22"/>
        </w:rPr>
        <w:t>A. Hệ thập phân</w:t>
      </w:r>
    </w:p>
    <w:p>
      <w:pPr>
        <w:pStyle w:val="ListParagraph"/>
      </w:pPr>
      <w:r>
        <w:rPr>
          <w:sz w:val="22"/>
        </w:rPr>
        <w:t>B. Hệ nhị phân</w:t>
      </w:r>
    </w:p>
    <w:p>
      <w:pPr>
        <w:pStyle w:val="ListParagraph"/>
      </w:pPr>
      <w:r>
        <w:rPr>
          <w:sz w:val="22"/>
        </w:rPr>
        <w:t>C. Hệ bát phân</w:t>
      </w:r>
    </w:p>
    <w:p>
      <w:pPr>
        <w:pStyle w:val="ListParagraph"/>
      </w:pPr>
      <w:r>
        <w:rPr>
          <w:sz w:val="22"/>
        </w:rPr>
        <w:t>D. Hệ thập lục phân</w:t>
      </w:r>
    </w:p>
    <w:p/>
    <w:p>
      <w:r>
        <w:rPr>
          <w:b/>
          <w:sz w:val="24"/>
        </w:rPr>
        <w:t>Câu 3: Bàn tính cơ học Pascaline do ai phát minh và vào năm nào?</w:t>
      </w:r>
    </w:p>
    <w:p>
      <w:pPr>
        <w:pStyle w:val="ListParagraph"/>
      </w:pPr>
      <w:r>
        <w:rPr>
          <w:sz w:val="22"/>
        </w:rPr>
        <w:t>A. Charles Babbage (1833)</w:t>
      </w:r>
    </w:p>
    <w:p>
      <w:pPr>
        <w:pStyle w:val="ListParagraph"/>
      </w:pPr>
      <w:r>
        <w:rPr>
          <w:sz w:val="22"/>
        </w:rPr>
        <w:t>B. Blaise Pascal (1642)</w:t>
      </w:r>
    </w:p>
    <w:p>
      <w:pPr>
        <w:pStyle w:val="ListParagraph"/>
      </w:pPr>
      <w:r>
        <w:rPr>
          <w:sz w:val="22"/>
        </w:rPr>
        <w:t>C. John von Neumann (1945)</w:t>
      </w:r>
    </w:p>
    <w:p>
      <w:pPr>
        <w:pStyle w:val="ListParagraph"/>
      </w:pPr>
      <w:r>
        <w:rPr>
          <w:sz w:val="22"/>
        </w:rPr>
        <w:t>D. Alan Turing (1936)</w:t>
      </w:r>
    </w:p>
    <w:p/>
    <w:p>
      <w:r>
        <w:rPr>
          <w:b/>
          <w:sz w:val="24"/>
        </w:rPr>
        <w:t>Câu 4: Mục đích ban đầu khi Blaise Pascal phát minh ra chiếc máy tính cơ học Pascaline là gì?</w:t>
      </w:r>
    </w:p>
    <w:p>
      <w:pPr>
        <w:pStyle w:val="ListParagraph"/>
      </w:pPr>
      <w:r>
        <w:rPr>
          <w:sz w:val="22"/>
        </w:rPr>
        <w:t>A. Để chơi trò chơi điện tử</w:t>
      </w:r>
    </w:p>
    <w:p>
      <w:pPr>
        <w:pStyle w:val="ListParagraph"/>
      </w:pPr>
      <w:r>
        <w:rPr>
          <w:sz w:val="22"/>
        </w:rPr>
        <w:t>B. Để giúp cha tính thuế nhanh và chính xác hơn</w:t>
      </w:r>
    </w:p>
    <w:p>
      <w:pPr>
        <w:pStyle w:val="ListParagraph"/>
      </w:pPr>
      <w:r>
        <w:rPr>
          <w:sz w:val="22"/>
        </w:rPr>
        <w:t>C. Để dự báo thời tiết</w:t>
      </w:r>
    </w:p>
    <w:p>
      <w:pPr>
        <w:pStyle w:val="ListParagraph"/>
      </w:pPr>
      <w:r>
        <w:rPr>
          <w:sz w:val="22"/>
        </w:rPr>
        <w:t>D. Để lập trình tự động</w:t>
      </w:r>
    </w:p>
    <w:p/>
    <w:p>
      <w:r>
        <w:rPr>
          <w:b/>
          <w:sz w:val="24"/>
        </w:rPr>
        <w:t>Câu 5: Năm 1833, Charles Babbage đã thiết kế cỗ máy tính cơ học có điểm đặc biệt gì?</w:t>
      </w:r>
    </w:p>
    <w:p>
      <w:pPr>
        <w:pStyle w:val="ListParagraph"/>
      </w:pPr>
      <w:r>
        <w:rPr>
          <w:sz w:val="22"/>
        </w:rPr>
        <w:t>A. Sử dụng đèn điện tử chân không</w:t>
      </w:r>
    </w:p>
    <w:p>
      <w:pPr>
        <w:pStyle w:val="ListParagraph"/>
      </w:pPr>
      <w:r>
        <w:rPr>
          <w:sz w:val="22"/>
        </w:rPr>
        <w:t>B. Thực hiện việc tính toán tự động</w:t>
      </w:r>
    </w:p>
    <w:p>
      <w:pPr>
        <w:pStyle w:val="ListParagraph"/>
      </w:pPr>
      <w:r>
        <w:rPr>
          <w:sz w:val="22"/>
        </w:rPr>
        <w:t>C. Chạy bằng năng lượng mặt trời</w:t>
      </w:r>
    </w:p>
    <w:p>
      <w:pPr>
        <w:pStyle w:val="ListParagraph"/>
      </w:pPr>
      <w:r>
        <w:rPr>
          <w:sz w:val="22"/>
        </w:rPr>
        <w:t>D. Sử dụng vi xử lý cỡ rất lớn</w:t>
      </w:r>
    </w:p>
    <w:p/>
    <w:p>
      <w:r>
        <w:rPr>
          <w:b/>
          <w:sz w:val="24"/>
        </w:rPr>
        <w:t>Câu 6: Nguyên do chính khiến dự án máy tính của Charles Babbage không hoàn thành vào thời của ông là gì?</w:t>
      </w:r>
    </w:p>
    <w:p>
      <w:pPr>
        <w:pStyle w:val="ListParagraph"/>
      </w:pPr>
      <w:r>
        <w:rPr>
          <w:sz w:val="22"/>
        </w:rPr>
        <w:t>A. Do không có ý tưởng thiết kế</w:t>
      </w:r>
    </w:p>
    <w:p>
      <w:pPr>
        <w:pStyle w:val="ListParagraph"/>
      </w:pPr>
      <w:r>
        <w:rPr>
          <w:sz w:val="22"/>
        </w:rPr>
        <w:t>B. Do hạn chế về công nghệ chế tạo thời bấy giờ</w:t>
      </w:r>
    </w:p>
    <w:p>
      <w:pPr>
        <w:pStyle w:val="ListParagraph"/>
      </w:pPr>
      <w:r>
        <w:rPr>
          <w:sz w:val="22"/>
        </w:rPr>
        <w:t>C. Do ông không có tài chính</w:t>
      </w:r>
    </w:p>
    <w:p>
      <w:pPr>
        <w:pStyle w:val="ListParagraph"/>
      </w:pPr>
      <w:r>
        <w:rPr>
          <w:sz w:val="22"/>
        </w:rPr>
        <w:t>D. Do không ai cần tính toán tự động</w:t>
      </w:r>
    </w:p>
    <w:p/>
    <w:p>
      <w:r>
        <w:rPr>
          <w:b/>
          <w:sz w:val="24"/>
        </w:rPr>
        <w:t>Câu 7: Ý tưởng thúc đẩy sự phát minh ra các máy tính cơ học ban đầu là gì?</w:t>
      </w:r>
    </w:p>
    <w:p>
      <w:pPr>
        <w:pStyle w:val="ListParagraph"/>
      </w:pPr>
      <w:r>
        <w:rPr>
          <w:sz w:val="22"/>
        </w:rPr>
        <w:t>A. Muốn kết nối mạng toàn cầu</w:t>
      </w:r>
    </w:p>
    <w:p>
      <w:pPr>
        <w:pStyle w:val="ListParagraph"/>
      </w:pPr>
      <w:r>
        <w:rPr>
          <w:sz w:val="22"/>
        </w:rPr>
        <w:t>B. Muốn tối đa hóa tốc độ và tránh sai sót của con người trong tính toán</w:t>
      </w:r>
    </w:p>
    <w:p>
      <w:pPr>
        <w:pStyle w:val="ListParagraph"/>
      </w:pPr>
      <w:r>
        <w:rPr>
          <w:sz w:val="22"/>
        </w:rPr>
        <w:t>C. Muốn nghe nhạc và xem phim</w:t>
      </w:r>
    </w:p>
    <w:p>
      <w:pPr>
        <w:pStyle w:val="ListParagraph"/>
      </w:pPr>
      <w:r>
        <w:rPr>
          <w:sz w:val="22"/>
        </w:rPr>
        <w:t>D. Muốn lưu trữ dữ liệu đa phương tiện</w:t>
      </w:r>
    </w:p>
    <w:p/>
    <w:p>
      <w:r>
        <w:rPr>
          <w:b/>
          <w:sz w:val="24"/>
        </w:rPr>
        <w:t>Câu 8: Kiến trúc máy tính hiện đại phổ biến ngày nay dựa trên nguyên lý của nhà khoa học nào?</w:t>
      </w:r>
    </w:p>
    <w:p>
      <w:pPr>
        <w:pStyle w:val="ListParagraph"/>
      </w:pPr>
      <w:r>
        <w:rPr>
          <w:sz w:val="22"/>
        </w:rPr>
        <w:t>A. Blaise Pascal</w:t>
      </w:r>
    </w:p>
    <w:p>
      <w:pPr>
        <w:pStyle w:val="ListParagraph"/>
      </w:pPr>
      <w:r>
        <w:rPr>
          <w:sz w:val="22"/>
        </w:rPr>
        <w:t>B. Charles Babbage</w:t>
      </w:r>
    </w:p>
    <w:p>
      <w:pPr>
        <w:pStyle w:val="ListParagraph"/>
      </w:pPr>
      <w:r>
        <w:rPr>
          <w:sz w:val="22"/>
        </w:rPr>
        <w:t>C. Von Neumann</w:t>
      </w:r>
    </w:p>
    <w:p>
      <w:pPr>
        <w:pStyle w:val="ListParagraph"/>
      </w:pPr>
      <w:r>
        <w:rPr>
          <w:sz w:val="22"/>
        </w:rPr>
        <w:t>D. Bill Gates</w:t>
      </w:r>
    </w:p>
    <w:p/>
    <w:p>
      <w:r>
        <w:rPr>
          <w:b/>
          <w:sz w:val="24"/>
        </w:rPr>
        <w:t>Câu 9: Theo kiến trúc Von Neumann, cấu trúc máy tính gồm những thành phần chính nào?</w:t>
      </w:r>
    </w:p>
    <w:p>
      <w:pPr>
        <w:pStyle w:val="ListParagraph"/>
      </w:pPr>
      <w:r>
        <w:rPr>
          <w:sz w:val="22"/>
        </w:rPr>
        <w:t>A. Bộ xử lý trung tâm, Bộ nhớ, Các cổng kết nối thiết bị vào - ra, Đường truyền</w:t>
      </w:r>
    </w:p>
    <w:p>
      <w:pPr>
        <w:pStyle w:val="ListParagraph"/>
      </w:pPr>
      <w:r>
        <w:rPr>
          <w:sz w:val="22"/>
        </w:rPr>
        <w:t>B. Chuột, Bàn phím, Màn hình, Loa</w:t>
      </w:r>
    </w:p>
    <w:p>
      <w:pPr>
        <w:pStyle w:val="ListParagraph"/>
      </w:pPr>
      <w:r>
        <w:rPr>
          <w:sz w:val="22"/>
        </w:rPr>
        <w:t>C. Màn hình, CPU, Nguồn điện, Pin</w:t>
      </w:r>
    </w:p>
    <w:p>
      <w:pPr>
        <w:pStyle w:val="ListParagraph"/>
      </w:pPr>
      <w:r>
        <w:rPr>
          <w:sz w:val="22"/>
        </w:rPr>
        <w:t>D. Bộ nhớ trong, Bộ nhớ ngoài, Camera, Bàn phím</w:t>
      </w:r>
    </w:p>
    <w:p/>
    <w:p>
      <w:r>
        <w:rPr>
          <w:b/>
          <w:sz w:val="24"/>
        </w:rPr>
        <w:t>Câu 10: Máy tính điện tử thế hệ thứ nhất (1945 – 1955) sử dụng thành phần điện tử chính nào?</w:t>
      </w:r>
    </w:p>
    <w:p>
      <w:pPr>
        <w:pStyle w:val="ListParagraph"/>
      </w:pPr>
      <w:r>
        <w:rPr>
          <w:sz w:val="22"/>
        </w:rPr>
        <w:t>A. Bóng bán dẫn</w:t>
      </w:r>
    </w:p>
    <w:p>
      <w:pPr>
        <w:pStyle w:val="ListParagraph"/>
      </w:pPr>
      <w:r>
        <w:rPr>
          <w:sz w:val="22"/>
        </w:rPr>
        <w:t>B. Đèn điện tử chân không</w:t>
      </w:r>
    </w:p>
    <w:p>
      <w:pPr>
        <w:pStyle w:val="ListParagraph"/>
      </w:pPr>
      <w:r>
        <w:rPr>
          <w:sz w:val="22"/>
        </w:rPr>
        <w:t>C. Mạch tích hợp IC</w:t>
      </w:r>
    </w:p>
    <w:p>
      <w:pPr>
        <w:pStyle w:val="ListParagraph"/>
      </w:pPr>
      <w:r>
        <w:rPr>
          <w:sz w:val="22"/>
        </w:rPr>
        <w:t>D. Vi xử lý</w:t>
      </w:r>
    </w:p>
    <w:p/>
    <w:p>
      <w:r>
        <w:rPr>
          <w:b/>
          <w:sz w:val="24"/>
        </w:rPr>
        <w:t>Câu 11: Thiết bị lưu trữ bộ nhớ chính của máy tính thế hệ thứ nhất là gì?</w:t>
      </w:r>
    </w:p>
    <w:p>
      <w:pPr>
        <w:pStyle w:val="ListParagraph"/>
      </w:pPr>
      <w:r>
        <w:rPr>
          <w:sz w:val="22"/>
        </w:rPr>
        <w:t>A. Đĩa từ</w:t>
      </w:r>
    </w:p>
    <w:p>
      <w:pPr>
        <w:pStyle w:val="ListParagraph"/>
      </w:pPr>
      <w:r>
        <w:rPr>
          <w:sz w:val="22"/>
        </w:rPr>
        <w:t>B. Trống từ</w:t>
      </w:r>
    </w:p>
    <w:p>
      <w:pPr>
        <w:pStyle w:val="ListParagraph"/>
      </w:pPr>
      <w:r>
        <w:rPr>
          <w:sz w:val="22"/>
        </w:rPr>
        <w:t>C. Băng từ</w:t>
      </w:r>
    </w:p>
    <w:p>
      <w:pPr>
        <w:pStyle w:val="ListParagraph"/>
      </w:pPr>
      <w:r>
        <w:rPr>
          <w:sz w:val="22"/>
        </w:rPr>
        <w:t>D. Thẻ nhớ RAM</w:t>
      </w:r>
    </w:p>
    <w:p/>
    <w:p>
      <w:r>
        <w:rPr>
          <w:b/>
          <w:sz w:val="24"/>
        </w:rPr>
        <w:t>Câu 12: Chiếc máy tính ENIAC (1943) hay EDVAC (1945) thuộc thế hệ máy tính nào?</w:t>
      </w:r>
    </w:p>
    <w:p>
      <w:pPr>
        <w:pStyle w:val="ListParagraph"/>
      </w:pPr>
      <w:r>
        <w:rPr>
          <w:sz w:val="22"/>
        </w:rPr>
        <w:t>A. Thế hệ thứ nhất</w:t>
      </w:r>
    </w:p>
    <w:p>
      <w:pPr>
        <w:pStyle w:val="ListParagraph"/>
      </w:pPr>
      <w:r>
        <w:rPr>
          <w:sz w:val="22"/>
        </w:rPr>
        <w:t>B. Thế hệ thứ hai</w:t>
      </w:r>
    </w:p>
    <w:p>
      <w:pPr>
        <w:pStyle w:val="ListParagraph"/>
      </w:pPr>
      <w:r>
        <w:rPr>
          <w:sz w:val="22"/>
        </w:rPr>
        <w:t>C. Thế hệ thứ ba</w:t>
      </w:r>
    </w:p>
    <w:p>
      <w:pPr>
        <w:pStyle w:val="ListParagraph"/>
      </w:pPr>
      <w:r>
        <w:rPr>
          <w:sz w:val="22"/>
        </w:rPr>
        <w:t>D. Thế hệ thứ tư</w:t>
      </w:r>
    </w:p>
    <w:p/>
    <w:p>
      <w:r>
        <w:rPr>
          <w:b/>
          <w:sz w:val="24"/>
        </w:rPr>
        <w:t>Câu 13: Máy tính thế hệ thứ hai (1955 – 1965) sử dụng công nghệ linh kiện điện tử chính nào?</w:t>
      </w:r>
    </w:p>
    <w:p>
      <w:pPr>
        <w:pStyle w:val="ListParagraph"/>
      </w:pPr>
      <w:r>
        <w:rPr>
          <w:sz w:val="22"/>
        </w:rPr>
        <w:t>A. Đèn điện tử chân không</w:t>
      </w:r>
    </w:p>
    <w:p>
      <w:pPr>
        <w:pStyle w:val="ListParagraph"/>
      </w:pPr>
      <w:r>
        <w:rPr>
          <w:sz w:val="22"/>
        </w:rPr>
        <w:t>B. Bóng bán dẫn</w:t>
      </w:r>
    </w:p>
    <w:p>
      <w:pPr>
        <w:pStyle w:val="ListParagraph"/>
      </w:pPr>
      <w:r>
        <w:rPr>
          <w:sz w:val="22"/>
        </w:rPr>
        <w:t>C. Mạch tích hợp IC</w:t>
      </w:r>
    </w:p>
    <w:p>
      <w:pPr>
        <w:pStyle w:val="ListParagraph"/>
      </w:pPr>
      <w:r>
        <w:rPr>
          <w:sz w:val="22"/>
        </w:rPr>
        <w:t>D. Mạch tích hợp cỡ siêu lớn</w:t>
      </w:r>
    </w:p>
    <w:p/>
    <w:p>
      <w:r>
        <w:rPr>
          <w:b/>
          <w:sz w:val="24"/>
        </w:rPr>
        <w:t>Câu 14: Ví dụ điển hình cho máy tính thế hệ thứ hai là chiếc máy nào?</w:t>
      </w:r>
    </w:p>
    <w:p>
      <w:pPr>
        <w:pStyle w:val="ListParagraph"/>
      </w:pPr>
      <w:r>
        <w:rPr>
          <w:sz w:val="22"/>
        </w:rPr>
        <w:t>A. ENIAC</w:t>
      </w:r>
    </w:p>
    <w:p>
      <w:pPr>
        <w:pStyle w:val="ListParagraph"/>
      </w:pPr>
      <w:r>
        <w:rPr>
          <w:sz w:val="22"/>
        </w:rPr>
        <w:t>B. IBM 7090</w:t>
      </w:r>
    </w:p>
    <w:p>
      <w:pPr>
        <w:pStyle w:val="ListParagraph"/>
      </w:pPr>
      <w:r>
        <w:rPr>
          <w:sz w:val="22"/>
        </w:rPr>
        <w:t>C. Apple II</w:t>
      </w:r>
    </w:p>
    <w:p>
      <w:pPr>
        <w:pStyle w:val="ListParagraph"/>
      </w:pPr>
      <w:r>
        <w:rPr>
          <w:sz w:val="22"/>
        </w:rPr>
        <w:t>D. IBM PC</w:t>
      </w:r>
    </w:p>
    <w:p/>
    <w:p>
      <w:r>
        <w:rPr>
          <w:b/>
          <w:sz w:val="24"/>
        </w:rPr>
        <w:t>Câu 15: Các mạch tích hợp (IC) bắt đầu được sử dụng làm thành phần điện tử chính ở thế hệ máy tính nào?</w:t>
      </w:r>
    </w:p>
    <w:p>
      <w:pPr>
        <w:pStyle w:val="ListParagraph"/>
      </w:pPr>
      <w:r>
        <w:rPr>
          <w:sz w:val="22"/>
        </w:rPr>
        <w:t>A. Thế hệ thứ nhất</w:t>
      </w:r>
    </w:p>
    <w:p>
      <w:pPr>
        <w:pStyle w:val="ListParagraph"/>
      </w:pPr>
      <w:r>
        <w:rPr>
          <w:sz w:val="22"/>
        </w:rPr>
        <w:t>B. Thế hệ thứ hai</w:t>
      </w:r>
    </w:p>
    <w:p>
      <w:pPr>
        <w:pStyle w:val="ListParagraph"/>
      </w:pPr>
      <w:r>
        <w:rPr>
          <w:sz w:val="22"/>
        </w:rPr>
        <w:t>C. Thế hệ thứ ba (1965 – 1974)</w:t>
      </w:r>
    </w:p>
    <w:p>
      <w:pPr>
        <w:pStyle w:val="ListParagraph"/>
      </w:pPr>
      <w:r>
        <w:rPr>
          <w:sz w:val="22"/>
        </w:rPr>
        <w:t>D. Thế hệ thứ tư</w:t>
      </w:r>
    </w:p>
    <w:p/>
    <w:p>
      <w:r>
        <w:rPr>
          <w:b/>
          <w:sz w:val="24"/>
        </w:rPr>
        <w:t>Câu 16: Bàn phím và màn hình hiển thị bắt đầu xuất hiện bổ sung làm thiết bị vào – ra từ thế hệ máy tính nào?</w:t>
      </w:r>
    </w:p>
    <w:p>
      <w:pPr>
        <w:pStyle w:val="ListParagraph"/>
      </w:pPr>
      <w:r>
        <w:rPr>
          <w:sz w:val="22"/>
        </w:rPr>
        <w:t>A. Thế hệ thứ nhất</w:t>
      </w:r>
    </w:p>
    <w:p>
      <w:pPr>
        <w:pStyle w:val="ListParagraph"/>
      </w:pPr>
      <w:r>
        <w:rPr>
          <w:sz w:val="22"/>
        </w:rPr>
        <w:t>B. Thế hệ thứ hai</w:t>
      </w:r>
    </w:p>
    <w:p>
      <w:pPr>
        <w:pStyle w:val="ListParagraph"/>
      </w:pPr>
      <w:r>
        <w:rPr>
          <w:sz w:val="22"/>
        </w:rPr>
        <w:t>C. Thế hệ thứ ba</w:t>
      </w:r>
    </w:p>
    <w:p>
      <w:pPr>
        <w:pStyle w:val="ListParagraph"/>
      </w:pPr>
      <w:r>
        <w:rPr>
          <w:sz w:val="22"/>
        </w:rPr>
        <w:t>D. Thế hệ thứ tư</w:t>
      </w:r>
    </w:p>
    <w:p/>
    <w:p>
      <w:r>
        <w:rPr>
          <w:b/>
          <w:sz w:val="24"/>
        </w:rPr>
        <w:t>Câu 17: Chiếc máy tính IBM System/360 xuất hiện vào năm 1964 thuộc thế hệ máy tính nào?</w:t>
      </w:r>
    </w:p>
    <w:p>
      <w:pPr>
        <w:pStyle w:val="ListParagraph"/>
      </w:pPr>
      <w:r>
        <w:rPr>
          <w:sz w:val="22"/>
        </w:rPr>
        <w:t>A. Thế hệ thứ nhất</w:t>
      </w:r>
    </w:p>
    <w:p>
      <w:pPr>
        <w:pStyle w:val="ListParagraph"/>
      </w:pPr>
      <w:r>
        <w:rPr>
          <w:sz w:val="22"/>
        </w:rPr>
        <w:t>B. Thế hệ thứ hai</w:t>
      </w:r>
    </w:p>
    <w:p>
      <w:pPr>
        <w:pStyle w:val="ListParagraph"/>
      </w:pPr>
      <w:r>
        <w:rPr>
          <w:sz w:val="22"/>
        </w:rPr>
        <w:t>C. Thế hệ thứ ba</w:t>
      </w:r>
    </w:p>
    <w:p>
      <w:pPr>
        <w:pStyle w:val="ListParagraph"/>
      </w:pPr>
      <w:r>
        <w:rPr>
          <w:sz w:val="22"/>
        </w:rPr>
        <w:t>D. Thế hệ thứ tư</w:t>
      </w:r>
    </w:p>
    <w:p/>
    <w:p>
      <w:r>
        <w:rPr>
          <w:b/>
          <w:sz w:val="24"/>
        </w:rPr>
        <w:t>Câu 18: Công nghệ chính tạo nên thế hệ máy tính thứ tư (1974 – 1990) là gì?</w:t>
      </w:r>
    </w:p>
    <w:p>
      <w:pPr>
        <w:pStyle w:val="ListParagraph"/>
      </w:pPr>
      <w:r>
        <w:rPr>
          <w:sz w:val="22"/>
        </w:rPr>
        <w:t>A. Đèn điện tử chân không</w:t>
      </w:r>
    </w:p>
    <w:p>
      <w:pPr>
        <w:pStyle w:val="ListParagraph"/>
      </w:pPr>
      <w:r>
        <w:rPr>
          <w:sz w:val="22"/>
        </w:rPr>
        <w:t>B. Mạch tích hợp cỡ rất lớn và bộ vi xử lý (VLSI)</w:t>
      </w:r>
    </w:p>
    <w:p>
      <w:pPr>
        <w:pStyle w:val="ListParagraph"/>
      </w:pPr>
      <w:r>
        <w:rPr>
          <w:sz w:val="22"/>
        </w:rPr>
        <w:t>C. Mạch tích hợp cỡ siêu lớn (ULSI)</w:t>
      </w:r>
    </w:p>
    <w:p>
      <w:pPr>
        <w:pStyle w:val="ListParagraph"/>
      </w:pPr>
      <w:r>
        <w:rPr>
          <w:sz w:val="22"/>
        </w:rPr>
        <w:t>D. Bóng bán dẫn đơn lẻ</w:t>
      </w:r>
    </w:p>
    <w:p/>
    <w:p>
      <w:r>
        <w:rPr>
          <w:b/>
          <w:sz w:val="24"/>
        </w:rPr>
        <w:t>Câu 19: Các máy tính như IBM PC, Apple II, Apple Macintosh thuộc thế hệ máy tính thứ mấy?</w:t>
      </w:r>
    </w:p>
    <w:p>
      <w:pPr>
        <w:pStyle w:val="ListParagraph"/>
      </w:pPr>
      <w:r>
        <w:rPr>
          <w:sz w:val="22"/>
        </w:rPr>
        <w:t>A. Thế hệ thứ hai</w:t>
      </w:r>
    </w:p>
    <w:p>
      <w:pPr>
        <w:pStyle w:val="ListParagraph"/>
      </w:pPr>
      <w:r>
        <w:rPr>
          <w:sz w:val="22"/>
        </w:rPr>
        <w:t>B. Thế hệ thứ ba</w:t>
      </w:r>
    </w:p>
    <w:p>
      <w:pPr>
        <w:pStyle w:val="ListParagraph"/>
      </w:pPr>
      <w:r>
        <w:rPr>
          <w:sz w:val="22"/>
        </w:rPr>
        <w:t>C. Thế hệ thứ tư</w:t>
      </w:r>
    </w:p>
    <w:p>
      <w:pPr>
        <w:pStyle w:val="ListParagraph"/>
      </w:pPr>
      <w:r>
        <w:rPr>
          <w:sz w:val="22"/>
        </w:rPr>
        <w:t>D. Thế hệ thứ năm</w:t>
      </w:r>
    </w:p>
    <w:p/>
    <w:p>
      <w:r>
        <w:rPr>
          <w:b/>
          <w:sz w:val="24"/>
        </w:rPr>
        <w:t>Câu 20: Máy tính thế hệ thứ năm (từ 1990 đến nay) sử dụng thành phần điện tử chính là gì?</w:t>
      </w:r>
    </w:p>
    <w:p>
      <w:pPr>
        <w:pStyle w:val="ListParagraph"/>
      </w:pPr>
      <w:r>
        <w:rPr>
          <w:sz w:val="22"/>
        </w:rPr>
        <w:t>A. Mạch tích hợp cỡ siêu lớn (ULSI)</w:t>
      </w:r>
    </w:p>
    <w:p>
      <w:pPr>
        <w:pStyle w:val="ListParagraph"/>
      </w:pPr>
      <w:r>
        <w:rPr>
          <w:sz w:val="22"/>
        </w:rPr>
        <w:t>B. Đèn chân không</w:t>
      </w:r>
    </w:p>
    <w:p>
      <w:pPr>
        <w:pStyle w:val="ListParagraph"/>
      </w:pPr>
      <w:r>
        <w:rPr>
          <w:sz w:val="22"/>
        </w:rPr>
        <w:t>C. Rơle điện cơ</w:t>
      </w:r>
    </w:p>
    <w:p>
      <w:pPr>
        <w:pStyle w:val="ListParagraph"/>
      </w:pPr>
      <w:r>
        <w:rPr>
          <w:sz w:val="22"/>
        </w:rPr>
        <w:t>D. Trống từ</w:t>
      </w:r>
    </w:p>
    <w:p/>
    <w:p>
      <w:r>
        <w:rPr>
          <w:b/>
          <w:sz w:val="24"/>
        </w:rPr>
        <w:t>Câu 21: Thiết bị nào sau đây là ví dụ điển hình của máy tính thế hệ thứ năm?</w:t>
      </w:r>
    </w:p>
    <w:p>
      <w:pPr>
        <w:pStyle w:val="ListParagraph"/>
      </w:pPr>
      <w:r>
        <w:rPr>
          <w:sz w:val="22"/>
        </w:rPr>
        <w:t>A. ENIAC</w:t>
      </w:r>
    </w:p>
    <w:p>
      <w:pPr>
        <w:pStyle w:val="ListParagraph"/>
      </w:pPr>
      <w:r>
        <w:rPr>
          <w:sz w:val="22"/>
        </w:rPr>
        <w:t>B. Điện thoại thông minh, loa thông minh</w:t>
      </w:r>
    </w:p>
    <w:p>
      <w:pPr>
        <w:pStyle w:val="ListParagraph"/>
      </w:pPr>
      <w:r>
        <w:rPr>
          <w:sz w:val="22"/>
        </w:rPr>
        <w:t>C. IBM 7094</w:t>
      </w:r>
    </w:p>
    <w:p>
      <w:pPr>
        <w:pStyle w:val="ListParagraph"/>
      </w:pPr>
      <w:r>
        <w:rPr>
          <w:sz w:val="22"/>
        </w:rPr>
        <w:t>D. PDP-11</w:t>
      </w:r>
    </w:p>
    <w:p/>
    <w:p>
      <w:r>
        <w:rPr>
          <w:b/>
          <w:sz w:val="24"/>
        </w:rPr>
        <w:t>Câu 22: Bộ vi xử lý (CPU) trong máy vi tính là gì?</w:t>
      </w:r>
    </w:p>
    <w:p>
      <w:pPr>
        <w:pStyle w:val="ListParagraph"/>
      </w:pPr>
      <w:r>
        <w:rPr>
          <w:sz w:val="22"/>
        </w:rPr>
        <w:t>A. Một đèn điện tử chân không cỡ lớn</w:t>
      </w:r>
    </w:p>
    <w:p>
      <w:pPr>
        <w:pStyle w:val="ListParagraph"/>
      </w:pPr>
      <w:r>
        <w:rPr>
          <w:sz w:val="22"/>
        </w:rPr>
        <w:t>B. Một mạch tích hợp chứa hàng chục triệu linh kiện bán dẫn trở lên</w:t>
      </w:r>
    </w:p>
    <w:p>
      <w:pPr>
        <w:pStyle w:val="ListParagraph"/>
      </w:pPr>
      <w:r>
        <w:rPr>
          <w:sz w:val="22"/>
        </w:rPr>
        <w:t>C. Một bộ trống từ quay bằng cơ học</w:t>
      </w:r>
    </w:p>
    <w:p>
      <w:pPr>
        <w:pStyle w:val="ListParagraph"/>
      </w:pPr>
      <w:r>
        <w:rPr>
          <w:sz w:val="22"/>
        </w:rPr>
        <w:t>D. Một thanh cuộn băng từ</w:t>
      </w:r>
    </w:p>
    <w:p/>
    <w:p>
      <w:r>
        <w:rPr>
          <w:b/>
          <w:sz w:val="24"/>
        </w:rPr>
        <w:t>Câu 23: Vào thời điểm nước Việt Nam hoàn toàn thống nhất (năm 1975), thế hệ máy tính nào đã bắt đầu xuất hiện ở nước ta?</w:t>
      </w:r>
    </w:p>
    <w:p>
      <w:pPr>
        <w:pStyle w:val="ListParagraph"/>
      </w:pPr>
      <w:r>
        <w:rPr>
          <w:sz w:val="22"/>
        </w:rPr>
        <w:t>A. Thế hệ thứ nhất</w:t>
      </w:r>
    </w:p>
    <w:p>
      <w:pPr>
        <w:pStyle w:val="ListParagraph"/>
      </w:pPr>
      <w:r>
        <w:rPr>
          <w:sz w:val="22"/>
        </w:rPr>
        <w:t>B. Thế hệ thứ ba</w:t>
      </w:r>
    </w:p>
    <w:p>
      <w:pPr>
        <w:pStyle w:val="ListParagraph"/>
      </w:pPr>
      <w:r>
        <w:rPr>
          <w:sz w:val="22"/>
        </w:rPr>
        <w:t>C. Thế hệ thứ năm</w:t>
      </w:r>
    </w:p>
    <w:p>
      <w:pPr>
        <w:pStyle w:val="ListParagraph"/>
      </w:pPr>
      <w:r>
        <w:rPr>
          <w:sz w:val="22"/>
        </w:rPr>
        <w:t>D. Chưa có máy tính nào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