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Môn học:Sinh học Lớp 6B3: Chủ đề:tế bào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Đơn vị cấu tạo nên cơ thể sống là gì?</w:t>
      </w:r>
    </w:p>
    <w:p>
      <w:pPr>
        <w:pStyle w:val="ListParagraph"/>
      </w:pPr>
      <w:r>
        <w:rPr>
          <w:sz w:val="22"/>
        </w:rPr>
        <w:t>A. Mô</w:t>
      </w:r>
    </w:p>
    <w:p>
      <w:pPr>
        <w:pStyle w:val="ListParagraph"/>
      </w:pPr>
      <w:r>
        <w:rPr>
          <w:sz w:val="22"/>
        </w:rPr>
        <w:t>B. Cơ quan</w:t>
      </w:r>
    </w:p>
    <w:p>
      <w:pPr>
        <w:pStyle w:val="ListParagraph"/>
      </w:pPr>
      <w:r>
        <w:rPr>
          <w:sz w:val="22"/>
        </w:rPr>
        <w:t>C. Hệ cơ quan</w:t>
      </w:r>
    </w:p>
    <w:p>
      <w:pPr>
        <w:pStyle w:val="ListParagraph"/>
      </w:pPr>
      <w:r>
        <w:rPr>
          <w:sz w:val="22"/>
        </w:rPr>
        <w:t>D. Tế bào</w:t>
      </w:r>
    </w:p>
    <w:p/>
    <w:p>
      <w:r>
        <w:rPr>
          <w:b/>
          <w:sz w:val="24"/>
        </w:rPr>
        <w:t>Câu 2: Thành phần nào sau đây có ở tế bào thực vật mà không có ở tế bào động vật?</w:t>
      </w:r>
    </w:p>
    <w:p>
      <w:pPr>
        <w:pStyle w:val="ListParagraph"/>
      </w:pPr>
      <w:r>
        <w:rPr>
          <w:sz w:val="22"/>
        </w:rPr>
        <w:t>A. Màng tế bào</w:t>
      </w:r>
    </w:p>
    <w:p>
      <w:pPr>
        <w:pStyle w:val="ListParagraph"/>
      </w:pPr>
      <w:r>
        <w:rPr>
          <w:sz w:val="22"/>
        </w:rPr>
        <w:t>B. Lục lạp</w:t>
      </w:r>
    </w:p>
    <w:p>
      <w:pPr>
        <w:pStyle w:val="ListParagraph"/>
      </w:pPr>
      <w:r>
        <w:rPr>
          <w:sz w:val="22"/>
        </w:rPr>
        <w:t>C. Ti thể</w:t>
      </w:r>
    </w:p>
    <w:p>
      <w:pPr>
        <w:pStyle w:val="ListParagraph"/>
      </w:pPr>
      <w:r>
        <w:rPr>
          <w:sz w:val="22"/>
        </w:rPr>
        <w:t>D. Nhân tế bào</w:t>
      </w:r>
    </w:p>
    <w:p/>
    <w:p>
      <w:r>
        <w:rPr>
          <w:b/>
          <w:sz w:val="24"/>
        </w:rPr>
        <w:t>Câu 3: Bào quan nào được coi là 'nhà máy năng lượng' của tế bào?</w:t>
      </w:r>
    </w:p>
    <w:p>
      <w:pPr>
        <w:pStyle w:val="ListParagraph"/>
      </w:pPr>
      <w:r>
        <w:rPr>
          <w:sz w:val="22"/>
        </w:rPr>
        <w:t>A. Ti thể</w:t>
      </w:r>
    </w:p>
    <w:p>
      <w:pPr>
        <w:pStyle w:val="ListParagraph"/>
      </w:pPr>
      <w:r>
        <w:rPr>
          <w:sz w:val="22"/>
        </w:rPr>
        <w:t>B. Không bào</w:t>
      </w:r>
    </w:p>
    <w:p>
      <w:pPr>
        <w:pStyle w:val="ListParagraph"/>
      </w:pPr>
      <w:r>
        <w:rPr>
          <w:sz w:val="22"/>
        </w:rPr>
        <w:t>C. Lục lạp</w:t>
      </w:r>
    </w:p>
    <w:p>
      <w:pPr>
        <w:pStyle w:val="ListParagraph"/>
      </w:pPr>
      <w:r>
        <w:rPr>
          <w:sz w:val="22"/>
        </w:rPr>
        <w:t>D. Ribôxôm</w:t>
      </w:r>
    </w:p>
    <w:p/>
    <w:p>
      <w:r>
        <w:rPr>
          <w:b/>
          <w:sz w:val="24"/>
        </w:rPr>
        <w:t>Câu 4: Chất di truyền của tế bào chủ yếu nằm ở đâu?</w:t>
      </w:r>
    </w:p>
    <w:p>
      <w:pPr>
        <w:pStyle w:val="ListParagraph"/>
      </w:pPr>
      <w:r>
        <w:rPr>
          <w:sz w:val="22"/>
        </w:rPr>
        <w:t>A. Màng tế bào</w:t>
      </w:r>
    </w:p>
    <w:p>
      <w:pPr>
        <w:pStyle w:val="ListParagraph"/>
      </w:pPr>
      <w:r>
        <w:rPr>
          <w:sz w:val="22"/>
        </w:rPr>
        <w:t>B. Tế bào chất</w:t>
      </w:r>
    </w:p>
    <w:p>
      <w:pPr>
        <w:pStyle w:val="ListParagraph"/>
      </w:pPr>
      <w:r>
        <w:rPr>
          <w:sz w:val="22"/>
        </w:rPr>
        <w:t>C. Nhân tế bào</w:t>
      </w:r>
    </w:p>
    <w:p>
      <w:pPr>
        <w:pStyle w:val="ListParagraph"/>
      </w:pPr>
      <w:r>
        <w:rPr>
          <w:sz w:val="22"/>
        </w:rPr>
        <w:t>D. Thành tế bào</w:t>
      </w:r>
    </w:p>
    <w:p/>
    <w:p>
      <w:r>
        <w:rPr>
          <w:b/>
          <w:sz w:val="24"/>
        </w:rPr>
        <w:t>Câu 5: Ở tế bào nhân thực, màng tế bào có chức năng chính là gì?</w:t>
      </w:r>
    </w:p>
    <w:p>
      <w:pPr>
        <w:pStyle w:val="ListParagraph"/>
      </w:pPr>
      <w:r>
        <w:rPr>
          <w:sz w:val="22"/>
        </w:rPr>
        <w:t>A. Bảo vệ và kiểm soát trao đổi chất</w:t>
      </w:r>
    </w:p>
    <w:p>
      <w:pPr>
        <w:pStyle w:val="ListParagraph"/>
      </w:pPr>
      <w:r>
        <w:rPr>
          <w:sz w:val="22"/>
        </w:rPr>
        <w:t>B. Tổng hợp prôtêin</w:t>
      </w:r>
    </w:p>
    <w:p>
      <w:pPr>
        <w:pStyle w:val="ListParagraph"/>
      </w:pPr>
      <w:r>
        <w:rPr>
          <w:sz w:val="22"/>
        </w:rPr>
        <w:t>C. Quang hợp</w:t>
      </w:r>
    </w:p>
    <w:p>
      <w:pPr>
        <w:pStyle w:val="ListParagraph"/>
      </w:pPr>
      <w:r>
        <w:rPr>
          <w:sz w:val="22"/>
        </w:rPr>
        <w:t>D. Dự trữ nước</w:t>
      </w:r>
    </w:p>
    <w:p/>
    <w:p>
      <w:r>
        <w:rPr>
          <w:b/>
          <w:sz w:val="24"/>
        </w:rPr>
        <w:t>Câu 6: Tế bào nào sau đây là tế bào nhân sơ?</w:t>
      </w:r>
    </w:p>
    <w:p>
      <w:pPr>
        <w:pStyle w:val="ListParagraph"/>
      </w:pPr>
      <w:r>
        <w:rPr>
          <w:sz w:val="22"/>
        </w:rPr>
        <w:t>A. Tế bào thực vật</w:t>
      </w:r>
    </w:p>
    <w:p>
      <w:pPr>
        <w:pStyle w:val="ListParagraph"/>
      </w:pPr>
      <w:r>
        <w:rPr>
          <w:sz w:val="22"/>
        </w:rPr>
        <w:t>B. Tế bào nấm</w:t>
      </w:r>
    </w:p>
    <w:p>
      <w:pPr>
        <w:pStyle w:val="ListParagraph"/>
      </w:pPr>
      <w:r>
        <w:rPr>
          <w:sz w:val="22"/>
        </w:rPr>
        <w:t>C. Tế bào vi khuẩn</w:t>
      </w:r>
    </w:p>
    <w:p>
      <w:pPr>
        <w:pStyle w:val="ListParagraph"/>
      </w:pPr>
      <w:r>
        <w:rPr>
          <w:sz w:val="22"/>
        </w:rPr>
        <w:t>D. Tế bào động vật</w:t>
      </w:r>
    </w:p>
    <w:p/>
    <w:p>
      <w:r>
        <w:rPr>
          <w:b/>
          <w:sz w:val="24"/>
        </w:rPr>
        <w:t>Câu 7: Quá trình tế bào lớn lên và phân chia có ý nghĩa gì?</w:t>
      </w:r>
    </w:p>
    <w:p>
      <w:pPr>
        <w:pStyle w:val="ListParagraph"/>
      </w:pPr>
      <w:r>
        <w:rPr>
          <w:sz w:val="22"/>
        </w:rPr>
        <w:t>A. Tạo ra chất diệp lục</w:t>
      </w:r>
    </w:p>
    <w:p>
      <w:pPr>
        <w:pStyle w:val="ListParagraph"/>
      </w:pPr>
      <w:r>
        <w:rPr>
          <w:sz w:val="22"/>
        </w:rPr>
        <w:t>B. Giảm số lượng tế bào</w:t>
      </w:r>
    </w:p>
    <w:p>
      <w:pPr>
        <w:pStyle w:val="ListParagraph"/>
      </w:pPr>
      <w:r>
        <w:rPr>
          <w:sz w:val="22"/>
        </w:rPr>
        <w:t>C. Giúp cơ thể sinh trưởng và thay thế tế bào già</w:t>
      </w:r>
    </w:p>
    <w:p>
      <w:pPr>
        <w:pStyle w:val="ListParagraph"/>
      </w:pPr>
      <w:r>
        <w:rPr>
          <w:sz w:val="22"/>
        </w:rPr>
        <w:t>D. Làm tế bào chết đi</w:t>
      </w:r>
    </w:p>
    <w:p/>
    <w:p>
      <w:r>
        <w:rPr>
          <w:b/>
          <w:sz w:val="24"/>
        </w:rPr>
        <w:t>Câu 8: Không bào ở tế bào thực vật thường có chức năng gì?</w:t>
      </w:r>
    </w:p>
    <w:p>
      <w:pPr>
        <w:pStyle w:val="ListParagraph"/>
      </w:pPr>
      <w:r>
        <w:rPr>
          <w:sz w:val="22"/>
        </w:rPr>
        <w:t>A. Hô hấp tế bào</w:t>
      </w:r>
    </w:p>
    <w:p>
      <w:pPr>
        <w:pStyle w:val="ListParagraph"/>
      </w:pPr>
      <w:r>
        <w:rPr>
          <w:sz w:val="22"/>
        </w:rPr>
        <w:t>B. Chứa dịch tế bào, dự trữ chất</w:t>
      </w:r>
    </w:p>
    <w:p>
      <w:pPr>
        <w:pStyle w:val="ListParagraph"/>
      </w:pPr>
      <w:r>
        <w:rPr>
          <w:sz w:val="22"/>
        </w:rPr>
        <w:t>C. Tổng hợp prôtêin</w:t>
      </w:r>
    </w:p>
    <w:p>
      <w:pPr>
        <w:pStyle w:val="ListParagraph"/>
      </w:pPr>
      <w:r>
        <w:rPr>
          <w:sz w:val="22"/>
        </w:rPr>
        <w:t>D. Điều khiển di truyền</w:t>
      </w:r>
    </w:p>
    <w:p/>
    <w:p>
      <w:r>
        <w:rPr>
          <w:b/>
          <w:sz w:val="24"/>
        </w:rPr>
        <w:t>Câu 9: Khi quan sát tế bào biểu bì vảy hành, bộ phận nào thường dễ nhìn thấy nhất?</w:t>
      </w:r>
    </w:p>
    <w:p>
      <w:pPr>
        <w:pStyle w:val="ListParagraph"/>
      </w:pPr>
      <w:r>
        <w:rPr>
          <w:sz w:val="22"/>
        </w:rPr>
        <w:t>A. Lục lạp</w:t>
      </w:r>
    </w:p>
    <w:p>
      <w:pPr>
        <w:pStyle w:val="ListParagraph"/>
      </w:pPr>
      <w:r>
        <w:rPr>
          <w:sz w:val="22"/>
        </w:rPr>
        <w:t>B. Ribôxôm</w:t>
      </w:r>
    </w:p>
    <w:p>
      <w:pPr>
        <w:pStyle w:val="ListParagraph"/>
      </w:pPr>
      <w:r>
        <w:rPr>
          <w:sz w:val="22"/>
        </w:rPr>
        <w:t>C. Ti thể</w:t>
      </w:r>
    </w:p>
    <w:p>
      <w:pPr>
        <w:pStyle w:val="ListParagraph"/>
      </w:pPr>
      <w:r>
        <w:rPr>
          <w:sz w:val="22"/>
        </w:rPr>
        <w:t>D. Thành tế bào và nhân</w:t>
      </w:r>
    </w:p>
    <w:p/>
    <w:p>
      <w:r>
        <w:rPr>
          <w:b/>
          <w:sz w:val="24"/>
        </w:rPr>
        <w:t>Câu 10: Sự khác nhau cơ bản giữa tế bào thực vật và tế bào động vật là gì?</w:t>
      </w:r>
    </w:p>
    <w:p>
      <w:pPr>
        <w:pStyle w:val="ListParagraph"/>
      </w:pPr>
      <w:r>
        <w:rPr>
          <w:sz w:val="22"/>
        </w:rPr>
        <w:t>A. Tế bào thực vật có thành tế bào và lục lạp</w:t>
      </w:r>
    </w:p>
    <w:p>
      <w:pPr>
        <w:pStyle w:val="ListParagraph"/>
      </w:pPr>
      <w:r>
        <w:rPr>
          <w:sz w:val="22"/>
        </w:rPr>
        <w:t>B. Tế bào động vật có thành tế bào</w:t>
      </w:r>
    </w:p>
    <w:p>
      <w:pPr>
        <w:pStyle w:val="ListParagraph"/>
      </w:pPr>
      <w:r>
        <w:rPr>
          <w:sz w:val="22"/>
        </w:rPr>
        <w:t>C. Tế bào động vật có không bào lớn</w:t>
      </w:r>
    </w:p>
    <w:p>
      <w:pPr>
        <w:pStyle w:val="ListParagraph"/>
      </w:pPr>
      <w:r>
        <w:rPr>
          <w:sz w:val="22"/>
        </w:rPr>
        <w:t>D. Tế bào thực vật không có nhân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i/>
        </w:rPr>
        <w:t>Giải thích: Tế bào là đơn vị cấu tạo và chức năng cơ bản của mọi cơ thể sống.</w:t>
      </w:r>
    </w:p>
    <w:p>
      <w:r>
        <w:rPr>
          <w:b/>
        </w:rPr>
        <w:t>Câu 2: Đáp án đúng: B</w:t>
      </w:r>
    </w:p>
    <w:p>
      <w:r>
        <w:rPr>
          <w:i/>
        </w:rPr>
        <w:t>Giải thích: Lục lạp là bào quan có ở tế bào thực vật, giúp quang hợp, không có ở tế bào động vật.</w:t>
      </w:r>
    </w:p>
    <w:p>
      <w:r>
        <w:rPr>
          <w:b/>
        </w:rPr>
        <w:t>Câu 3: Đáp án đúng: A</w:t>
      </w:r>
    </w:p>
    <w:p>
      <w:r>
        <w:rPr>
          <w:i/>
        </w:rPr>
        <w:t>Giải thích: Ti thể thực hiện hô hấp tế bào, tạo ra năng lượng ATP cho tế bào.</w:t>
      </w:r>
    </w:p>
    <w:p>
      <w:r>
        <w:rPr>
          <w:b/>
        </w:rPr>
        <w:t>Câu 4: Đáp án đúng: C</w:t>
      </w:r>
    </w:p>
    <w:p>
      <w:r>
        <w:rPr>
          <w:i/>
        </w:rPr>
        <w:t>Giải thích: Nhân tế bào chứa vật chất di truyền (ADN) và điều khiển mọi hoạt động của tế bào.</w:t>
      </w:r>
    </w:p>
    <w:p>
      <w:r>
        <w:rPr>
          <w:b/>
        </w:rPr>
        <w:t>Câu 5: Đáp án đúng: A</w:t>
      </w:r>
    </w:p>
    <w:p>
      <w:r>
        <w:rPr>
          <w:i/>
        </w:rPr>
        <w:t>Giải thích: Màng tế bào bao bọc, bảo vệ tế bào và kiểm soát các chất ra vào tế bào.</w:t>
      </w:r>
    </w:p>
    <w:p>
      <w:r>
        <w:rPr>
          <w:b/>
        </w:rPr>
        <w:t>Câu 6: Đáp án đúng: C</w:t>
      </w:r>
    </w:p>
    <w:p>
      <w:r>
        <w:rPr>
          <w:i/>
        </w:rPr>
        <w:t>Giải thích: Vi khuẩn là sinh vật nhân sơ, tế bào chưa có màng nhân.</w:t>
      </w:r>
    </w:p>
    <w:p>
      <w:r>
        <w:rPr>
          <w:b/>
        </w:rPr>
        <w:t>Câu 7: Đáp án đúng: C</w:t>
      </w:r>
    </w:p>
    <w:p>
      <w:r>
        <w:rPr>
          <w:i/>
        </w:rPr>
        <w:t>Giải thích: Tế bào lớn lên và phân chia giúp cơ thể sinh trưởng, phát triển và thay thế tế bào già, tổn thương.</w:t>
      </w:r>
    </w:p>
    <w:p>
      <w:r>
        <w:rPr>
          <w:b/>
        </w:rPr>
        <w:t>Câu 8: Đáp án đúng: B</w:t>
      </w:r>
    </w:p>
    <w:p>
      <w:r>
        <w:rPr>
          <w:i/>
        </w:rPr>
        <w:t>Giải thích: Không bào lớn ở tế bào thực vật chứa dịch tế bào, dự trữ nước và các chất.</w:t>
      </w:r>
    </w:p>
    <w:p>
      <w:r>
        <w:rPr>
          <w:b/>
        </w:rPr>
        <w:t>Câu 9: Đáp án đúng: D</w:t>
      </w:r>
    </w:p>
    <w:p>
      <w:r>
        <w:rPr>
          <w:i/>
        </w:rPr>
        <w:t>Giải thích: Với tiêu bản nhuộm, thành tế bào và nhân của tế bào biểu bì vảy hành dễ quan sát dưới kính hiển vi.</w:t>
      </w:r>
    </w:p>
    <w:p>
      <w:r>
        <w:rPr>
          <w:b/>
        </w:rPr>
        <w:t>Câu 10: Đáp án đúng: A</w:t>
      </w:r>
    </w:p>
    <w:p>
      <w:r>
        <w:rPr>
          <w:i/>
        </w:rPr>
        <w:t>Giải thích: Tế bào thực vật có thành tế bào xenlulôzơ và lục lạp, còn tế bào động vật không có các cấu trúc này.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