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Tin học - I. TRẮC NGHIỆM NHIỀU LỰA CHỌN:</w:t>
      </w:r>
    </w:p>
    <w:p>
      <w:pPr>
        <w:jc w:val="center"/>
      </w:pPr>
      <w:r>
        <w:rPr>
          <w:sz w:val="22"/>
        </w:rPr>
        <w:t>Số câu: 52    Thời gian: _____ phút    Họ và tên: _________________________</w:t>
      </w:r>
    </w:p>
    <w:p/>
    <w:p>
      <w:r>
        <w:rPr>
          <w:b/>
          <w:sz w:val="24"/>
        </w:rPr>
        <w:t>Câu 1: Phát biểu nào sau đây là đúng?</w:t>
      </w:r>
    </w:p>
    <w:p>
      <w:pPr>
        <w:pStyle w:val="ListParagraph"/>
      </w:pPr>
      <w:r>
        <w:rPr>
          <w:sz w:val="22"/>
        </w:rPr>
        <w:t>A. Hệ điều hành Windows có giao diện dòng lệnh</w:t>
      </w:r>
    </w:p>
    <w:p>
      <w:pPr>
        <w:pStyle w:val="ListParagraph"/>
      </w:pPr>
      <w:r>
        <w:rPr>
          <w:sz w:val="22"/>
        </w:rPr>
        <w:t>B. Hệ điều hành MS-DOS có giao diện đồ hoạ</w:t>
      </w:r>
    </w:p>
    <w:p>
      <w:pPr>
        <w:pStyle w:val="ListParagraph"/>
      </w:pPr>
      <w:r>
        <w:rPr>
          <w:sz w:val="22"/>
        </w:rPr>
        <w:t>C. Hệ điều hành Windows có giao diện đồ hoạ</w:t>
      </w:r>
    </w:p>
    <w:p>
      <w:pPr>
        <w:pStyle w:val="ListParagraph"/>
      </w:pPr>
      <w:r>
        <w:rPr>
          <w:sz w:val="22"/>
        </w:rPr>
        <w:t>D. Hệ điều hành MS-DOS có giao diện dòng lệnh và giao diện đồ hoạ</w:t>
      </w:r>
    </w:p>
    <w:p/>
    <w:p>
      <w:r>
        <w:rPr>
          <w:b/>
          <w:sz w:val="24"/>
        </w:rPr>
        <w:t>Câu 2: Phát biểu nào sau đây là đúng?</w:t>
      </w:r>
    </w:p>
    <w:p>
      <w:pPr>
        <w:pStyle w:val="ListParagraph"/>
      </w:pPr>
      <w:r>
        <w:rPr>
          <w:sz w:val="22"/>
        </w:rPr>
        <w:t>A. Phần mềm là thiết bị xử lí thông tin, hệ điều hành là môi trường trung gian giúp phần mềm ứng dụng khai thác phần cứng.</w:t>
      </w:r>
    </w:p>
    <w:p>
      <w:pPr>
        <w:pStyle w:val="ListParagraph"/>
      </w:pPr>
      <w:r>
        <w:rPr>
          <w:sz w:val="22"/>
        </w:rPr>
        <w:t>B. Phần cứng là thiết bị xử lí thông tin, hệ điều hành là môi trường trung gian giúp phần cứng khai thác phần mềm ứng dụng.</w:t>
      </w:r>
    </w:p>
    <w:p>
      <w:pPr>
        <w:pStyle w:val="ListParagraph"/>
      </w:pPr>
      <w:r>
        <w:rPr>
          <w:sz w:val="22"/>
        </w:rPr>
        <w:t>C. Phần mềm là thiết bị xử lí thông tin, hệ điều hành là môi trường trung gian giúp phần cứng khai thác phần mềm ứng dụng.</w:t>
      </w:r>
    </w:p>
    <w:p>
      <w:pPr>
        <w:pStyle w:val="ListParagraph"/>
      </w:pPr>
      <w:r>
        <w:rPr>
          <w:sz w:val="22"/>
        </w:rPr>
        <w:t>D. Phần cứng là thiết bị xử lí thông tin, hệ điều hành là môi trường trung gian giúp phần mềm ứng dụng khai thác phần cứng.</w:t>
      </w:r>
    </w:p>
    <w:p/>
    <w:p>
      <w:r>
        <w:rPr>
          <w:b/>
          <w:sz w:val="24"/>
        </w:rPr>
        <w:t>Câu 3: Phát biểu nào sau đây là đúng về lịch sử phát triển của hệ điều hành Windows?</w:t>
      </w:r>
    </w:p>
    <w:p>
      <w:pPr>
        <w:pStyle w:val="ListParagraph"/>
      </w:pPr>
      <w:r>
        <w:rPr>
          <w:sz w:val="22"/>
        </w:rPr>
        <w:t>A. Các phiên bản Windows 7 (2008), Windows 8 (2012), Windows 10 (2015), Windows 11 (2021)</w:t>
      </w:r>
    </w:p>
    <w:p>
      <w:pPr>
        <w:pStyle w:val="ListParagraph"/>
      </w:pPr>
      <w:r>
        <w:rPr>
          <w:sz w:val="22"/>
        </w:rPr>
        <w:t>B. Các phiên bản Windows 7 (2009), Windows 8 (2012), Windows 10 (2015), Windows 11 (2021)</w:t>
      </w:r>
    </w:p>
    <w:p>
      <w:pPr>
        <w:pStyle w:val="ListParagraph"/>
      </w:pPr>
      <w:r>
        <w:rPr>
          <w:sz w:val="22"/>
        </w:rPr>
        <w:t>C. Các phiên bản Windows 7 (2009), Windows 8 (2012), Windows 10 (2015), Windows 11 (2022)</w:t>
      </w:r>
    </w:p>
    <w:p>
      <w:pPr>
        <w:pStyle w:val="ListParagraph"/>
      </w:pPr>
      <w:r>
        <w:rPr>
          <w:sz w:val="22"/>
        </w:rPr>
        <w:t>D. Các phiên bản Windows 7 (2009), Windows 8 (2013), Windows 10 (2015), Windows 11 (2021)</w:t>
      </w:r>
    </w:p>
    <w:p/>
    <w:p>
      <w:r>
        <w:rPr>
          <w:b/>
          <w:sz w:val="24"/>
        </w:rPr>
        <w:t>Câu 4: Phiên bản Windows nào là phiên bản đầu tiên có giao diện đồ họa?</w:t>
      </w:r>
    </w:p>
    <w:p>
      <w:pPr>
        <w:pStyle w:val="ListParagraph"/>
      </w:pPr>
      <w:r>
        <w:rPr>
          <w:sz w:val="22"/>
        </w:rPr>
        <w:t>A. Windows XP</w:t>
      </w:r>
    </w:p>
    <w:p>
      <w:pPr>
        <w:pStyle w:val="ListParagraph"/>
      </w:pPr>
      <w:r>
        <w:rPr>
          <w:sz w:val="22"/>
        </w:rPr>
        <w:t>B. Windows 95</w:t>
      </w:r>
    </w:p>
    <w:p>
      <w:pPr>
        <w:pStyle w:val="ListParagraph"/>
      </w:pPr>
      <w:r>
        <w:rPr>
          <w:sz w:val="22"/>
        </w:rPr>
        <w:t>C. Windows 1.0</w:t>
      </w:r>
    </w:p>
    <w:p>
      <w:pPr>
        <w:pStyle w:val="ListParagraph"/>
      </w:pPr>
      <w:r>
        <w:rPr>
          <w:sz w:val="22"/>
        </w:rPr>
        <w:t>D. Windows 3.11</w:t>
      </w:r>
    </w:p>
    <w:p/>
    <w:p>
      <w:r>
        <w:rPr>
          <w:b/>
          <w:sz w:val="24"/>
        </w:rPr>
        <w:t>Câu 5: Chọn câu trả lời đúng nhất. Một số thành phần cơ bản của giao diện đồ hoạ bao gồm:</w:t>
      </w:r>
    </w:p>
    <w:p>
      <w:pPr>
        <w:pStyle w:val="ListParagraph"/>
      </w:pPr>
      <w:r>
        <w:rPr>
          <w:sz w:val="22"/>
        </w:rPr>
        <w:t>A. Cửa sổ, biểu tượng, chuột</w:t>
      </w:r>
    </w:p>
    <w:p>
      <w:pPr>
        <w:pStyle w:val="ListParagraph"/>
      </w:pPr>
      <w:r>
        <w:rPr>
          <w:sz w:val="22"/>
        </w:rPr>
        <w:t>B. Biểu tượng, chuột, bàn phím</w:t>
      </w:r>
    </w:p>
    <w:p>
      <w:pPr>
        <w:pStyle w:val="ListParagraph"/>
      </w:pPr>
      <w:r>
        <w:rPr>
          <w:sz w:val="22"/>
        </w:rPr>
        <w:t>C. Chuột, cửa sổ, bàn phím</w:t>
      </w:r>
    </w:p>
    <w:p>
      <w:pPr>
        <w:pStyle w:val="ListParagraph"/>
      </w:pPr>
      <w:r>
        <w:rPr>
          <w:sz w:val="22"/>
        </w:rPr>
        <w:t>D. Cửa sổ, biểu tượng, bàn phím</w:t>
      </w:r>
    </w:p>
    <w:p/>
    <w:p>
      <w:r>
        <w:rPr>
          <w:b/>
          <w:sz w:val="24"/>
        </w:rPr>
        <w:t>Câu 6: Tiện ích "Disk Defragmenter" hoạt động hiệu quả nhất trên loại ổ cứng nào và vì sao?</w:t>
      </w:r>
    </w:p>
    <w:p>
      <w:pPr>
        <w:pStyle w:val="ListParagraph"/>
      </w:pPr>
      <w:r>
        <w:rPr>
          <w:sz w:val="22"/>
        </w:rPr>
        <w:t>A. Ổ cứng HDD, vì nó sắp xếp lại các mảnh dữ liệu rải rác trên bề mặt đĩa từ</w:t>
      </w:r>
    </w:p>
    <w:p>
      <w:pPr>
        <w:pStyle w:val="ListParagraph"/>
      </w:pPr>
      <w:r>
        <w:rPr>
          <w:sz w:val="22"/>
        </w:rPr>
        <w:t>B. Ổ cứng SSD, vì nó tối ưu hóa tốc độ đọc/ghi dữ liệu bán dẫn</w:t>
      </w:r>
    </w:p>
    <w:p>
      <w:pPr>
        <w:pStyle w:val="ListParagraph"/>
      </w:pPr>
      <w:r>
        <w:rPr>
          <w:sz w:val="22"/>
        </w:rPr>
        <w:t>C. Cả ổ cứng HDD và SSD, vì nó giúp tăng tuổi thọ của ổ cứng</w:t>
      </w:r>
    </w:p>
    <w:p>
      <w:pPr>
        <w:pStyle w:val="ListParagraph"/>
      </w:pPr>
      <w:r>
        <w:rPr>
          <w:sz w:val="22"/>
        </w:rPr>
        <w:t>D. Không loại ổ cứng nào, vì công nghệ này đã lỗi thời</w:t>
      </w:r>
    </w:p>
    <w:p/>
    <w:p>
      <w:r>
        <w:rPr>
          <w:b/>
          <w:sz w:val="24"/>
        </w:rPr>
        <w:t>Câu 7: Trong hệ điều hành Windows, "Control Panel" (Bảng điều khiển) được sử dụng để làm gì?</w:t>
      </w:r>
    </w:p>
    <w:p>
      <w:pPr>
        <w:pStyle w:val="ListParagraph"/>
      </w:pPr>
      <w:r>
        <w:rPr>
          <w:sz w:val="22"/>
        </w:rPr>
        <w:t>A. Duyệt web và tìm kiếm thông tin</w:t>
      </w:r>
    </w:p>
    <w:p>
      <w:pPr>
        <w:pStyle w:val="ListParagraph"/>
      </w:pPr>
      <w:r>
        <w:rPr>
          <w:sz w:val="22"/>
        </w:rPr>
        <w:t>B. Thay đổi các cài đặt hệ thống và phần cứng</w:t>
      </w:r>
    </w:p>
    <w:p>
      <w:pPr>
        <w:pStyle w:val="ListParagraph"/>
      </w:pPr>
      <w:r>
        <w:rPr>
          <w:sz w:val="22"/>
        </w:rPr>
        <w:t>C. Soạn thảo văn bản và bảng tính</w:t>
      </w:r>
    </w:p>
    <w:p>
      <w:pPr>
        <w:pStyle w:val="ListParagraph"/>
      </w:pPr>
      <w:r>
        <w:rPr>
          <w:sz w:val="22"/>
        </w:rPr>
        <w:t>D. Chơi game và giải trí</w:t>
      </w:r>
    </w:p>
    <w:p/>
    <w:p>
      <w:r>
        <w:rPr>
          <w:b/>
          <w:sz w:val="24"/>
        </w:rPr>
        <w:t>Câu 8: Trong hệ điều hành di động, "widget" (tiện ích) trên màn hình chính có tác dụng gì?</w:t>
      </w:r>
    </w:p>
    <w:p>
      <w:pPr>
        <w:pStyle w:val="ListParagraph"/>
      </w:pPr>
      <w:r>
        <w:rPr>
          <w:sz w:val="22"/>
        </w:rPr>
        <w:t>A. Hiển thị thông tin nhanh và thực hiện các thao tác cơ bản của ứng dụng trực tiếp trên màn hình chính</w:t>
      </w:r>
    </w:p>
    <w:p>
      <w:pPr>
        <w:pStyle w:val="ListParagraph"/>
      </w:pPr>
      <w:r>
        <w:rPr>
          <w:sz w:val="22"/>
        </w:rPr>
        <w:t>B. Tăng tốc độ khởi chạy ứng dụng</w:t>
      </w:r>
    </w:p>
    <w:p>
      <w:pPr>
        <w:pStyle w:val="ListParagraph"/>
      </w:pPr>
      <w:r>
        <w:rPr>
          <w:sz w:val="22"/>
        </w:rPr>
        <w:t>C. Tiết kiệm pin cho thiết bị</w:t>
      </w:r>
    </w:p>
    <w:p>
      <w:pPr>
        <w:pStyle w:val="ListParagraph"/>
      </w:pPr>
      <w:r>
        <w:rPr>
          <w:sz w:val="22"/>
        </w:rPr>
        <w:t>D. Thay đổi giao diện màn hình khóa</w:t>
      </w:r>
    </w:p>
    <w:p/>
    <w:p>
      <w:r>
        <w:rPr>
          <w:b/>
          <w:sz w:val="24"/>
        </w:rPr>
        <w:t>Câu 9: Phần mềm nguồn mở là:</w:t>
      </w:r>
    </w:p>
    <w:p>
      <w:pPr>
        <w:pStyle w:val="ListParagraph"/>
      </w:pPr>
      <w:r>
        <w:rPr>
          <w:sz w:val="22"/>
        </w:rPr>
        <w:t>A. Phần mềm được cung cấp cả mã nguồn để người dùng có thể tự sửa đổi, cải tiến, phát triển, phân phối lại theo một qui định gọi là giấy phép.</w:t>
      </w:r>
    </w:p>
    <w:p>
      <w:pPr>
        <w:pStyle w:val="ListParagraph"/>
      </w:pPr>
      <w:r>
        <w:rPr>
          <w:sz w:val="22"/>
        </w:rPr>
        <w:t>B. Phần mềm để bán.</w:t>
      </w:r>
    </w:p>
    <w:p>
      <w:pPr>
        <w:pStyle w:val="ListParagraph"/>
      </w:pPr>
      <w:r>
        <w:rPr>
          <w:sz w:val="22"/>
        </w:rPr>
        <w:t>C. Phần mềm không chỉ miễn phí mà còn được tự do sử dụng mà không xin phép.</w:t>
      </w:r>
    </w:p>
    <w:p>
      <w:pPr>
        <w:pStyle w:val="ListParagraph"/>
      </w:pPr>
      <w:r>
        <w:rPr>
          <w:sz w:val="22"/>
        </w:rPr>
        <w:t>D. Phần mềm dùng để mở các phần mềm khác.</w:t>
      </w:r>
    </w:p>
    <w:p/>
    <w:p>
      <w:r>
        <w:rPr>
          <w:b/>
          <w:sz w:val="24"/>
        </w:rPr>
        <w:t>Câu 10: Có nhiều loại giấy phép phần mềm nguồn mở, trong đó giấy phép công cộng GNU (GNU General Public License) được áp dụng rộng rãi nhất. Vậy giấy phép GNU GPL 3.0 được phát hành vào năm nào?</w:t>
      </w:r>
    </w:p>
    <w:p>
      <w:pPr>
        <w:pStyle w:val="ListParagraph"/>
      </w:pPr>
      <w:r>
        <w:rPr>
          <w:sz w:val="22"/>
        </w:rPr>
        <w:t>A. Năm 2006</w:t>
      </w:r>
    </w:p>
    <w:p>
      <w:pPr>
        <w:pStyle w:val="ListParagraph"/>
      </w:pPr>
      <w:r>
        <w:rPr>
          <w:sz w:val="22"/>
        </w:rPr>
        <w:t>B. Năm 2007</w:t>
      </w:r>
    </w:p>
    <w:p>
      <w:pPr>
        <w:pStyle w:val="ListParagraph"/>
      </w:pPr>
      <w:r>
        <w:rPr>
          <w:sz w:val="22"/>
        </w:rPr>
        <w:t>C. Năm 2008</w:t>
      </w:r>
    </w:p>
    <w:p>
      <w:pPr>
        <w:pStyle w:val="ListParagraph"/>
      </w:pPr>
      <w:r>
        <w:rPr>
          <w:sz w:val="22"/>
        </w:rPr>
        <w:t>D. Năm 2009</w:t>
      </w:r>
    </w:p>
    <w:p/>
    <w:p>
      <w:r>
        <w:rPr>
          <w:b/>
          <w:sz w:val="24"/>
        </w:rPr>
        <w:t>Câu 11: Phần mềm chạy trên Internet là phần mềm:</w:t>
      </w:r>
    </w:p>
    <w:p>
      <w:pPr>
        <w:pStyle w:val="ListParagraph"/>
      </w:pPr>
      <w:r>
        <w:rPr>
          <w:sz w:val="22"/>
        </w:rPr>
        <w:t>A. Cho phép sử dụng qua Internet mà không cần phải cài đặt vào máy.</w:t>
      </w:r>
    </w:p>
    <w:p>
      <w:pPr>
        <w:pStyle w:val="ListParagraph"/>
      </w:pPr>
      <w:r>
        <w:rPr>
          <w:sz w:val="22"/>
        </w:rPr>
        <w:t>B. Cài đặt vào máy tính trước khi sử dụng.</w:t>
      </w:r>
    </w:p>
    <w:p>
      <w:pPr>
        <w:pStyle w:val="ListParagraph"/>
      </w:pPr>
      <w:r>
        <w:rPr>
          <w:sz w:val="22"/>
        </w:rPr>
        <w:t>C. Microsoft Word.</w:t>
      </w:r>
    </w:p>
    <w:p>
      <w:pPr>
        <w:pStyle w:val="ListParagraph"/>
      </w:pPr>
      <w:r>
        <w:rPr>
          <w:sz w:val="22"/>
        </w:rPr>
        <w:t>D. Writer</w:t>
      </w:r>
    </w:p>
    <w:p/>
    <w:p>
      <w:r>
        <w:rPr>
          <w:b/>
          <w:sz w:val="24"/>
        </w:rPr>
        <w:t>Câu 12: Phần mềm thương mại có bao nhiêu loại?</w:t>
      </w:r>
    </w:p>
    <w:p>
      <w:pPr>
        <w:pStyle w:val="ListParagraph"/>
      </w:pPr>
      <w:r>
        <w:rPr>
          <w:sz w:val="22"/>
        </w:rPr>
        <w:t>A. 2 loại</w:t>
      </w:r>
    </w:p>
    <w:p>
      <w:pPr>
        <w:pStyle w:val="ListParagraph"/>
      </w:pPr>
      <w:r>
        <w:rPr>
          <w:sz w:val="22"/>
        </w:rPr>
        <w:t>B. 3 loại</w:t>
      </w:r>
    </w:p>
    <w:p>
      <w:pPr>
        <w:pStyle w:val="ListParagraph"/>
      </w:pPr>
      <w:r>
        <w:rPr>
          <w:sz w:val="22"/>
        </w:rPr>
        <w:t>C. 4 loại</w:t>
      </w:r>
    </w:p>
    <w:p>
      <w:pPr>
        <w:pStyle w:val="ListParagraph"/>
      </w:pPr>
      <w:r>
        <w:rPr>
          <w:sz w:val="22"/>
        </w:rPr>
        <w:t>D. 5 loại</w:t>
      </w:r>
    </w:p>
    <w:p/>
    <w:p>
      <w:r>
        <w:rPr>
          <w:b/>
          <w:sz w:val="24"/>
        </w:rPr>
        <w:t>Câu 13: Phần mềm nào sau đây là phần mềm chạy trên Internet?</w:t>
      </w:r>
    </w:p>
    <w:p>
      <w:pPr>
        <w:pStyle w:val="ListParagraph"/>
      </w:pPr>
      <w:r>
        <w:rPr>
          <w:sz w:val="22"/>
        </w:rPr>
        <w:t>A. Microsoft Word.</w:t>
      </w:r>
    </w:p>
    <w:p>
      <w:pPr>
        <w:pStyle w:val="ListParagraph"/>
      </w:pPr>
      <w:r>
        <w:rPr>
          <w:sz w:val="22"/>
        </w:rPr>
        <w:t>B. Writer</w:t>
      </w:r>
    </w:p>
    <w:p>
      <w:pPr>
        <w:pStyle w:val="ListParagraph"/>
      </w:pPr>
      <w:r>
        <w:rPr>
          <w:sz w:val="22"/>
        </w:rPr>
        <w:t>C. Google Docs</w:t>
      </w:r>
    </w:p>
    <w:p>
      <w:pPr>
        <w:pStyle w:val="ListParagraph"/>
      </w:pPr>
      <w:r>
        <w:rPr>
          <w:sz w:val="22"/>
        </w:rPr>
        <w:t>D. Inkscape</w:t>
      </w:r>
    </w:p>
    <w:p/>
    <w:p>
      <w:r>
        <w:rPr>
          <w:b/>
          <w:sz w:val="24"/>
        </w:rPr>
        <w:t>Câu 14: Giá trị của chữ số 10100 là?</w:t>
      </w:r>
    </w:p>
    <w:p>
      <w:pPr>
        <w:pStyle w:val="ListParagraph"/>
      </w:pPr>
      <w:r>
        <w:rPr>
          <w:sz w:val="22"/>
        </w:rPr>
        <w:t>A. 19</w:t>
      </w:r>
    </w:p>
    <w:p>
      <w:pPr>
        <w:pStyle w:val="ListParagraph"/>
      </w:pPr>
      <w:r>
        <w:rPr>
          <w:sz w:val="22"/>
        </w:rPr>
        <w:t>B. 20</w:t>
      </w:r>
    </w:p>
    <w:p>
      <w:pPr>
        <w:pStyle w:val="ListParagraph"/>
      </w:pPr>
      <w:r>
        <w:rPr>
          <w:sz w:val="22"/>
        </w:rPr>
        <w:t>C. 18</w:t>
      </w:r>
    </w:p>
    <w:p>
      <w:pPr>
        <w:pStyle w:val="ListParagraph"/>
      </w:pPr>
      <w:r>
        <w:rPr>
          <w:sz w:val="22"/>
        </w:rPr>
        <w:t>D. 21</w:t>
      </w:r>
    </w:p>
    <w:p/>
    <w:p>
      <w:r>
        <w:rPr>
          <w:b/>
          <w:sz w:val="24"/>
        </w:rPr>
        <w:t>Câu 15: Bộ xử lí trung tâm (Central Processing Unit - CPU) được cấu tạo từ mấy bộ phận chính?</w:t>
      </w:r>
    </w:p>
    <w:p>
      <w:pPr>
        <w:pStyle w:val="ListParagraph"/>
      </w:pPr>
      <w:r>
        <w:rPr>
          <w:sz w:val="22"/>
        </w:rPr>
        <w:t>A. 2</w:t>
      </w:r>
    </w:p>
    <w:p>
      <w:pPr>
        <w:pStyle w:val="ListParagraph"/>
      </w:pPr>
      <w:r>
        <w:rPr>
          <w:sz w:val="22"/>
        </w:rPr>
        <w:t>B. 3</w:t>
      </w:r>
    </w:p>
    <w:p>
      <w:pPr>
        <w:pStyle w:val="ListParagraph"/>
      </w:pPr>
      <w:r>
        <w:rPr>
          <w:sz w:val="22"/>
        </w:rPr>
        <w:t>C. 4</w:t>
      </w:r>
    </w:p>
    <w:p>
      <w:pPr>
        <w:pStyle w:val="ListParagraph"/>
      </w:pPr>
      <w:r>
        <w:rPr>
          <w:sz w:val="22"/>
        </w:rPr>
        <w:t>D. 1</w:t>
      </w:r>
    </w:p>
    <w:p/>
    <w:p>
      <w:r>
        <w:rPr>
          <w:b/>
          <w:sz w:val="24"/>
        </w:rPr>
        <w:t>Câu 16: Phép toán 110 + 111 cho kết quả nào sau đây?</w:t>
      </w:r>
    </w:p>
    <w:p>
      <w:pPr>
        <w:pStyle w:val="ListParagraph"/>
      </w:pPr>
      <w:r>
        <w:rPr>
          <w:sz w:val="22"/>
        </w:rPr>
        <w:t>A. 1011</w:t>
      </w:r>
    </w:p>
    <w:p>
      <w:pPr>
        <w:pStyle w:val="ListParagraph"/>
      </w:pPr>
      <w:r>
        <w:rPr>
          <w:sz w:val="22"/>
        </w:rPr>
        <w:t>B. 1110</w:t>
      </w:r>
    </w:p>
    <w:p>
      <w:pPr>
        <w:pStyle w:val="ListParagraph"/>
      </w:pPr>
      <w:r>
        <w:rPr>
          <w:sz w:val="22"/>
        </w:rPr>
        <w:t>C. 1111</w:t>
      </w:r>
    </w:p>
    <w:p>
      <w:pPr>
        <w:pStyle w:val="ListParagraph"/>
      </w:pPr>
      <w:r>
        <w:rPr>
          <w:sz w:val="22"/>
        </w:rPr>
        <w:t>D. 1101</w:t>
      </w:r>
    </w:p>
    <w:p/>
    <w:p>
      <w:r>
        <w:rPr>
          <w:b/>
          <w:sz w:val="24"/>
        </w:rPr>
        <w:t>Câu 17: Trong mạch điện thực hiện phép nhân logic, đèn sáng khi nào?</w:t>
      </w:r>
    </w:p>
    <w:p>
      <w:pPr>
        <w:pStyle w:val="ListParagraph"/>
      </w:pPr>
      <w:r>
        <w:rPr>
          <w:sz w:val="22"/>
        </w:rPr>
        <w:t>A. Khi K1 và K2 cùng mở.</w:t>
      </w:r>
    </w:p>
    <w:p>
      <w:pPr>
        <w:pStyle w:val="ListParagraph"/>
      </w:pPr>
      <w:r>
        <w:rPr>
          <w:sz w:val="22"/>
        </w:rPr>
        <w:t>B. Khi K1 đóng, K2 mở.</w:t>
      </w:r>
    </w:p>
    <w:p>
      <w:pPr>
        <w:pStyle w:val="ListParagraph"/>
      </w:pPr>
      <w:r>
        <w:rPr>
          <w:sz w:val="22"/>
        </w:rPr>
        <w:t>C. Khi K1 và K2 cùng đóng.</w:t>
      </w:r>
    </w:p>
    <w:p>
      <w:pPr>
        <w:pStyle w:val="ListParagraph"/>
      </w:pPr>
      <w:r>
        <w:rPr>
          <w:sz w:val="22"/>
        </w:rPr>
        <w:t>D. Khi K1 mở, K2 đóng.</w:t>
      </w:r>
    </w:p>
    <w:p/>
    <w:p>
      <w:r>
        <w:rPr>
          <w:b/>
          <w:sz w:val="24"/>
        </w:rPr>
        <w:t>Câu 18: Phép toán nhị phân nào sau đây sẽ sinh ra số nhớ khi cả hai bit đều bằng 1?</w:t>
      </w:r>
    </w:p>
    <w:p>
      <w:pPr>
        <w:pStyle w:val="ListParagraph"/>
      </w:pPr>
      <w:r>
        <w:rPr>
          <w:sz w:val="22"/>
        </w:rPr>
        <w:t>A. Phép cộng</w:t>
      </w:r>
    </w:p>
    <w:p>
      <w:pPr>
        <w:pStyle w:val="ListParagraph"/>
      </w:pPr>
      <w:r>
        <w:rPr>
          <w:sz w:val="22"/>
        </w:rPr>
        <w:t>B. Phép nhân</w:t>
      </w:r>
    </w:p>
    <w:p>
      <w:pPr>
        <w:pStyle w:val="ListParagraph"/>
      </w:pPr>
      <w:r>
        <w:rPr>
          <w:sz w:val="22"/>
        </w:rPr>
        <w:t>C. Phép XOR</w:t>
      </w:r>
    </w:p>
    <w:p>
      <w:pPr>
        <w:pStyle w:val="ListParagraph"/>
      </w:pPr>
      <w:r>
        <w:rPr>
          <w:sz w:val="22"/>
        </w:rPr>
        <w:t>D. Phép NOT</w:t>
      </w:r>
    </w:p>
    <w:p/>
    <w:p>
      <w:r>
        <w:rPr>
          <w:b/>
          <w:sz w:val="24"/>
        </w:rPr>
        <w:t>Câu 19: Loa, máy in, webcam, thẻ nhớ, bộ định tuyến (router) thuộc loại:</w:t>
      </w:r>
    </w:p>
    <w:p>
      <w:pPr>
        <w:pStyle w:val="ListParagraph"/>
      </w:pPr>
      <w:r>
        <w:rPr>
          <w:sz w:val="22"/>
        </w:rPr>
        <w:t>A. Thiết bị trung tâm.</w:t>
      </w:r>
    </w:p>
    <w:p>
      <w:pPr>
        <w:pStyle w:val="ListParagraph"/>
      </w:pPr>
      <w:r>
        <w:rPr>
          <w:sz w:val="22"/>
        </w:rPr>
        <w:t>B. Thiết bị ngoại vi.</w:t>
      </w:r>
    </w:p>
    <w:p>
      <w:pPr>
        <w:pStyle w:val="ListParagraph"/>
      </w:pPr>
      <w:r>
        <w:rPr>
          <w:sz w:val="22"/>
        </w:rPr>
        <w:t>C. Thiết bị lưu trữ.</w:t>
      </w:r>
    </w:p>
    <w:p>
      <w:pPr>
        <w:pStyle w:val="ListParagraph"/>
      </w:pPr>
      <w:r>
        <w:rPr>
          <w:sz w:val="22"/>
        </w:rPr>
        <w:t>D. Thiết bị mạng.</w:t>
      </w:r>
    </w:p>
    <w:p/>
    <w:p>
      <w:r>
        <w:rPr>
          <w:b/>
          <w:sz w:val="24"/>
        </w:rPr>
        <w:t>Câu 20: Chọn câu trả lời đúng nhất. Các thiết bị nào sau đây là thiết bị vào?</w:t>
      </w:r>
    </w:p>
    <w:p>
      <w:pPr>
        <w:pStyle w:val="ListParagraph"/>
      </w:pPr>
      <w:r>
        <w:rPr>
          <w:sz w:val="22"/>
        </w:rPr>
        <w:t>A. Bàn phím, chuột, màn hình.</w:t>
      </w:r>
    </w:p>
    <w:p>
      <w:pPr>
        <w:pStyle w:val="ListParagraph"/>
      </w:pPr>
      <w:r>
        <w:rPr>
          <w:sz w:val="22"/>
        </w:rPr>
        <w:t>B. Bàn phím, chuột, máy quét</w:t>
      </w:r>
    </w:p>
    <w:p>
      <w:pPr>
        <w:pStyle w:val="ListParagraph"/>
      </w:pPr>
      <w:r>
        <w:rPr>
          <w:sz w:val="22"/>
        </w:rPr>
        <w:t>C. Bàn phím, chuột, máy in.</w:t>
      </w:r>
    </w:p>
    <w:p>
      <w:pPr>
        <w:pStyle w:val="ListParagraph"/>
      </w:pPr>
      <w:r>
        <w:rPr>
          <w:sz w:val="22"/>
        </w:rPr>
        <w:t>D. Màn hình, máy in, máy quét.</w:t>
      </w:r>
    </w:p>
    <w:p/>
    <w:p>
      <w:r>
        <w:rPr>
          <w:b/>
          <w:sz w:val="24"/>
        </w:rPr>
        <w:t>Câu 21: Kích thước của màn hình được đo như thế nào và tính theo đơn vị nào là đúng?</w:t>
      </w:r>
    </w:p>
    <w:p>
      <w:pPr>
        <w:pStyle w:val="ListParagraph"/>
      </w:pPr>
      <w:r>
        <w:rPr>
          <w:sz w:val="22"/>
        </w:rPr>
        <w:t>A. Kích thước màn hình được đo bằng độ dài đường chéo màn hình, tính theo inches.</w:t>
      </w:r>
    </w:p>
    <w:p>
      <w:pPr>
        <w:pStyle w:val="ListParagraph"/>
      </w:pPr>
      <w:r>
        <w:rPr>
          <w:sz w:val="22"/>
        </w:rPr>
        <w:t>B. Kích thước màn hình được đo bằng chiều ngang của màn hình, tính theo inches.</w:t>
      </w:r>
    </w:p>
    <w:p>
      <w:pPr>
        <w:pStyle w:val="ListParagraph"/>
      </w:pPr>
      <w:r>
        <w:rPr>
          <w:sz w:val="22"/>
        </w:rPr>
        <w:t>C. Kích thước của màn hình được đo bằng độ dài chiều dọc của màn hình, tính theo đơn vị inches.</w:t>
      </w:r>
    </w:p>
    <w:p>
      <w:pPr>
        <w:pStyle w:val="ListParagraph"/>
      </w:pPr>
      <w:r>
        <w:rPr>
          <w:sz w:val="22"/>
        </w:rPr>
        <w:t>D. Kích thước màn hình được đo bằng độ dài đường chéo màn hình, tính theo cm.</w:t>
      </w:r>
    </w:p>
    <w:p/>
    <w:p>
      <w:r>
        <w:rPr>
          <w:b/>
          <w:sz w:val="24"/>
        </w:rPr>
        <w:t>Câu 22: Khi sử dụng Google Drive, bước đầu tiên để tải tập tin lên ổ đĩa trực tuyến là gì?</w:t>
      </w:r>
    </w:p>
    <w:p>
      <w:pPr>
        <w:pStyle w:val="ListParagraph"/>
      </w:pPr>
      <w:r>
        <w:rPr>
          <w:sz w:val="22"/>
        </w:rPr>
        <w:t>A. Chọn tệp tin từ máy tính</w:t>
      </w:r>
    </w:p>
    <w:p>
      <w:pPr>
        <w:pStyle w:val="ListParagraph"/>
      </w:pPr>
      <w:r>
        <w:rPr>
          <w:sz w:val="22"/>
        </w:rPr>
        <w:t>B. Đăng nhập vào tài khoản Google</w:t>
      </w:r>
    </w:p>
    <w:p>
      <w:pPr>
        <w:pStyle w:val="ListParagraph"/>
      </w:pPr>
      <w:r>
        <w:rPr>
          <w:sz w:val="22"/>
        </w:rPr>
        <w:t>C. Tạo thư mục mới</w:t>
      </w:r>
    </w:p>
    <w:p>
      <w:pPr>
        <w:pStyle w:val="ListParagraph"/>
      </w:pPr>
      <w:r>
        <w:rPr>
          <w:sz w:val="22"/>
        </w:rPr>
        <w:t>D. Chia sẻ tệp tin với người khác</w:t>
      </w:r>
    </w:p>
    <w:p/>
    <w:p>
      <w:r>
        <w:rPr>
          <w:b/>
          <w:sz w:val="24"/>
        </w:rPr>
        <w:t>Câu 23: Tại sao người dùng cần phải đăng ký tài khoản khi sử dụng dịch vụ lưu trữ trực tuyến?</w:t>
      </w:r>
    </w:p>
    <w:p>
      <w:pPr>
        <w:pStyle w:val="ListParagraph"/>
      </w:pPr>
      <w:r>
        <w:rPr>
          <w:sz w:val="22"/>
        </w:rPr>
        <w:t>A. Để bảo mật thông tin</w:t>
      </w:r>
    </w:p>
    <w:p>
      <w:pPr>
        <w:pStyle w:val="ListParagraph"/>
      </w:pPr>
      <w:r>
        <w:rPr>
          <w:sz w:val="22"/>
        </w:rPr>
        <w:t>B. Để tăng tốc độ tải lên</w:t>
      </w:r>
    </w:p>
    <w:p>
      <w:pPr>
        <w:pStyle w:val="ListParagraph"/>
      </w:pPr>
      <w:r>
        <w:rPr>
          <w:sz w:val="22"/>
        </w:rPr>
        <w:t>C. Để giảm dung lượng sử dụng</w:t>
      </w:r>
    </w:p>
    <w:p>
      <w:pPr>
        <w:pStyle w:val="ListParagraph"/>
      </w:pPr>
      <w:r>
        <w:rPr>
          <w:sz w:val="22"/>
        </w:rPr>
        <w:t>D. Để chia sẻ với người khác</w:t>
      </w:r>
    </w:p>
    <w:p/>
    <w:p>
      <w:r>
        <w:rPr>
          <w:b/>
          <w:sz w:val="24"/>
        </w:rPr>
        <w:t>Câu 24: Dịch vụ lưu trữ trực tuyến nào sau đây là của Apple?</w:t>
      </w:r>
    </w:p>
    <w:p>
      <w:pPr>
        <w:pStyle w:val="ListParagraph"/>
      </w:pPr>
      <w:r>
        <w:rPr>
          <w:sz w:val="22"/>
        </w:rPr>
        <w:t>A. Google Drive</w:t>
      </w:r>
    </w:p>
    <w:p>
      <w:pPr>
        <w:pStyle w:val="ListParagraph"/>
      </w:pPr>
      <w:r>
        <w:rPr>
          <w:sz w:val="22"/>
        </w:rPr>
        <w:t>B. OneDrive</w:t>
      </w:r>
    </w:p>
    <w:p>
      <w:pPr>
        <w:pStyle w:val="ListParagraph"/>
      </w:pPr>
      <w:r>
        <w:rPr>
          <w:sz w:val="22"/>
        </w:rPr>
        <w:t>C. Dropbox</w:t>
      </w:r>
    </w:p>
    <w:p>
      <w:pPr>
        <w:pStyle w:val="ListParagraph"/>
      </w:pPr>
      <w:r>
        <w:rPr>
          <w:sz w:val="22"/>
        </w:rPr>
        <w:t>D. iCloud</w:t>
      </w:r>
    </w:p>
    <w:p/>
    <w:p>
      <w:r>
        <w:rPr>
          <w:b/>
          <w:sz w:val="24"/>
        </w:rPr>
        <w:t>Câu 25: Khi nhận được một email từ người lạ với tệp đính kèm có đuôi lạ như ".exe" hoặc ".zip" và tiêu đề hấp dẫn nhưng không rõ ràng, bạn nên xử lý như thế nào để đảm bảo an toàn thông tin?</w:t>
      </w:r>
    </w:p>
    <w:p>
      <w:pPr>
        <w:pStyle w:val="ListParagraph"/>
      </w:pPr>
      <w:r>
        <w:rPr>
          <w:sz w:val="22"/>
        </w:rPr>
        <w:t>A. Tải xuống và mở tệp đính kèm để xem nội dung ngay lập tức.</w:t>
      </w:r>
    </w:p>
    <w:p>
      <w:pPr>
        <w:pStyle w:val="ListParagraph"/>
      </w:pPr>
      <w:r>
        <w:rPr>
          <w:sz w:val="22"/>
        </w:rPr>
        <w:t>B. Trả lời email để hỏi rõ về nguồn gốc và mục đích của tệp đính kèm.</w:t>
      </w:r>
    </w:p>
    <w:p>
      <w:pPr>
        <w:pStyle w:val="ListParagraph"/>
      </w:pPr>
      <w:r>
        <w:rPr>
          <w:sz w:val="22"/>
        </w:rPr>
        <w:t>C. Chuyển tiếp email cho bạn bè để cùng nhau xem xét.</w:t>
      </w:r>
    </w:p>
    <w:p>
      <w:pPr>
        <w:pStyle w:val="ListParagraph"/>
      </w:pPr>
      <w:r>
        <w:rPr>
          <w:sz w:val="22"/>
        </w:rPr>
        <w:t>D. Xóa email ngay lập tức mà không mở hoặc tải xuống bất kỳ tệp đính kèm nào.</w:t>
      </w:r>
    </w:p>
    <w:p/>
    <w:p>
      <w:r>
        <w:rPr>
          <w:b/>
          <w:sz w:val="24"/>
        </w:rPr>
        <w:t>Câu 26: Bạn muốn tạo một bộ lọc email trong Gmail để tự động sắp xếp các email từ giáo viên chủ nhiệm vào một nhãn riêng. Bạn sẽ thiết lập bộ lọc dựa trên tiêu chí nào sau đây?</w:t>
      </w:r>
    </w:p>
    <w:p>
      <w:pPr>
        <w:pStyle w:val="ListParagraph"/>
      </w:pPr>
      <w:r>
        <w:rPr>
          <w:sz w:val="22"/>
        </w:rPr>
        <w:t>A. Địa chỉ email của giáo viên chủ nhiệm.</w:t>
      </w:r>
    </w:p>
    <w:p>
      <w:pPr>
        <w:pStyle w:val="ListParagraph"/>
      </w:pPr>
      <w:r>
        <w:rPr>
          <w:sz w:val="22"/>
        </w:rPr>
        <w:t>B. Tiêu đề email chứa từ khóa "bài tập".</w:t>
      </w:r>
    </w:p>
    <w:p>
      <w:pPr>
        <w:pStyle w:val="ListParagraph"/>
      </w:pPr>
      <w:r>
        <w:rPr>
          <w:sz w:val="22"/>
        </w:rPr>
        <w:t>C. Tất cả email có tệp đính kèm.</w:t>
      </w:r>
    </w:p>
    <w:p>
      <w:pPr>
        <w:pStyle w:val="ListParagraph"/>
      </w:pPr>
      <w:r>
        <w:rPr>
          <w:sz w:val="22"/>
        </w:rPr>
        <w:t>D. Thời gian nhận email vào buổi sáng.</w:t>
      </w:r>
    </w:p>
    <w:p/>
    <w:p>
      <w:r>
        <w:rPr>
          <w:b/>
          <w:sz w:val="24"/>
        </w:rPr>
        <w:t>Câu 27: Trong ngữ cảnh sử dụng mạng xã hội, hành động nào sau đây thể hiện sự "tôn trọng người khác" và góp phần xây dựng môi trường mạng văn minh?</w:t>
      </w:r>
    </w:p>
    <w:p>
      <w:pPr>
        <w:pStyle w:val="ListParagraph"/>
      </w:pPr>
      <w:r>
        <w:rPr>
          <w:sz w:val="22"/>
        </w:rPr>
        <w:t>A. Chia sẻ những tin tức gây sốc hoặc tranh cãi để thu hút sự chú ý.</w:t>
      </w:r>
    </w:p>
    <w:p>
      <w:pPr>
        <w:pStyle w:val="ListParagraph"/>
      </w:pPr>
      <w:r>
        <w:rPr>
          <w:sz w:val="22"/>
        </w:rPr>
        <w:t>B. Phản hồi ý kiến trái chiều một cách lịch sự và xây dựng.</w:t>
      </w:r>
    </w:p>
    <w:p>
      <w:pPr>
        <w:pStyle w:val="ListParagraph"/>
      </w:pPr>
      <w:r>
        <w:rPr>
          <w:sz w:val="22"/>
        </w:rPr>
        <w:t>C. Sử dụng ngôn ngữ mạnh, thậm chí xúc phạm, để bảo vệ quan điểm cá nhân.</w:t>
      </w:r>
    </w:p>
    <w:p>
      <w:pPr>
        <w:pStyle w:val="ListParagraph"/>
      </w:pPr>
      <w:r>
        <w:rPr>
          <w:sz w:val="22"/>
        </w:rPr>
        <w:t>D. Bỏ qua hoặc lờ đi những bình luận tiêu cực về mình.</w:t>
      </w:r>
    </w:p>
    <w:p/>
    <w:p>
      <w:r>
        <w:rPr>
          <w:b/>
          <w:sz w:val="24"/>
        </w:rPr>
        <w:t>Câu 28: Bạn phát hiện tài khoản mạng xã hội của mình có dấu hiệu bị xâm nhập trái phép (ví dụ: có bài đăng lạ, tin nhắn gửi đi mà bạn không thực hiện). Biện pháp đầu tiên và quan trọng nhất bạn cần làm là gì?</w:t>
      </w:r>
    </w:p>
    <w:p>
      <w:pPr>
        <w:pStyle w:val="ListParagraph"/>
      </w:pPr>
      <w:r>
        <w:rPr>
          <w:sz w:val="22"/>
        </w:rPr>
        <w:t>A. Thông báo cho tất cả bạn bè trên mạng xã hội về sự việc.</w:t>
      </w:r>
    </w:p>
    <w:p>
      <w:pPr>
        <w:pStyle w:val="ListParagraph"/>
      </w:pPr>
      <w:r>
        <w:rPr>
          <w:sz w:val="22"/>
        </w:rPr>
        <w:t>B. Đăng xuất khỏi tất cả các thiết bị và chờ đợi xem có gì xảy ra tiếp theo.</w:t>
      </w:r>
    </w:p>
    <w:p>
      <w:pPr>
        <w:pStyle w:val="ListParagraph"/>
      </w:pPr>
      <w:r>
        <w:rPr>
          <w:sz w:val="22"/>
        </w:rPr>
        <w:t>C. Thay đổi mật khẩu tài khoản ngay lập tức và kiểm tra lại thông tin bảo mật.</w:t>
      </w:r>
    </w:p>
    <w:p>
      <w:pPr>
        <w:pStyle w:val="ListParagraph"/>
      </w:pPr>
      <w:r>
        <w:rPr>
          <w:sz w:val="22"/>
        </w:rPr>
        <w:t>D. Báo cáo sự việc với nhà cung cấp dịch vụ mạng xã hội (Facebook, Instagram, v.v.) sau vài ngày.</w:t>
      </w:r>
    </w:p>
    <w:p/>
    <w:p>
      <w:r>
        <w:rPr>
          <w:b/>
          <w:sz w:val="24"/>
        </w:rPr>
        <w:t>Câu 29: Bạn muốn hủy theo dõi (Unfollow) một Fanpage trên Facebook vì không còn quan tâm đến nội dung của trang đó nữa. Hành động này sẽ có tác động gì?</w:t>
      </w:r>
    </w:p>
    <w:p>
      <w:pPr>
        <w:pStyle w:val="ListParagraph"/>
      </w:pPr>
      <w:r>
        <w:rPr>
          <w:sz w:val="22"/>
        </w:rPr>
        <w:t>A. Fanpage sẽ bị xóa khỏi danh sách "Trang đã thích" của bạn.</w:t>
      </w:r>
    </w:p>
    <w:p>
      <w:pPr>
        <w:pStyle w:val="ListParagraph"/>
      </w:pPr>
      <w:r>
        <w:rPr>
          <w:sz w:val="22"/>
        </w:rPr>
        <w:t>B. Bạn sẽ bị chặn khỏi Fanpage và không thể truy cập lại.</w:t>
      </w:r>
    </w:p>
    <w:p>
      <w:pPr>
        <w:pStyle w:val="ListParagraph"/>
      </w:pPr>
      <w:r>
        <w:rPr>
          <w:sz w:val="22"/>
        </w:rPr>
        <w:t>C. Bạn sẽ không còn nhìn thấy bài viết từ Fanpage đó trên Bảng tin (News Feed) của mình.</w:t>
      </w:r>
    </w:p>
    <w:p>
      <w:pPr>
        <w:pStyle w:val="ListParagraph"/>
      </w:pPr>
      <w:r>
        <w:rPr>
          <w:sz w:val="22"/>
        </w:rPr>
        <w:t>D. Chủ sở hữu Fanpage sẽ nhận được thông báo rằng bạn đã hủy theo dõi.</w:t>
      </w:r>
    </w:p>
    <w:p/>
    <w:p>
      <w:r>
        <w:rPr>
          <w:b/>
          <w:sz w:val="24"/>
        </w:rPr>
        <w:t>Câu 30: Chức năng nào sau đây không thuộc về hệ điều hành?</w:t>
      </w:r>
    </w:p>
    <w:p>
      <w:pPr>
        <w:pStyle w:val="ListParagraph"/>
      </w:pPr>
      <w:r>
        <w:rPr>
          <w:sz w:val="22"/>
        </w:rPr>
        <w:t>a. Quản lý thiết bị ngoại vi và tài nguyên hệ thống.</w:t>
      </w:r>
    </w:p>
    <w:p>
      <w:pPr>
        <w:pStyle w:val="ListParagraph"/>
      </w:pPr>
      <w:r>
        <w:rPr>
          <w:sz w:val="22"/>
        </w:rPr>
        <w:t>b. Đảm bảo tính tương thích giữa các ứng dụng phần mềm.</w:t>
      </w:r>
    </w:p>
    <w:p>
      <w:pPr>
        <w:pStyle w:val="ListParagraph"/>
      </w:pPr>
      <w:r>
        <w:rPr>
          <w:sz w:val="22"/>
        </w:rPr>
        <w:t>c. Cung cấp giao diện đồ họa thân thiện cho người dùng.</w:t>
      </w:r>
    </w:p>
    <w:p>
      <w:pPr>
        <w:pStyle w:val="ListParagraph"/>
      </w:pPr>
      <w:r>
        <w:rPr>
          <w:sz w:val="22"/>
        </w:rPr>
        <w:t>d. Hỗ trợ cài đặt và quản lý các tệp tin trên máy tính.</w:t>
      </w:r>
    </w:p>
    <w:p/>
    <w:p>
      <w:r>
        <w:rPr>
          <w:b/>
          <w:sz w:val="24"/>
        </w:rPr>
        <w:t>Câu 31: Tiện ích nào sau đây không có sẵn khi cài đặt hệ điều hành và cần được cài đặt thêm sau này?</w:t>
      </w:r>
    </w:p>
    <w:p>
      <w:pPr>
        <w:pStyle w:val="ListParagraph"/>
      </w:pPr>
      <w:r>
        <w:rPr>
          <w:sz w:val="22"/>
        </w:rPr>
        <w:t>a. Bộ gõ tiếng Việt Unikey</w:t>
      </w:r>
    </w:p>
    <w:p>
      <w:pPr>
        <w:pStyle w:val="ListParagraph"/>
      </w:pPr>
      <w:r>
        <w:rPr>
          <w:sz w:val="22"/>
        </w:rPr>
        <w:t>b. Kiểm tra đĩa (Check disk)</w:t>
      </w:r>
    </w:p>
    <w:p>
      <w:pPr>
        <w:pStyle w:val="ListParagraph"/>
      </w:pPr>
      <w:r>
        <w:rPr>
          <w:sz w:val="22"/>
        </w:rPr>
        <w:t>c. Tối ưu hóa đĩa (Defragment)</w:t>
      </w:r>
    </w:p>
    <w:p>
      <w:pPr>
        <w:pStyle w:val="ListParagraph"/>
      </w:pPr>
      <w:r>
        <w:rPr>
          <w:sz w:val="22"/>
        </w:rPr>
        <w:t>d. Quản lý tệp và thư mục</w:t>
      </w:r>
    </w:p>
    <w:p/>
    <w:p>
      <w:r>
        <w:rPr>
          <w:b/>
          <w:sz w:val="24"/>
        </w:rPr>
        <w:t>Câu 32: Phát biểu đúng, phát biểu nào sai khi nói về vai trò quan trọng của hệ điều hành?</w:t>
      </w:r>
    </w:p>
    <w:p>
      <w:pPr>
        <w:pStyle w:val="ListParagraph"/>
      </w:pPr>
      <w:r>
        <w:rPr>
          <w:sz w:val="22"/>
        </w:rPr>
        <w:t>a. Quản lý phần cứng, bộ nhớ và thiết bị ngoại vi.</w:t>
      </w:r>
    </w:p>
    <w:p>
      <w:pPr>
        <w:pStyle w:val="ListParagraph"/>
      </w:pPr>
      <w:r>
        <w:rPr>
          <w:sz w:val="22"/>
        </w:rPr>
        <w:t>b. Chỉ cung cấp giao diện đồ họa cho người dùng.</w:t>
      </w:r>
    </w:p>
    <w:p>
      <w:pPr>
        <w:pStyle w:val="ListParagraph"/>
      </w:pPr>
      <w:r>
        <w:rPr>
          <w:sz w:val="22"/>
        </w:rPr>
        <w:t>c. Tổ chức và điều phối việc thực hiện các chương trình.</w:t>
      </w:r>
    </w:p>
    <w:p>
      <w:pPr>
        <w:pStyle w:val="ListParagraph"/>
      </w:pPr>
      <w:r>
        <w:rPr>
          <w:sz w:val="22"/>
        </w:rPr>
        <w:t>d. Được tích hợp với mọi ứng dụng phần mềm trên máy tính.</w:t>
      </w:r>
    </w:p>
    <w:p/>
    <w:p>
      <w:r>
        <w:rPr>
          <w:b/>
          <w:sz w:val="24"/>
        </w:rPr>
        <w:t>Câu 33: Hãy chọn nhận định đúng, nhận định sai khi nói về máy tính cá nhân?</w:t>
      </w:r>
    </w:p>
    <w:p>
      <w:pPr>
        <w:pStyle w:val="ListParagraph"/>
      </w:pPr>
      <w:r>
        <w:rPr>
          <w:sz w:val="22"/>
        </w:rPr>
        <w:t>A. Thanh ghi vùng nhớ đặc biệt dùng để lưu trữ tạm thời các lệnh và dữ liệu đang được xử lý.</w:t>
      </w:r>
    </w:p>
    <w:p>
      <w:pPr>
        <w:pStyle w:val="ListParagraph"/>
      </w:pPr>
      <w:r>
        <w:rPr>
          <w:sz w:val="22"/>
        </w:rPr>
        <w:t>B. Bộ điều khiển phối hợp đồng bộ các thiết bị của máy tính, đảm bảo máy tính thực hiện đúng chương trình.</w:t>
      </w:r>
    </w:p>
    <w:p>
      <w:pPr>
        <w:pStyle w:val="ListParagraph"/>
      </w:pPr>
      <w:r>
        <w:rPr>
          <w:sz w:val="22"/>
        </w:rPr>
        <w:t>C. Bộ nhớ Rom phải có nguồn điện để nuôi.</w:t>
      </w:r>
    </w:p>
    <w:p>
      <w:pPr>
        <w:pStyle w:val="ListParagraph"/>
      </w:pPr>
      <w:r>
        <w:rPr>
          <w:sz w:val="22"/>
        </w:rPr>
        <w:t>D. Thiết bị quan trọng nhất bên trong thân máy là ổ đĩa cứng.</w:t>
      </w:r>
    </w:p>
    <w:p/>
    <w:p>
      <w:r>
        <w:rPr>
          <w:b/>
          <w:sz w:val="24"/>
        </w:rPr>
        <w:t>Câu 34: Các phát biểu sau đây đúng hay sai khi nói về đặc điểm của CPU?</w:t>
      </w:r>
    </w:p>
    <w:p>
      <w:pPr>
        <w:pStyle w:val="ListParagraph"/>
      </w:pPr>
      <w:r>
        <w:rPr>
          <w:sz w:val="22"/>
        </w:rPr>
        <w:t>A. CPU không có vai trò gì trong việc xử lý thông tin.</w:t>
      </w:r>
    </w:p>
    <w:p>
      <w:pPr>
        <w:pStyle w:val="ListParagraph"/>
      </w:pPr>
      <w:r>
        <w:rPr>
          <w:sz w:val="22"/>
        </w:rPr>
        <w:t>B. Tốc độ của CPU được đo bằng đơn vị GHz.</w:t>
      </w:r>
    </w:p>
    <w:p>
      <w:pPr>
        <w:pStyle w:val="ListParagraph"/>
      </w:pPr>
      <w:r>
        <w:rPr>
          <w:sz w:val="22"/>
        </w:rPr>
        <w:t>C. CPU chỉ có thể thực hiện một nhiệm vụ tại một thời điểm.</w:t>
      </w:r>
    </w:p>
    <w:p>
      <w:pPr>
        <w:pStyle w:val="ListParagraph"/>
      </w:pPr>
      <w:r>
        <w:rPr>
          <w:sz w:val="22"/>
        </w:rPr>
        <w:t>D. CPU không cần thiết đối với máy tính.</w:t>
      </w:r>
    </w:p>
    <w:p/>
    <w:p>
      <w:r>
        <w:rPr>
          <w:b/>
          <w:sz w:val="24"/>
        </w:rPr>
        <w:t>Câu 35: Cho p = 1, q = 1 và ta có kết quả của các phép toán logic sau cũng cho ra giá trị = 1:</w:t>
      </w:r>
    </w:p>
    <w:p>
      <w:pPr>
        <w:pStyle w:val="ListParagraph"/>
      </w:pPr>
      <w:r>
        <w:rPr>
          <w:sz w:val="22"/>
        </w:rPr>
        <w:t>A. p AND q</w:t>
      </w:r>
    </w:p>
    <w:p>
      <w:pPr>
        <w:pStyle w:val="ListParagraph"/>
      </w:pPr>
      <w:r>
        <w:rPr>
          <w:sz w:val="22"/>
        </w:rPr>
        <w:t>B. p OR q</w:t>
      </w:r>
    </w:p>
    <w:p>
      <w:pPr>
        <w:pStyle w:val="ListParagraph"/>
      </w:pPr>
      <w:r>
        <w:rPr>
          <w:sz w:val="22"/>
        </w:rPr>
        <w:t>C. p XOR q</w:t>
      </w:r>
    </w:p>
    <w:p>
      <w:pPr>
        <w:pStyle w:val="ListParagraph"/>
      </w:pPr>
      <w:r>
        <w:rPr>
          <w:sz w:val="22"/>
        </w:rPr>
        <w:t>D. NOT p</w:t>
      </w:r>
    </w:p>
    <w:p/>
    <w:p>
      <w:r>
        <w:rPr>
          <w:b/>
          <w:sz w:val="24"/>
        </w:rPr>
        <w:t>Câu 36: Máy tính có thể kết nối với các thiết bị số bằng các cách:</w:t>
      </w:r>
    </w:p>
    <w:p>
      <w:pPr>
        <w:pStyle w:val="ListParagraph"/>
      </w:pPr>
      <w:r>
        <w:rPr>
          <w:sz w:val="22"/>
        </w:rPr>
        <w:t>A. Cổng USB là loại cổng kết nối phổ biến nhất hiện nay</w:t>
      </w:r>
    </w:p>
    <w:p>
      <w:pPr>
        <w:pStyle w:val="ListParagraph"/>
      </w:pPr>
      <w:r>
        <w:rPr>
          <w:sz w:val="22"/>
        </w:rPr>
        <w:t>B. Cổng HDMI chỉ có thể truyền tải hình ảnh</w:t>
      </w:r>
    </w:p>
    <w:p>
      <w:pPr>
        <w:pStyle w:val="ListParagraph"/>
      </w:pPr>
      <w:r>
        <w:rPr>
          <w:sz w:val="22"/>
        </w:rPr>
        <w:t>C. Bluetooth là một loại mạng không dây tốc độ cao</w:t>
      </w:r>
    </w:p>
    <w:p>
      <w:pPr>
        <w:pStyle w:val="ListParagraph"/>
      </w:pPr>
      <w:r>
        <w:rPr>
          <w:sz w:val="22"/>
        </w:rPr>
        <w:t>D. Wifi là một loại mạng không dây tầm ngắn</w:t>
      </w:r>
    </w:p>
    <w:p/>
    <w:p>
      <w:r>
        <w:rPr>
          <w:b/>
          <w:sz w:val="24"/>
        </w:rPr>
        <w:t>Câu 37: Các phát biểu sau đây đúng hay sai khi nói về đặc điểm của máy quét?</w:t>
      </w:r>
    </w:p>
    <w:p>
      <w:pPr>
        <w:pStyle w:val="ListParagraph"/>
      </w:pPr>
      <w:r>
        <w:rPr>
          <w:sz w:val="22"/>
        </w:rPr>
        <w:t>A. Máy quét không thể quét ảnh màu.</w:t>
      </w:r>
    </w:p>
    <w:p>
      <w:pPr>
        <w:pStyle w:val="ListParagraph"/>
      </w:pPr>
      <w:r>
        <w:rPr>
          <w:sz w:val="22"/>
        </w:rPr>
        <w:t>B. Máy quét có thể quét các vật thể ba chiều.</w:t>
      </w:r>
    </w:p>
    <w:p>
      <w:pPr>
        <w:pStyle w:val="ListParagraph"/>
      </w:pPr>
      <w:r>
        <w:rPr>
          <w:sz w:val="22"/>
        </w:rPr>
        <w:t>C. Máy quét có thể được sử dụng để sao chép tài liệu.</w:t>
      </w:r>
    </w:p>
    <w:p>
      <w:pPr>
        <w:pStyle w:val="ListParagraph"/>
      </w:pPr>
      <w:r>
        <w:rPr>
          <w:sz w:val="22"/>
        </w:rPr>
        <w:t>D. Máy quét không cần thiết đối với máy tính</w:t>
      </w:r>
    </w:p>
    <w:p/>
    <w:p>
      <w:r>
        <w:rPr>
          <w:b/>
          <w:sz w:val="24"/>
        </w:rPr>
        <w:t>Câu 38: Các phát biểu sau đây đúng hay sai khi nói về đặc điểm của loa và tai nghe?</w:t>
      </w:r>
    </w:p>
    <w:p>
      <w:pPr>
        <w:pStyle w:val="ListParagraph"/>
      </w:pPr>
      <w:r>
        <w:rPr>
          <w:sz w:val="22"/>
        </w:rPr>
        <w:t>A. Loa và tai nghe không thể kết nối với máy tính qua Bluetooth.</w:t>
      </w:r>
    </w:p>
    <w:p>
      <w:pPr>
        <w:pStyle w:val="ListParagraph"/>
      </w:pPr>
      <w:r>
        <w:rPr>
          <w:sz w:val="22"/>
        </w:rPr>
        <w:t>B. Loa và tai nghe có thể được sử dụng để nghe nhạc hoặc xem phim.</w:t>
      </w:r>
    </w:p>
    <w:p>
      <w:pPr>
        <w:pStyle w:val="ListParagraph"/>
      </w:pPr>
      <w:r>
        <w:rPr>
          <w:sz w:val="22"/>
        </w:rPr>
        <w:t>C. Loa và tai nghe không cần thiết đối với máy tính.</w:t>
      </w:r>
    </w:p>
    <w:p>
      <w:pPr>
        <w:pStyle w:val="ListParagraph"/>
      </w:pPr>
      <w:r>
        <w:rPr>
          <w:sz w:val="22"/>
        </w:rPr>
        <w:t>D. Loa có thể thay thế hoàn toàn tai nghe.</w:t>
      </w:r>
    </w:p>
    <w:p/>
    <w:p>
      <w:r>
        <w:rPr>
          <w:b/>
          <w:sz w:val="24"/>
        </w:rPr>
        <w:t>Câu 39: Khi sử dụng Gmail, làm thế nào để phân loại thư điện tử bằng cách sử dụng Nhãn?</w:t>
      </w:r>
    </w:p>
    <w:p>
      <w:pPr>
        <w:pStyle w:val="ListParagraph"/>
      </w:pPr>
      <w:r>
        <w:rPr>
          <w:sz w:val="22"/>
        </w:rPr>
        <w:t>a. Tạo một thư mục mới cho từng loại thư và di chuyển thư vào đó.</w:t>
      </w:r>
    </w:p>
    <w:p>
      <w:pPr>
        <w:pStyle w:val="ListParagraph"/>
      </w:pPr>
      <w:r>
        <w:rPr>
          <w:sz w:val="22"/>
        </w:rPr>
        <w:t>b. Sử dụng tính năng Gắn dấu sao cho từng thư để phân loại.</w:t>
      </w:r>
    </w:p>
    <w:p>
      <w:pPr>
        <w:pStyle w:val="ListParagraph"/>
      </w:pPr>
      <w:r>
        <w:rPr>
          <w:sz w:val="22"/>
        </w:rPr>
        <w:t>c. Tạo nhãn mới và gán nhãn đó cho các thư muốn phân loại.</w:t>
      </w:r>
    </w:p>
    <w:p>
      <w:pPr>
        <w:pStyle w:val="ListParagraph"/>
      </w:pPr>
      <w:r>
        <w:rPr>
          <w:sz w:val="22"/>
        </w:rPr>
        <w:t>d. Xóa các thư không cần thiết để giữ lại thư quan trọng.</w:t>
      </w:r>
    </w:p>
    <w:p/>
    <w:p>
      <w:r>
        <w:rPr>
          <w:b/>
          <w:sz w:val="24"/>
        </w:rPr>
        <w:t>Câu 40: Các phát biểu sau đây đúng hay sai khi nói về chức năng cài đặt quyền riêng tư của người dùng trên Facebook?</w:t>
      </w:r>
    </w:p>
    <w:p>
      <w:pPr>
        <w:pStyle w:val="ListParagraph"/>
      </w:pPr>
      <w:r>
        <w:rPr>
          <w:sz w:val="22"/>
        </w:rPr>
        <w:t>a. Xem ai đã đăng bài viết trên tường của mình.</w:t>
      </w:r>
    </w:p>
    <w:p>
      <w:pPr>
        <w:pStyle w:val="ListParagraph"/>
      </w:pPr>
      <w:r>
        <w:rPr>
          <w:sz w:val="22"/>
        </w:rPr>
        <w:t>b. Giới hạn người có thể xem các bài viết trong tương lai.</w:t>
      </w:r>
    </w:p>
    <w:p>
      <w:pPr>
        <w:pStyle w:val="ListParagraph"/>
      </w:pPr>
      <w:r>
        <w:rPr>
          <w:sz w:val="22"/>
        </w:rPr>
        <w:t>c. Thay đổi tên hiển thị của người dùng.</w:t>
      </w:r>
    </w:p>
    <w:p>
      <w:pPr>
        <w:pStyle w:val="ListParagraph"/>
      </w:pPr>
      <w:r>
        <w:rPr>
          <w:sz w:val="22"/>
        </w:rPr>
        <w:t>d. Xóa bài viết đã đăng từ một năm trước.</w:t>
      </w:r>
    </w:p>
    <w:p/>
    <w:p>
      <w:r>
        <w:rPr>
          <w:b/>
          <w:sz w:val="24"/>
        </w:rPr>
        <w:t>Câu 41: Em hiểu như thế nào về tính thân thiện của hệ điều hành.</w:t>
      </w:r>
    </w:p>
    <w:p/>
    <w:p>
      <w:r>
        <w:rPr>
          <w:b/>
          <w:sz w:val="24"/>
        </w:rPr>
        <w:t>Câu 42: Nêu các nhóm chức năng chính của hệ điều hành.</w:t>
      </w:r>
    </w:p>
    <w:p/>
    <w:p>
      <w:r>
        <w:rPr>
          <w:b/>
          <w:sz w:val="24"/>
        </w:rPr>
        <w:t>Câu 43: Nêu các đặc điểm cơ bản của hệ điều hành máy tính cá nhân.</w:t>
      </w:r>
    </w:p>
    <w:p/>
    <w:p>
      <w:r>
        <w:rPr>
          <w:b/>
          <w:sz w:val="24"/>
        </w:rPr>
        <w:t>Câu 44: Trình bày chức năng của CPU và RAM trong hệ thống máy tính.</w:t>
      </w:r>
    </w:p>
    <w:p/>
    <w:p>
      <w:r>
        <w:rPr>
          <w:b/>
          <w:sz w:val="24"/>
        </w:rPr>
        <w:t>Câu 45: Tại sao khi mở nhiều ứng dụng cùng lúc, máy tính có dung lượng RAM nhỏ lại hoạt động chậm?</w:t>
      </w:r>
    </w:p>
    <w:p/>
    <w:p>
      <w:r>
        <w:rPr>
          <w:b/>
          <w:sz w:val="24"/>
        </w:rPr>
        <w:t>Câu 46: Nêu chức năng của RAM. Tại sao dung lượng RAM lớn lại giúp máy tính hoạt động nhanh hơn khi chạy nhiều chương trình cùng lúc?</w:t>
      </w:r>
    </w:p>
    <w:p/>
    <w:p>
      <w:r>
        <w:rPr>
          <w:b/>
          <w:sz w:val="24"/>
        </w:rPr>
        <w:t>Câu 47: Hãy lập bảng chân trị cho biểu thức Y = A OR NOT (B)</w:t>
      </w:r>
    </w:p>
    <w:p/>
    <w:p>
      <w:r>
        <w:rPr>
          <w:b/>
          <w:sz w:val="24"/>
        </w:rPr>
        <w:t>Câu 48: Thực hiện phép cộng các số nhị phân nhiều chữ số sau đây rồi chuyển các số sang hệ thập phân. Ví dụ: 111+110=1101, chuyển thành: 7+6=13. 111101 + 110101</w:t>
      </w:r>
    </w:p>
    <w:p/>
    <w:p>
      <w:r>
        <w:rPr>
          <w:b/>
          <w:sz w:val="24"/>
        </w:rPr>
        <w:t>Câu 49: Thực hiện phép cộng các số nhị phân nhiều chữ số sau đây rồi chuyển các số sang hệ thập phân. Ví dụ: 111+110=1101, chuyển thành: 7+6=13. 101110 + 100011</w:t>
      </w:r>
    </w:p>
    <w:p/>
    <w:p>
      <w:r>
        <w:rPr>
          <w:b/>
          <w:sz w:val="24"/>
        </w:rPr>
        <w:t>Câu 50: Thực hiện phép cộng các số nhị phân nhiều chữ số sau đây rồi chuyển các số sang hệ thập phân. Ví dụ: 111+110=1101, chuyển thành: 7+6=13. 1000111 + 10011</w:t>
      </w:r>
    </w:p>
    <w:p/>
    <w:p>
      <w:r>
        <w:rPr>
          <w:b/>
          <w:sz w:val="24"/>
        </w:rPr>
        <w:t>Câu 51: Thực hiện phép cộng các số nhị phân nhiều chữ số sau đây rồi chuyển các số sang hệ thập phân. Ví dụ: 111+110=1101, chuyển thành: 7+6=13. 101011 + 10101</w:t>
      </w:r>
    </w:p>
    <w:p/>
    <w:p>
      <w:r>
        <w:rPr>
          <w:b/>
          <w:sz w:val="24"/>
        </w:rPr>
        <w:t>Câu 52: Giá tiền của mỗi thiết bị nhớ có phải là một thông số đo chất lượng không?</w:t>
      </w:r>
    </w:p>
    <w:p/>
    <w:p>
      <w:r>
        <w:t>──────────────────────────────────────────────────</w:t>
      </w:r>
    </w:p>
    <w:p>
      <w:r>
        <w:rPr>
          <w:b/>
        </w:rPr>
        <w:t>BẢNG ĐÁP ÁN &amp; LỜI GIẢI CHI TIẾT</w:t>
      </w:r>
    </w:p>
    <w:p>
      <w:r>
        <w:rPr>
          <w:b/>
        </w:rPr>
        <w:t>Câu 1: Đáp án đúng: C</w:t>
      </w:r>
    </w:p>
    <w:p>
      <w:r>
        <w:rPr>
          <w:b/>
        </w:rPr>
        <w:t>Câu 2: Đáp án đúng: D</w:t>
      </w:r>
    </w:p>
    <w:p>
      <w:r>
        <w:rPr>
          <w:b/>
        </w:rPr>
        <w:t>Câu 3: Đáp án đúng: B</w:t>
      </w:r>
    </w:p>
    <w:p>
      <w:r>
        <w:rPr>
          <w:b/>
        </w:rPr>
        <w:t>Câu 4: Đáp án đúng: C</w:t>
      </w:r>
    </w:p>
    <w:p>
      <w:r>
        <w:rPr>
          <w:b/>
        </w:rPr>
        <w:t>Câu 5: Đáp án đúng: A</w:t>
      </w:r>
    </w:p>
    <w:p>
      <w:r>
        <w:rPr>
          <w:b/>
        </w:rPr>
        <w:t>Câu 6: Đáp án đúng: A</w:t>
      </w:r>
    </w:p>
    <w:p>
      <w:r>
        <w:rPr>
          <w:b/>
        </w:rPr>
        <w:t>Câu 7: Đáp án đúng: B</w:t>
      </w:r>
    </w:p>
    <w:p>
      <w:r>
        <w:rPr>
          <w:b/>
        </w:rPr>
        <w:t>Câu 8: Đáp án đúng: A</w:t>
      </w:r>
    </w:p>
    <w:p>
      <w:r>
        <w:rPr>
          <w:b/>
        </w:rPr>
        <w:t>Câu 9: Đáp án đúng: A</w:t>
      </w:r>
    </w:p>
    <w:p>
      <w:r>
        <w:rPr>
          <w:b/>
        </w:rPr>
        <w:t>Câu 10: Đáp án đúng: B</w:t>
      </w:r>
    </w:p>
    <w:p>
      <w:r>
        <w:rPr>
          <w:b/>
        </w:rPr>
        <w:t>Câu 11: Đáp án đúng: A</w:t>
      </w:r>
    </w:p>
    <w:p>
      <w:r>
        <w:rPr>
          <w:b/>
        </w:rPr>
        <w:t>Câu 12: Đáp án đúng: A</w:t>
      </w:r>
    </w:p>
    <w:p>
      <w:r>
        <w:rPr>
          <w:b/>
        </w:rPr>
        <w:t>Câu 13: Đáp án đúng: C</w:t>
      </w:r>
    </w:p>
    <w:p>
      <w:r>
        <w:rPr>
          <w:b/>
        </w:rPr>
        <w:t>Câu 14: Đáp án đúng: B</w:t>
      </w:r>
    </w:p>
    <w:p>
      <w:r>
        <w:rPr>
          <w:b/>
        </w:rPr>
        <w:t>Câu 15: Đáp án đúng: A</w:t>
      </w:r>
    </w:p>
    <w:p>
      <w:r>
        <w:rPr>
          <w:b/>
        </w:rPr>
        <w:t>Câu 16: Đáp án đúng: D</w:t>
      </w:r>
    </w:p>
    <w:p>
      <w:r>
        <w:rPr>
          <w:b/>
        </w:rPr>
        <w:t>Câu 17: Đáp án đúng: C</w:t>
      </w:r>
    </w:p>
    <w:p>
      <w:r>
        <w:rPr>
          <w:b/>
        </w:rPr>
        <w:t>Câu 18: Đáp án đúng: A</w:t>
      </w:r>
    </w:p>
    <w:p>
      <w:r>
        <w:rPr>
          <w:b/>
        </w:rPr>
        <w:t>Câu 19: Đáp án đúng: B</w:t>
      </w:r>
    </w:p>
    <w:p>
      <w:r>
        <w:rPr>
          <w:b/>
        </w:rPr>
        <w:t>Câu 20: Đáp án đúng: B</w:t>
      </w:r>
    </w:p>
    <w:p>
      <w:r>
        <w:rPr>
          <w:b/>
        </w:rPr>
        <w:t>Câu 21: Đáp án đúng: A</w:t>
      </w:r>
    </w:p>
    <w:p>
      <w:r>
        <w:rPr>
          <w:b/>
        </w:rPr>
        <w:t>Câu 22: Đáp án đúng: B</w:t>
      </w:r>
    </w:p>
    <w:p>
      <w:r>
        <w:rPr>
          <w:b/>
        </w:rPr>
        <w:t>Câu 23: Đáp án đúng: A</w:t>
      </w:r>
    </w:p>
    <w:p>
      <w:r>
        <w:rPr>
          <w:b/>
        </w:rPr>
        <w:t>Câu 24: Đáp án đúng: D</w:t>
      </w:r>
    </w:p>
    <w:p>
      <w:r>
        <w:rPr>
          <w:b/>
        </w:rPr>
        <w:t>Câu 25: Đáp án đúng: D</w:t>
      </w:r>
    </w:p>
    <w:p>
      <w:r>
        <w:rPr>
          <w:b/>
        </w:rPr>
        <w:t>Câu 26: Đáp án đúng: A</w:t>
      </w:r>
    </w:p>
    <w:p>
      <w:r>
        <w:rPr>
          <w:b/>
        </w:rPr>
        <w:t>Câu 27: Đáp án đúng: B</w:t>
      </w:r>
    </w:p>
    <w:p>
      <w:r>
        <w:rPr>
          <w:b/>
        </w:rPr>
        <w:t>Câu 28: Đáp án đúng: C</w:t>
      </w:r>
    </w:p>
    <w:p>
      <w:r>
        <w:rPr>
          <w:b/>
        </w:rPr>
        <w:t>Câu 29: Đáp án đúng: C</w:t>
      </w:r>
    </w:p>
    <w:p>
      <w:r>
        <w:rPr>
          <w:b/>
        </w:rPr>
        <w:t>Câu 30: Đáp án đúng: b</w:t>
      </w:r>
    </w:p>
    <w:p>
      <w:r>
        <w:rPr>
          <w:b/>
        </w:rPr>
        <w:t>Câu 31: Đáp án đúng: b</w:t>
      </w:r>
    </w:p>
    <w:p>
      <w:r>
        <w:rPr>
          <w:b/>
        </w:rPr>
        <w:t>Câu 32: Đáp án đúng: a</w:t>
      </w:r>
    </w:p>
    <w:p>
      <w:r>
        <w:rPr>
          <w:b/>
        </w:rPr>
        <w:t>Câu 33: Đáp án đúng: A</w:t>
      </w:r>
    </w:p>
    <w:p>
      <w:r>
        <w:rPr>
          <w:b/>
        </w:rPr>
        <w:t>Câu 34: Đáp án đúng: B</w:t>
      </w:r>
    </w:p>
    <w:p>
      <w:r>
        <w:rPr>
          <w:b/>
        </w:rPr>
        <w:t>Câu 35: Đáp án đúng: A</w:t>
      </w:r>
    </w:p>
    <w:p>
      <w:r>
        <w:rPr>
          <w:b/>
        </w:rPr>
        <w:t>Câu 36: Đáp án đúng: A</w:t>
      </w:r>
    </w:p>
    <w:p>
      <w:r>
        <w:rPr>
          <w:b/>
        </w:rPr>
        <w:t>Câu 37: Đáp án đúng: C</w:t>
      </w:r>
    </w:p>
    <w:p>
      <w:r>
        <w:rPr>
          <w:b/>
        </w:rPr>
        <w:t>Câu 38: Đáp án đúng: B</w:t>
      </w:r>
    </w:p>
    <w:p>
      <w:r>
        <w:rPr>
          <w:b/>
        </w:rPr>
        <w:t>Câu 39: Đáp án đúng: c</w:t>
      </w:r>
    </w:p>
    <w:p>
      <w:r>
        <w:rPr>
          <w:b/>
        </w:rPr>
        <w:t>Câu 40: Đáp án đúng: b</w:t>
      </w:r>
    </w:p>
    <w:p>
      <w:r>
        <w:rPr>
          <w:b/>
        </w:rPr>
        <w:t>Câu 41: Đáp án đúng: None</w:t>
      </w:r>
    </w:p>
    <w:p>
      <w:r>
        <w:rPr>
          <w:b/>
        </w:rPr>
        <w:t>Câu 42: Đáp án đúng: None</w:t>
      </w:r>
    </w:p>
    <w:p>
      <w:r>
        <w:rPr>
          <w:b/>
        </w:rPr>
        <w:t>Câu 43: Đáp án đúng: None</w:t>
      </w:r>
    </w:p>
    <w:p>
      <w:r>
        <w:rPr>
          <w:b/>
        </w:rPr>
        <w:t>Câu 44: Đáp án đúng: None</w:t>
      </w:r>
    </w:p>
    <w:p>
      <w:r>
        <w:rPr>
          <w:b/>
        </w:rPr>
        <w:t>Câu 45: Đáp án đúng: None</w:t>
      </w:r>
    </w:p>
    <w:p>
      <w:r>
        <w:rPr>
          <w:b/>
        </w:rPr>
        <w:t>Câu 46: Đáp án đúng: None</w:t>
      </w:r>
    </w:p>
    <w:p>
      <w:r>
        <w:rPr>
          <w:b/>
        </w:rPr>
        <w:t>Câu 47: Đáp án đúng: None</w:t>
      </w:r>
    </w:p>
    <w:p>
      <w:r>
        <w:rPr>
          <w:b/>
        </w:rPr>
        <w:t>Câu 48: Đáp án đúng: None</w:t>
      </w:r>
    </w:p>
    <w:p>
      <w:r>
        <w:rPr>
          <w:b/>
        </w:rPr>
        <w:t>Câu 49: Đáp án đúng: None</w:t>
      </w:r>
    </w:p>
    <w:p>
      <w:r>
        <w:rPr>
          <w:b/>
        </w:rPr>
        <w:t>Câu 50: Đáp án đúng: None</w:t>
      </w:r>
    </w:p>
    <w:p>
      <w:r>
        <w:rPr>
          <w:b/>
        </w:rPr>
        <w:t>Câu 51: Đáp án đúng: None</w:t>
      </w:r>
    </w:p>
    <w:p>
      <w:r>
        <w:rPr>
          <w:b/>
        </w:rPr>
        <w:t>Câu 52: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