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(Điểm số: 0,25 / 0,25)</w:t>
      </w:r>
    </w:p>
    <w:p>
      <w:pPr>
        <w:jc w:val="center"/>
      </w:pPr>
      <w:r>
        <w:rPr>
          <w:sz w:val="22"/>
        </w:rPr>
        <w:t>Số câu: 40    Thời gian: _____ phút    Họ và tên: _________________________</w:t>
      </w:r>
    </w:p>
    <w:p/>
    <w:p>
      <w:r>
        <w:rPr>
          <w:b/>
          <w:sz w:val="24"/>
        </w:rPr>
        <w:t>Câu 1: Dựa trên Bảng quy đổi các đơn vị lưu trữ dữ liệu, khẳng định nào sau đây là ĐÚNG?</w:t>
      </w:r>
    </w:p>
    <w:p>
      <w:pPr>
        <w:pStyle w:val="ListParagraph"/>
      </w:pPr>
      <w:r>
        <w:rPr>
          <w:sz w:val="22"/>
        </w:rPr>
        <w:t>A. 1 KB = 1024 byte</w:t>
      </w:r>
    </w:p>
    <w:p>
      <w:pPr>
        <w:pStyle w:val="ListParagraph"/>
      </w:pPr>
      <w:r>
        <w:rPr>
          <w:sz w:val="22"/>
        </w:rPr>
        <w:t>B. 1 MB = 1000 KB</w:t>
      </w:r>
    </w:p>
    <w:p>
      <w:pPr>
        <w:pStyle w:val="ListParagraph"/>
      </w:pPr>
      <w:r>
        <w:rPr>
          <w:sz w:val="22"/>
        </w:rPr>
        <w:t>C. 1 GB = 1024 MB</w:t>
      </w:r>
    </w:p>
    <w:p>
      <w:pPr>
        <w:pStyle w:val="ListParagraph"/>
      </w:pPr>
      <w:r>
        <w:rPr>
          <w:sz w:val="22"/>
        </w:rPr>
        <w:t>D. 1 TB = 1000 GB</w:t>
      </w:r>
    </w:p>
    <w:p/>
    <w:p>
      <w:r>
        <w:rPr>
          <w:b/>
          <w:sz w:val="24"/>
        </w:rPr>
        <w:t>Câu 2: Một hệ thống đèn báo thông minh sử dụng đúng 1 byte dữ liệu để mã hóa các màu sắc khác nhau. Hỏi hệ thống này có thể hiển thị tối đa bao nhiêu trạng thái màu sắc?</w:t>
      </w:r>
    </w:p>
    <w:p>
      <w:pPr>
        <w:pStyle w:val="ListParagraph"/>
      </w:pPr>
      <w:r>
        <w:rPr>
          <w:sz w:val="22"/>
        </w:rPr>
        <w:t>A. 8</w:t>
      </w:r>
    </w:p>
    <w:p>
      <w:pPr>
        <w:pStyle w:val="ListParagraph"/>
      </w:pPr>
      <w:r>
        <w:rPr>
          <w:sz w:val="22"/>
        </w:rPr>
        <w:t>B. 16</w:t>
      </w:r>
    </w:p>
    <w:p>
      <w:pPr>
        <w:pStyle w:val="ListParagraph"/>
      </w:pPr>
      <w:r>
        <w:rPr>
          <w:sz w:val="22"/>
        </w:rPr>
        <w:t>C. 256</w:t>
      </w:r>
    </w:p>
    <w:p>
      <w:pPr>
        <w:pStyle w:val="ListParagraph"/>
      </w:pPr>
      <w:r>
        <w:rPr>
          <w:sz w:val="22"/>
        </w:rPr>
        <w:t>D. 1024</w:t>
      </w:r>
    </w:p>
    <w:p/>
    <w:p>
      <w:r>
        <w:rPr>
          <w:b/>
          <w:sz w:val="24"/>
        </w:rPr>
        <w:t>Câu 3: Giả sử một bức ảnh phong cảnh chụp từ điện thoại có dung lượng trung bình là 10 MB. Một thẻ nhớ máy ảnh có dung lượng 16 GB (tương đương khoảng 16 384 MB) có thể chứa tối đa khoảng bao nhiêu bức ảnh như trên?</w:t>
      </w:r>
    </w:p>
    <w:p>
      <w:pPr>
        <w:pStyle w:val="ListParagraph"/>
      </w:pPr>
      <w:r>
        <w:rPr>
          <w:sz w:val="22"/>
        </w:rPr>
        <w:t>A. Khoảng 1000 bức ảnh</w:t>
      </w:r>
    </w:p>
    <w:p>
      <w:pPr>
        <w:pStyle w:val="ListParagraph"/>
      </w:pPr>
      <w:r>
        <w:rPr>
          <w:sz w:val="22"/>
        </w:rPr>
        <w:t>B. Khoảng 1600 bức ảnh</w:t>
      </w:r>
    </w:p>
    <w:p>
      <w:pPr>
        <w:pStyle w:val="ListParagraph"/>
      </w:pPr>
      <w:r>
        <w:rPr>
          <w:sz w:val="22"/>
        </w:rPr>
        <w:t>C. Khoảng 2000 bức ảnh</w:t>
      </w:r>
    </w:p>
    <w:p>
      <w:pPr>
        <w:pStyle w:val="ListParagraph"/>
      </w:pPr>
      <w:r>
        <w:rPr>
          <w:sz w:val="22"/>
        </w:rPr>
        <w:t>D. Khoảng 2500 bức ảnh</w:t>
      </w:r>
    </w:p>
    <w:p/>
    <w:p>
      <w:r>
        <w:rPr>
          <w:b/>
          <w:sz w:val="24"/>
        </w:rPr>
        <w:t>Câu 4: Khái niệm IoT là viết tắt của cụm từ tiếng Anh nào?</w:t>
      </w:r>
    </w:p>
    <w:p>
      <w:pPr>
        <w:pStyle w:val="ListParagraph"/>
      </w:pPr>
      <w:r>
        <w:rPr>
          <w:sz w:val="22"/>
        </w:rPr>
        <w:t>A. Internet of Things</w:t>
      </w:r>
    </w:p>
    <w:p>
      <w:pPr>
        <w:pStyle w:val="ListParagraph"/>
      </w:pPr>
      <w:r>
        <w:rPr>
          <w:sz w:val="22"/>
        </w:rPr>
        <w:t>B. Information of Technology</w:t>
      </w:r>
    </w:p>
    <w:p>
      <w:pPr>
        <w:pStyle w:val="ListParagraph"/>
      </w:pPr>
      <w:r>
        <w:rPr>
          <w:sz w:val="22"/>
        </w:rPr>
        <w:t>C. Internet of Technology</w:t>
      </w:r>
    </w:p>
    <w:p>
      <w:pPr>
        <w:pStyle w:val="ListParagraph"/>
      </w:pPr>
      <w:r>
        <w:rPr>
          <w:sz w:val="22"/>
        </w:rPr>
        <w:t>D. Intelligent of Things</w:t>
      </w:r>
    </w:p>
    <w:p/>
    <w:p>
      <w:r>
        <w:rPr>
          <w:b/>
          <w:sz w:val="24"/>
        </w:rPr>
        <w:t>Câu 5: Dấu ấn cốt lõi của Cuộc cách mạng công nghiệp lần thứ nhất là gì?</w:t>
      </w:r>
    </w:p>
    <w:p>
      <w:pPr>
        <w:pStyle w:val="ListParagraph"/>
      </w:pPr>
      <w:r>
        <w:rPr>
          <w:sz w:val="22"/>
        </w:rPr>
        <w:t>A. Sự ra đời của máy tính điện tử</w:t>
      </w:r>
    </w:p>
    <w:p>
      <w:pPr>
        <w:pStyle w:val="ListParagraph"/>
      </w:pPr>
      <w:r>
        <w:rPr>
          <w:sz w:val="22"/>
        </w:rPr>
        <w:t>B. Sự phát triển của Internet</w:t>
      </w:r>
    </w:p>
    <w:p>
      <w:pPr>
        <w:pStyle w:val="ListParagraph"/>
      </w:pPr>
      <w:r>
        <w:rPr>
          <w:sz w:val="22"/>
        </w:rPr>
        <w:t>C. Sự xuất hiện của động cơ hơi nước và cơ giới hóa sản xuất</w:t>
      </w:r>
    </w:p>
    <w:p>
      <w:pPr>
        <w:pStyle w:val="ListParagraph"/>
      </w:pPr>
      <w:r>
        <w:rPr>
          <w:sz w:val="22"/>
        </w:rPr>
        <w:t>D. Sự phát triển của trí tuệ nhân tạo</w:t>
      </w:r>
    </w:p>
    <w:p/>
    <w:p>
      <w:r>
        <w:rPr>
          <w:b/>
          <w:sz w:val="24"/>
        </w:rPr>
        <w:t>Câu 6: Ý nghĩa chính của sự ra đời World Wide Web (WWW) năm 1992 là gì?</w:t>
      </w:r>
    </w:p>
    <w:p>
      <w:pPr>
        <w:pStyle w:val="ListParagraph"/>
      </w:pPr>
      <w:r>
        <w:rPr>
          <w:sz w:val="22"/>
        </w:rPr>
        <w:t>A. Cho phép gửi email</w:t>
      </w:r>
    </w:p>
    <w:p>
      <w:pPr>
        <w:pStyle w:val="ListParagraph"/>
      </w:pPr>
      <w:r>
        <w:rPr>
          <w:sz w:val="22"/>
        </w:rPr>
        <w:t>B. Tạo ra mạng xã hội đầu tiên</w:t>
      </w:r>
    </w:p>
    <w:p>
      <w:pPr>
        <w:pStyle w:val="ListParagraph"/>
      </w:pPr>
      <w:r>
        <w:rPr>
          <w:sz w:val="22"/>
        </w:rPr>
        <w:t>C. Đánh dấu sự ra đời của Internet toàn cầu</w:t>
      </w:r>
    </w:p>
    <w:p>
      <w:pPr>
        <w:pStyle w:val="ListParagraph"/>
      </w:pPr>
      <w:r>
        <w:rPr>
          <w:sz w:val="22"/>
        </w:rPr>
        <w:t>D. Cung cấp khả năng truy cập và chia sẻ thông tin qua các trang web</w:t>
      </w:r>
    </w:p>
    <w:p/>
    <w:p>
      <w:r>
        <w:rPr>
          <w:b/>
          <w:sz w:val="24"/>
        </w:rPr>
        <w:t>Câu 7: Tính năng nào là chức năng cơ bản ban đầu của thiết bị PDA (trợ thủ số cá nhân)?</w:t>
      </w:r>
    </w:p>
    <w:p>
      <w:pPr>
        <w:pStyle w:val="ListParagraph"/>
      </w:pPr>
      <w:r>
        <w:rPr>
          <w:sz w:val="22"/>
        </w:rPr>
        <w:t>A. Nghe nhạc và xem phim</w:t>
      </w:r>
    </w:p>
    <w:p>
      <w:pPr>
        <w:pStyle w:val="ListParagraph"/>
      </w:pPr>
      <w:r>
        <w:rPr>
          <w:sz w:val="22"/>
        </w:rPr>
        <w:t>B. Quản lý lịch, danh bạ và ghi chú</w:t>
      </w:r>
    </w:p>
    <w:p>
      <w:pPr>
        <w:pStyle w:val="ListParagraph"/>
      </w:pPr>
      <w:r>
        <w:rPr>
          <w:sz w:val="22"/>
        </w:rPr>
        <w:t>C. Chụp ảnh và quay video</w:t>
      </w:r>
    </w:p>
    <w:p>
      <w:pPr>
        <w:pStyle w:val="ListParagraph"/>
      </w:pPr>
      <w:r>
        <w:rPr>
          <w:sz w:val="22"/>
        </w:rPr>
        <w:t>D. Truy cập Internet không dây</w:t>
      </w:r>
    </w:p>
    <w:p/>
    <w:p>
      <w:r>
        <w:rPr>
          <w:b/>
          <w:sz w:val="24"/>
        </w:rPr>
        <w:t>Câu 8: Một điện thoại báo bộ nhớ trong còn trống 105 GB trên tổng số 512 GB. Nhận định nào sau đây là chính xác?</w:t>
      </w:r>
    </w:p>
    <w:p>
      <w:pPr>
        <w:pStyle w:val="ListParagraph"/>
      </w:pPr>
      <w:r>
        <w:rPr>
          <w:sz w:val="22"/>
        </w:rPr>
        <w:t>A. Dung lượng đã sử dụng là 407 GB</w:t>
      </w:r>
    </w:p>
    <w:p>
      <w:pPr>
        <w:pStyle w:val="ListParagraph"/>
      </w:pPr>
      <w:r>
        <w:rPr>
          <w:sz w:val="22"/>
        </w:rPr>
        <w:t>B. Dung lượng đã sử dụng là 105 GB</w:t>
      </w:r>
    </w:p>
    <w:p>
      <w:pPr>
        <w:pStyle w:val="ListParagraph"/>
      </w:pPr>
      <w:r>
        <w:rPr>
          <w:sz w:val="22"/>
        </w:rPr>
        <w:t>C. Dung lượng còn trống chiếm khoảng 20% tổng dung lượng</w:t>
      </w:r>
    </w:p>
    <w:p>
      <w:pPr>
        <w:pStyle w:val="ListParagraph"/>
      </w:pPr>
      <w:r>
        <w:rPr>
          <w:sz w:val="22"/>
        </w:rPr>
        <w:t>D. Dung lượng đã sử dụng chiếm khoảng 80% tổng dung lượng</w:t>
      </w:r>
    </w:p>
    <w:p/>
    <w:p>
      <w:r>
        <w:rPr>
          <w:b/>
          <w:sz w:val="24"/>
        </w:rPr>
        <w:t>Câu 9: Khi muốn xem một tệp ảnh 20200728_004230.png nằm trong thư mục Camera của điện thoại, đường dẫn truy cập đúng là gì?</w:t>
      </w:r>
    </w:p>
    <w:p>
      <w:pPr>
        <w:pStyle w:val="ListParagraph"/>
      </w:pPr>
      <w:r>
        <w:rPr>
          <w:sz w:val="22"/>
        </w:rPr>
        <w:t>A. /Camera/20200728_004230.png</w:t>
      </w:r>
    </w:p>
    <w:p>
      <w:pPr>
        <w:pStyle w:val="ListParagraph"/>
      </w:pPr>
      <w:r>
        <w:rPr>
          <w:sz w:val="22"/>
        </w:rPr>
        <w:t>B. Camera/20200728_004230.png</w:t>
      </w:r>
    </w:p>
    <w:p>
      <w:pPr>
        <w:pStyle w:val="ListParagraph"/>
      </w:pPr>
      <w:r>
        <w:rPr>
          <w:sz w:val="22"/>
        </w:rPr>
        <w:t>C. 20200728_004230.png/Camera</w:t>
      </w:r>
    </w:p>
    <w:p>
      <w:pPr>
        <w:pStyle w:val="ListParagraph"/>
      </w:pPr>
      <w:r>
        <w:rPr>
          <w:sz w:val="22"/>
        </w:rPr>
        <w:t>D. /20200728_004230.png/Camera</w:t>
      </w:r>
    </w:p>
    <w:p/>
    <w:p>
      <w:r>
        <w:rPr>
          <w:b/>
          <w:sz w:val="24"/>
        </w:rPr>
        <w:t>Câu 10: Để lưu bản sao dự phòng ảnh chụp từ điện thoại lên đám mây Google Drive, thao tác nào đúng?</w:t>
      </w:r>
    </w:p>
    <w:p>
      <w:pPr>
        <w:pStyle w:val="ListParagraph"/>
      </w:pPr>
      <w:r>
        <w:rPr>
          <w:sz w:val="22"/>
        </w:rPr>
        <w:t>A. Mở ứng dụng Google Drive, chọn biểu tượng tải lên, chọn ảnh cần sao lưu</w:t>
      </w:r>
    </w:p>
    <w:p>
      <w:pPr>
        <w:pStyle w:val="ListParagraph"/>
      </w:pPr>
      <w:r>
        <w:rPr>
          <w:sz w:val="22"/>
        </w:rPr>
        <w:t>B. Kết nối điện thoại với máy tính và sao chép ảnh sang ổ cứng</w:t>
      </w:r>
    </w:p>
    <w:p>
      <w:pPr>
        <w:pStyle w:val="ListParagraph"/>
      </w:pPr>
      <w:r>
        <w:rPr>
          <w:sz w:val="22"/>
        </w:rPr>
        <w:t>C. Gửi ảnh qua email cho chính mình</w:t>
      </w:r>
    </w:p>
    <w:p>
      <w:pPr>
        <w:pStyle w:val="ListParagraph"/>
      </w:pPr>
      <w:r>
        <w:rPr>
          <w:sz w:val="22"/>
        </w:rPr>
        <w:t>D. Sử dụng ứng dụng chỉnh sửa ảnh để lưu ảnh</w:t>
      </w:r>
    </w:p>
    <w:p/>
    <w:p>
      <w:r>
        <w:rPr>
          <w:b/>
          <w:sz w:val="24"/>
        </w:rPr>
        <w:t>Câu 11: Dịch vụ cho thuê hạ tầng như máy chủ hay thiết bị lưu trữ thường gọi là gì?</w:t>
      </w:r>
    </w:p>
    <w:p>
      <w:pPr>
        <w:pStyle w:val="ListParagraph"/>
      </w:pPr>
      <w:r>
        <w:rPr>
          <w:sz w:val="22"/>
        </w:rPr>
        <w:t>A. IaaS</w:t>
      </w:r>
    </w:p>
    <w:p>
      <w:pPr>
        <w:pStyle w:val="ListParagraph"/>
      </w:pPr>
      <w:r>
        <w:rPr>
          <w:sz w:val="22"/>
        </w:rPr>
        <w:t>B. PaaS</w:t>
      </w:r>
    </w:p>
    <w:p>
      <w:pPr>
        <w:pStyle w:val="ListParagraph"/>
      </w:pPr>
      <w:r>
        <w:rPr>
          <w:sz w:val="22"/>
        </w:rPr>
        <w:t>C. SaaS</w:t>
      </w:r>
    </w:p>
    <w:p>
      <w:pPr>
        <w:pStyle w:val="ListParagraph"/>
      </w:pPr>
      <w:r>
        <w:rPr>
          <w:sz w:val="22"/>
        </w:rPr>
        <w:t>D. DaaS</w:t>
      </w:r>
    </w:p>
    <w:p/>
    <w:p>
      <w:r>
        <w:rPr>
          <w:b/>
          <w:sz w:val="24"/>
        </w:rPr>
        <w:t>Câu 12: Công ty giao hàng muốn xây dựng ứng dụng theo dõi lộ trình tài xế theo thời gian thực. Giải pháp tiết kiệm nhất là gì?</w:t>
      </w:r>
    </w:p>
    <w:p>
      <w:pPr>
        <w:pStyle w:val="ListParagraph"/>
      </w:pPr>
      <w:r>
        <w:rPr>
          <w:sz w:val="22"/>
        </w:rPr>
        <w:t>A. Sử dụng dịch vụ đám mây của Google Maps</w:t>
      </w:r>
    </w:p>
    <w:p>
      <w:pPr>
        <w:pStyle w:val="ListParagraph"/>
      </w:pPr>
      <w:r>
        <w:rPr>
          <w:sz w:val="22"/>
        </w:rPr>
        <w:t>B. Tự xây dựng hệ thống máy chủ riêng</w:t>
      </w:r>
    </w:p>
    <w:p>
      <w:pPr>
        <w:pStyle w:val="ListParagraph"/>
      </w:pPr>
      <w:r>
        <w:rPr>
          <w:sz w:val="22"/>
        </w:rPr>
        <w:t>C. Sử dụng phần mềm mã nguồn mở</w:t>
      </w:r>
    </w:p>
    <w:p>
      <w:pPr>
        <w:pStyle w:val="ListParagraph"/>
      </w:pPr>
      <w:r>
        <w:rPr>
          <w:sz w:val="22"/>
        </w:rPr>
        <w:t>D. Thuê dịch vụ định vị GPS từ nhà cung cấp thứ ba</w:t>
      </w:r>
    </w:p>
    <w:p/>
    <w:p>
      <w:r>
        <w:rPr>
          <w:b/>
          <w:sz w:val="24"/>
        </w:rPr>
        <w:t>Câu 13: Khi bị mất kết nối Internet hoàn toàn, hệ thống nào sau đây vẫn duy trì hoạt động bình thường trong mạng nội bộ?</w:t>
      </w:r>
    </w:p>
    <w:p>
      <w:pPr>
        <w:pStyle w:val="ListParagraph"/>
      </w:pPr>
      <w:r>
        <w:rPr>
          <w:sz w:val="22"/>
        </w:rPr>
        <w:t>A. Mạng LAN</w:t>
      </w:r>
    </w:p>
    <w:p>
      <w:pPr>
        <w:pStyle w:val="ListParagraph"/>
      </w:pPr>
      <w:r>
        <w:rPr>
          <w:sz w:val="22"/>
        </w:rPr>
        <w:t>B. Mạng WAN</w:t>
      </w:r>
    </w:p>
    <w:p>
      <w:pPr>
        <w:pStyle w:val="ListParagraph"/>
      </w:pPr>
      <w:r>
        <w:rPr>
          <w:sz w:val="22"/>
        </w:rPr>
        <w:t>C. Mạng Internet</w:t>
      </w:r>
    </w:p>
    <w:p>
      <w:pPr>
        <w:pStyle w:val="ListParagraph"/>
      </w:pPr>
      <w:r>
        <w:rPr>
          <w:sz w:val="22"/>
        </w:rPr>
        <w:t>D. Mạng 4G</w:t>
      </w:r>
    </w:p>
    <w:p/>
    <w:p>
      <w:r>
        <w:rPr>
          <w:b/>
          <w:sz w:val="24"/>
        </w:rPr>
        <w:t>Câu 14: Phần mềm độc hại nào tạo tài khoản bí mật dạng cửa sau?</w:t>
      </w:r>
    </w:p>
    <w:p>
      <w:pPr>
        <w:pStyle w:val="ListParagraph"/>
      </w:pPr>
      <w:r>
        <w:rPr>
          <w:sz w:val="22"/>
        </w:rPr>
        <w:t>A. Virus</w:t>
      </w:r>
    </w:p>
    <w:p>
      <w:pPr>
        <w:pStyle w:val="ListParagraph"/>
      </w:pPr>
      <w:r>
        <w:rPr>
          <w:sz w:val="22"/>
        </w:rPr>
        <w:t>B. Worm</w:t>
      </w:r>
    </w:p>
    <w:p>
      <w:pPr>
        <w:pStyle w:val="ListParagraph"/>
      </w:pPr>
      <w:r>
        <w:rPr>
          <w:sz w:val="22"/>
        </w:rPr>
        <w:t>C. Trojan</w:t>
      </w:r>
    </w:p>
    <w:p>
      <w:pPr>
        <w:pStyle w:val="ListParagraph"/>
      </w:pPr>
      <w:r>
        <w:rPr>
          <w:sz w:val="22"/>
        </w:rPr>
        <w:t>D. Backdoor</w:t>
      </w:r>
    </w:p>
    <w:p/>
    <w:p>
      <w:r>
        <w:rPr>
          <w:b/>
          <w:sz w:val="24"/>
        </w:rPr>
        <w:t>Câu 15: Một người tải phần mềm game crack (bẻ khóa) trên web lạ. Khi chạy game, bàn phím bị đơ và tài khoản cá nhân bị đổi mật khẩu. Máy tính đã bị nhiễm mã độc nào?</w:t>
      </w:r>
    </w:p>
    <w:p>
      <w:pPr>
        <w:pStyle w:val="ListParagraph"/>
      </w:pPr>
      <w:r>
        <w:rPr>
          <w:sz w:val="22"/>
        </w:rPr>
        <w:t>A. Virus</w:t>
      </w:r>
    </w:p>
    <w:p>
      <w:pPr>
        <w:pStyle w:val="ListParagraph"/>
      </w:pPr>
      <w:r>
        <w:rPr>
          <w:sz w:val="22"/>
        </w:rPr>
        <w:t>B. Worm</w:t>
      </w:r>
    </w:p>
    <w:p>
      <w:pPr>
        <w:pStyle w:val="ListParagraph"/>
      </w:pPr>
      <w:r>
        <w:rPr>
          <w:sz w:val="22"/>
        </w:rPr>
        <w:t>C. Trojan</w:t>
      </w:r>
    </w:p>
    <w:p>
      <w:pPr>
        <w:pStyle w:val="ListParagraph"/>
      </w:pPr>
      <w:r>
        <w:rPr>
          <w:sz w:val="22"/>
        </w:rPr>
        <w:t>D. Spyware</w:t>
      </w:r>
    </w:p>
    <w:p/>
    <w:p>
      <w:r>
        <w:rPr>
          <w:b/>
          <w:sz w:val="24"/>
        </w:rPr>
        <w:t>Câu 16: Học sinh muốn dịch một đoạn văn bản tiếng Việt đã có sẵn trên máy tính sang tiếng Anh bằng Google Translate thì cần làm gì?</w:t>
      </w:r>
    </w:p>
    <w:p>
      <w:pPr>
        <w:pStyle w:val="ListParagraph"/>
      </w:pPr>
      <w:r>
        <w:rPr>
          <w:sz w:val="22"/>
        </w:rPr>
        <w:t>A. Sao chép văn bản và dán vào ô nhập liệu của Google Translate</w:t>
      </w:r>
    </w:p>
    <w:p>
      <w:pPr>
        <w:pStyle w:val="ListParagraph"/>
      </w:pPr>
      <w:r>
        <w:rPr>
          <w:sz w:val="22"/>
        </w:rPr>
        <w:t>B. Gõ lại văn bản vào Google Translate</w:t>
      </w:r>
    </w:p>
    <w:p>
      <w:pPr>
        <w:pStyle w:val="ListParagraph"/>
      </w:pPr>
      <w:r>
        <w:rPr>
          <w:sz w:val="22"/>
        </w:rPr>
        <w:t>C. Tải văn bản lên Google Drive và dịch</w:t>
      </w:r>
    </w:p>
    <w:p>
      <w:pPr>
        <w:pStyle w:val="ListParagraph"/>
      </w:pPr>
      <w:r>
        <w:rPr>
          <w:sz w:val="22"/>
        </w:rPr>
        <w:t>D. Sử dụng tính năng dịch tệp tin</w:t>
      </w:r>
    </w:p>
    <w:p/>
    <w:p>
      <w:r>
        <w:rPr>
          <w:b/>
          <w:sz w:val="24"/>
        </w:rPr>
        <w:t>Câu 17: Khi gõ câu tiếng Việt vào Google Translate để dịch sang tiếng Anh, kết quả ra chưa sát nghĩa. Bạn nên xử lý ra sao?</w:t>
      </w:r>
    </w:p>
    <w:p>
      <w:pPr>
        <w:pStyle w:val="ListParagraph"/>
      </w:pPr>
      <w:r>
        <w:rPr>
          <w:sz w:val="22"/>
        </w:rPr>
        <w:t>A. Thay đổi cấu trúc câu tiếng Việt cho rõ ràng hơn</w:t>
      </w:r>
    </w:p>
    <w:p>
      <w:pPr>
        <w:pStyle w:val="ListParagraph"/>
      </w:pPr>
      <w:r>
        <w:rPr>
          <w:sz w:val="22"/>
        </w:rPr>
        <w:t>B. Sử dụng từ đồng nghĩa</w:t>
      </w:r>
    </w:p>
    <w:p>
      <w:pPr>
        <w:pStyle w:val="ListParagraph"/>
      </w:pPr>
      <w:r>
        <w:rPr>
          <w:sz w:val="22"/>
        </w:rPr>
        <w:t>C. Chia nhỏ câu thành các cụm từ</w:t>
      </w:r>
    </w:p>
    <w:p>
      <w:pPr>
        <w:pStyle w:val="ListParagraph"/>
      </w:pPr>
      <w:r>
        <w:rPr>
          <w:sz w:val="22"/>
        </w:rPr>
        <w:t>D. Tất cả các cách trên</w:t>
      </w:r>
    </w:p>
    <w:p/>
    <w:p>
      <w:r>
        <w:rPr>
          <w:b/>
          <w:sz w:val="24"/>
        </w:rPr>
        <w:t>Câu 18: Học sinh lớp 10 muốn tìm bài giảng video môn Đại số 10 trên igiaoduc.vn thì thực hiện trình tự nào?</w:t>
      </w:r>
    </w:p>
    <w:p>
      <w:pPr>
        <w:pStyle w:val="ListParagraph"/>
      </w:pPr>
      <w:r>
        <w:rPr>
          <w:sz w:val="22"/>
        </w:rPr>
        <w:t>A. Truy cập trang chủ, chọn môn Toán, chọn lớp 10, chọn Đại số</w:t>
      </w:r>
    </w:p>
    <w:p>
      <w:pPr>
        <w:pStyle w:val="ListParagraph"/>
      </w:pPr>
      <w:r>
        <w:rPr>
          <w:sz w:val="22"/>
        </w:rPr>
        <w:t>B. Truy cập trang chủ, chọn lớp 10, chọn môn Toán, chọn Đại số</w:t>
      </w:r>
    </w:p>
    <w:p>
      <w:pPr>
        <w:pStyle w:val="ListParagraph"/>
      </w:pPr>
      <w:r>
        <w:rPr>
          <w:sz w:val="22"/>
        </w:rPr>
        <w:t>C. Truy cập trang chủ, chọn Đại số, chọn lớp 10</w:t>
      </w:r>
    </w:p>
    <w:p>
      <w:pPr>
        <w:pStyle w:val="ListParagraph"/>
      </w:pPr>
      <w:r>
        <w:rPr>
          <w:sz w:val="22"/>
        </w:rPr>
        <w:t>D. Truy cập trang chủ, chọn môn Toán, chọn Đại số, chọn lớp 10</w:t>
      </w:r>
    </w:p>
    <w:p/>
    <w:p>
      <w:r>
        <w:rPr>
          <w:b/>
          <w:sz w:val="24"/>
        </w:rPr>
        <w:t>Câu 19: Khái niệm "Đạo đức" là hệ thống các quy tắc mang tính chất gì?</w:t>
      </w:r>
    </w:p>
    <w:p>
      <w:pPr>
        <w:pStyle w:val="ListParagraph"/>
      </w:pPr>
      <w:r>
        <w:rPr>
          <w:sz w:val="22"/>
        </w:rPr>
        <w:t>A. Bắt buộc</w:t>
      </w:r>
    </w:p>
    <w:p>
      <w:pPr>
        <w:pStyle w:val="ListParagraph"/>
      </w:pPr>
      <w:r>
        <w:rPr>
          <w:sz w:val="22"/>
        </w:rPr>
        <w:t>B. Tự nguyện</w:t>
      </w:r>
    </w:p>
    <w:p>
      <w:pPr>
        <w:pStyle w:val="ListParagraph"/>
      </w:pPr>
      <w:r>
        <w:rPr>
          <w:sz w:val="22"/>
        </w:rPr>
        <w:t>C. Pháp lý</w:t>
      </w:r>
    </w:p>
    <w:p>
      <w:pPr>
        <w:pStyle w:val="ListParagraph"/>
      </w:pPr>
      <w:r>
        <w:rPr>
          <w:sz w:val="22"/>
        </w:rPr>
        <w:t>D. Quy phạm</w:t>
      </w:r>
    </w:p>
    <w:p/>
    <w:p>
      <w:r>
        <w:rPr>
          <w:b/>
          <w:sz w:val="24"/>
        </w:rPr>
        <w:t>Câu 20: Quyền tác giả đối với tác phẩm gồm những quyền cơ bản nào?</w:t>
      </w:r>
    </w:p>
    <w:p>
      <w:pPr>
        <w:pStyle w:val="ListParagraph"/>
      </w:pPr>
      <w:r>
        <w:rPr>
          <w:sz w:val="22"/>
        </w:rPr>
        <w:t>A. Quyền nhân thân và quyền tài sản</w:t>
      </w:r>
    </w:p>
    <w:p>
      <w:pPr>
        <w:pStyle w:val="ListParagraph"/>
      </w:pPr>
      <w:r>
        <w:rPr>
          <w:sz w:val="22"/>
        </w:rPr>
        <w:t>B. Quyền sao chép và quyền phân phối</w:t>
      </w:r>
    </w:p>
    <w:p>
      <w:pPr>
        <w:pStyle w:val="ListParagraph"/>
      </w:pPr>
      <w:r>
        <w:rPr>
          <w:sz w:val="22"/>
        </w:rPr>
        <w:t>C. Quyền công bố và quyền sửa đổi</w:t>
      </w:r>
    </w:p>
    <w:p>
      <w:pPr>
        <w:pStyle w:val="ListParagraph"/>
      </w:pPr>
      <w:r>
        <w:rPr>
          <w:sz w:val="22"/>
        </w:rPr>
        <w:t>D. Quyền tác giả và quyền liên quan</w:t>
      </w:r>
    </w:p>
    <w:p/>
    <w:p>
      <w:r>
        <w:rPr>
          <w:b/>
          <w:sz w:val="24"/>
        </w:rPr>
        <w:t>Câu 21: Vì sao hành vi gửi quảng cáo bị người nhận từ chối tiếp tục gửi lại vi phạm đạo đức?</w:t>
      </w:r>
    </w:p>
    <w:p>
      <w:pPr>
        <w:pStyle w:val="ListParagraph"/>
      </w:pPr>
      <w:r>
        <w:rPr>
          <w:sz w:val="22"/>
        </w:rPr>
        <w:t>A. Vì làm phiền người nhận</w:t>
      </w:r>
    </w:p>
    <w:p>
      <w:pPr>
        <w:pStyle w:val="ListParagraph"/>
      </w:pPr>
      <w:r>
        <w:rPr>
          <w:sz w:val="22"/>
        </w:rPr>
        <w:t>B. Vì không được sự đồng ý của người nhận</w:t>
      </w:r>
    </w:p>
    <w:p>
      <w:pPr>
        <w:pStyle w:val="ListParagraph"/>
      </w:pPr>
      <w:r>
        <w:rPr>
          <w:sz w:val="22"/>
        </w:rPr>
        <w:t>C. Vì vi phạm pháp luật</w:t>
      </w:r>
    </w:p>
    <w:p>
      <w:pPr>
        <w:pStyle w:val="ListParagraph"/>
      </w:pPr>
      <w:r>
        <w:rPr>
          <w:sz w:val="22"/>
        </w:rPr>
        <w:t>D. Vì thiếu văn hóa</w:t>
      </w:r>
    </w:p>
    <w:p/>
    <w:p>
      <w:r>
        <w:rPr>
          <w:b/>
          <w:sz w:val="24"/>
        </w:rPr>
        <w:t>Câu 22: Căn cứ vào đâu để xử phạt hành vi đăng bản đồ Việt Nam không thể hiện đúng chủ quyền quốc gia trên trang cá nhân?</w:t>
      </w:r>
    </w:p>
    <w:p>
      <w:pPr>
        <w:pStyle w:val="ListParagraph"/>
      </w:pPr>
      <w:r>
        <w:rPr>
          <w:sz w:val="22"/>
        </w:rPr>
        <w:t>A. Luật An ninh mạng</w:t>
      </w:r>
    </w:p>
    <w:p>
      <w:pPr>
        <w:pStyle w:val="ListParagraph"/>
      </w:pPr>
      <w:r>
        <w:rPr>
          <w:sz w:val="22"/>
        </w:rPr>
        <w:t>B. Luật Biển đảo</w:t>
      </w:r>
    </w:p>
    <w:p>
      <w:pPr>
        <w:pStyle w:val="ListParagraph"/>
      </w:pPr>
      <w:r>
        <w:rPr>
          <w:sz w:val="22"/>
        </w:rPr>
        <w:t>C. Luật Công nghệ thông tin</w:t>
      </w:r>
    </w:p>
    <w:p>
      <w:pPr>
        <w:pStyle w:val="ListParagraph"/>
      </w:pPr>
      <w:r>
        <w:rPr>
          <w:sz w:val="22"/>
        </w:rPr>
        <w:t>D. Luật Xử lý vi phạm hành chính</w:t>
      </w:r>
    </w:p>
    <w:p/>
    <w:p>
      <w:r>
        <w:rPr>
          <w:b/>
          <w:sz w:val="24"/>
        </w:rPr>
        <w:t>Câu 23: Nhóm học sinh quay phim cảnh hai bạn đánh nhau rồi đăng lên mạng kèm lời kích động vi phạm gì?</w:t>
      </w:r>
    </w:p>
    <w:p>
      <w:pPr>
        <w:pStyle w:val="ListParagraph"/>
      </w:pPr>
      <w:r>
        <w:rPr>
          <w:sz w:val="22"/>
        </w:rPr>
        <w:t>A. Quyền riêng tư</w:t>
      </w:r>
    </w:p>
    <w:p>
      <w:pPr>
        <w:pStyle w:val="ListParagraph"/>
      </w:pPr>
      <w:r>
        <w:rPr>
          <w:sz w:val="22"/>
        </w:rPr>
        <w:t>B. Bản quyền</w:t>
      </w:r>
    </w:p>
    <w:p>
      <w:pPr>
        <w:pStyle w:val="ListParagraph"/>
      </w:pPr>
      <w:r>
        <w:rPr>
          <w:sz w:val="22"/>
        </w:rPr>
        <w:t>C. Đạo đức và pháp luật</w:t>
      </w:r>
    </w:p>
    <w:p>
      <w:pPr>
        <w:pStyle w:val="ListParagraph"/>
      </w:pPr>
      <w:r>
        <w:rPr>
          <w:sz w:val="22"/>
        </w:rPr>
        <w:t>D. Quy tắc cộng đồng</w:t>
      </w:r>
    </w:p>
    <w:p/>
    <w:p>
      <w:r>
        <w:rPr>
          <w:b/>
          <w:sz w:val="24"/>
        </w:rPr>
        <w:t>Câu 24: Việc một nhân viên lập trình nghỉ việc rồi lấy mã nguồn cũ tạo ứng dụng mới là hành vi nào?</w:t>
      </w:r>
    </w:p>
    <w:p>
      <w:pPr>
        <w:pStyle w:val="ListParagraph"/>
      </w:pPr>
      <w:r>
        <w:rPr>
          <w:sz w:val="22"/>
        </w:rPr>
        <w:t>A. Vi phạm bản quyền</w:t>
      </w:r>
    </w:p>
    <w:p>
      <w:pPr>
        <w:pStyle w:val="ListParagraph"/>
      </w:pPr>
      <w:r>
        <w:rPr>
          <w:sz w:val="22"/>
        </w:rPr>
        <w:t>B. Vi phạm đạo đức</w:t>
      </w:r>
    </w:p>
    <w:p>
      <w:pPr>
        <w:pStyle w:val="ListParagraph"/>
      </w:pPr>
      <w:r>
        <w:rPr>
          <w:sz w:val="22"/>
        </w:rPr>
        <w:t>C. Vi phạm hợp đồng</w:t>
      </w:r>
    </w:p>
    <w:p>
      <w:pPr>
        <w:pStyle w:val="ListParagraph"/>
      </w:pPr>
      <w:r>
        <w:rPr>
          <w:sz w:val="22"/>
        </w:rPr>
        <w:t>D. Tất cả các đáp án trên</w:t>
      </w:r>
    </w:p>
    <w:p/>
    <w:p>
      <w:r>
        <w:rPr>
          <w:b/>
          <w:sz w:val="24"/>
        </w:rPr>
        <w:t>Câu 25: Phát biểu nào sau đây đúng nhất về vai trò của thiết bị thông minh?</w:t>
      </w:r>
    </w:p>
    <w:p>
      <w:pPr>
        <w:pStyle w:val="ListParagraph"/>
      </w:pPr>
      <w:r>
        <w:rPr>
          <w:sz w:val="22"/>
        </w:rPr>
        <w:t>A. Thiết bị thông minh chỉ dùng để giải trí</w:t>
      </w:r>
    </w:p>
    <w:p>
      <w:pPr>
        <w:pStyle w:val="ListParagraph"/>
      </w:pPr>
      <w:r>
        <w:rPr>
          <w:sz w:val="22"/>
        </w:rPr>
        <w:t>B. Thiết bị thông minh có khả năng xử lý thông tin và kết nối mạng</w:t>
      </w:r>
    </w:p>
    <w:p>
      <w:pPr>
        <w:pStyle w:val="ListParagraph"/>
      </w:pPr>
      <w:r>
        <w:rPr>
          <w:sz w:val="22"/>
        </w:rPr>
        <w:t>C. Thiết bị thông minh thay thế hoàn toàn con người</w:t>
      </w:r>
    </w:p>
    <w:p>
      <w:pPr>
        <w:pStyle w:val="ListParagraph"/>
      </w:pPr>
      <w:r>
        <w:rPr>
          <w:sz w:val="22"/>
        </w:rPr>
        <w:t>D. Thiết bị thông minh chỉ hoạt động trong môi trường công nghiệp</w:t>
      </w:r>
    </w:p>
    <w:p/>
    <w:p>
      <w:r>
        <w:rPr>
          <w:b/>
          <w:sz w:val="24"/>
        </w:rPr>
        <w:t>Câu 26: Đâu là một hạn chế lớn của tin học và máy tính đối với đời sống xã hội nếu con người quá lạm dụng?</w:t>
      </w:r>
    </w:p>
    <w:p>
      <w:pPr>
        <w:pStyle w:val="ListParagraph"/>
      </w:pPr>
      <w:r>
        <w:rPr>
          <w:sz w:val="22"/>
        </w:rPr>
        <w:t>A. Gây nghiện và ảnh hưởng sức khỏe</w:t>
      </w:r>
    </w:p>
    <w:p>
      <w:pPr>
        <w:pStyle w:val="ListParagraph"/>
      </w:pPr>
      <w:r>
        <w:rPr>
          <w:sz w:val="22"/>
        </w:rPr>
        <w:t>B. Tăng năng suất lao động</w:t>
      </w:r>
    </w:p>
    <w:p>
      <w:pPr>
        <w:pStyle w:val="ListParagraph"/>
      </w:pPr>
      <w:r>
        <w:rPr>
          <w:sz w:val="22"/>
        </w:rPr>
        <w:t>C. Cải thiện giao tiếp</w:t>
      </w:r>
    </w:p>
    <w:p>
      <w:pPr>
        <w:pStyle w:val="ListParagraph"/>
      </w:pPr>
      <w:r>
        <w:rPr>
          <w:sz w:val="22"/>
        </w:rPr>
        <w:t>D. Tiết kiệm thời gian</w:t>
      </w:r>
    </w:p>
    <w:p/>
    <w:p>
      <w:r>
        <w:rPr>
          <w:b/>
          <w:sz w:val="24"/>
        </w:rPr>
        <w:t>Câu 27: Yêu cầu nào sau đây là cần thiết nhất để đảm bảo an toàn khi sử dụng các thiết bị số?</w:t>
      </w:r>
    </w:p>
    <w:p>
      <w:pPr>
        <w:pStyle w:val="ListParagraph"/>
      </w:pPr>
      <w:r>
        <w:rPr>
          <w:sz w:val="22"/>
        </w:rPr>
        <w:t>A. Sử dụng mật khẩu mạnh và bảo mật</w:t>
      </w:r>
    </w:p>
    <w:p>
      <w:pPr>
        <w:pStyle w:val="ListParagraph"/>
      </w:pPr>
      <w:r>
        <w:rPr>
          <w:sz w:val="22"/>
        </w:rPr>
        <w:t>B. Cập nhật phần mềm thường xuyên</w:t>
      </w:r>
    </w:p>
    <w:p>
      <w:pPr>
        <w:pStyle w:val="ListParagraph"/>
      </w:pPr>
      <w:r>
        <w:rPr>
          <w:sz w:val="22"/>
        </w:rPr>
        <w:t>C. Không chia sẻ thông tin cá nhân</w:t>
      </w:r>
    </w:p>
    <w:p>
      <w:pPr>
        <w:pStyle w:val="ListParagraph"/>
      </w:pPr>
      <w:r>
        <w:rPr>
          <w:sz w:val="22"/>
        </w:rPr>
        <w:t>D. Tất cả các yêu cầu trên</w:t>
      </w:r>
    </w:p>
    <w:p/>
    <w:p>
      <w:r>
        <w:rPr>
          <w:b/>
          <w:sz w:val="24"/>
        </w:rPr>
        <w:t>Câu 28: Hành vi nào sau đây thể hiện việc sử dụng thiết bị số chưa đúng cách?</w:t>
      </w:r>
    </w:p>
    <w:p>
      <w:pPr>
        <w:pStyle w:val="ListParagraph"/>
      </w:pPr>
      <w:r>
        <w:rPr>
          <w:sz w:val="22"/>
        </w:rPr>
        <w:t>A. Sử dụng điện thoại khi tham gia giao thông</w:t>
      </w:r>
    </w:p>
    <w:p>
      <w:pPr>
        <w:pStyle w:val="ListParagraph"/>
      </w:pPr>
      <w:r>
        <w:rPr>
          <w:sz w:val="22"/>
        </w:rPr>
        <w:t>B. Học trực tuyến qua máy tính</w:t>
      </w:r>
    </w:p>
    <w:p>
      <w:pPr>
        <w:pStyle w:val="ListParagraph"/>
      </w:pPr>
      <w:r>
        <w:rPr>
          <w:sz w:val="22"/>
        </w:rPr>
        <w:t>C. Tra cứu tài liệu trên Internet</w:t>
      </w:r>
    </w:p>
    <w:p>
      <w:pPr>
        <w:pStyle w:val="ListParagraph"/>
      </w:pPr>
      <w:r>
        <w:rPr>
          <w:sz w:val="22"/>
        </w:rPr>
        <w:t>D. Gửi email cho giáo viên</w:t>
      </w:r>
    </w:p>
    <w:p/>
    <w:p>
      <w:r>
        <w:rPr>
          <w:b/>
          <w:sz w:val="24"/>
        </w:rPr>
        <w:t>Câu 29: Bạn Nam muốn trình chiếu một bài báo cáo từ máy tính xách tay lên màn hình tivi nhưng tivi không có cổng HDMI, chỉ có cổng VGA. Để giải quyết tình huống này, Nam nên lựa chọn thiết bị/phụ kiện hỗ trợ nào?</w:t>
      </w:r>
    </w:p>
    <w:p>
      <w:pPr>
        <w:pStyle w:val="ListParagraph"/>
      </w:pPr>
      <w:r>
        <w:rPr>
          <w:sz w:val="22"/>
        </w:rPr>
        <w:t>A. Cáp chuyển đổi HDMI sang VGA</w:t>
      </w:r>
    </w:p>
    <w:p>
      <w:pPr>
        <w:pStyle w:val="ListParagraph"/>
      </w:pPr>
      <w:r>
        <w:rPr>
          <w:sz w:val="22"/>
        </w:rPr>
        <w:t>B. Cáp chuyển đổi VGA sang HDMI</w:t>
      </w:r>
    </w:p>
    <w:p>
      <w:pPr>
        <w:pStyle w:val="ListParagraph"/>
      </w:pPr>
      <w:r>
        <w:rPr>
          <w:sz w:val="22"/>
        </w:rPr>
        <w:t>C. Bộ chia HDMI</w:t>
      </w:r>
    </w:p>
    <w:p>
      <w:pPr>
        <w:pStyle w:val="ListParagraph"/>
      </w:pPr>
      <w:r>
        <w:rPr>
          <w:sz w:val="22"/>
        </w:rPr>
        <w:t>D. Cáp USB sang VGA</w:t>
      </w:r>
    </w:p>
    <w:p/>
    <w:p>
      <w:r>
        <w:rPr>
          <w:b/>
          <w:sz w:val="24"/>
        </w:rPr>
        <w:t>Câu 30: Dung lượng bộ nhớ lưu trữ còn trống của điện thoại là 2 GB. Bạn Lan muốn tải một bộ phim có dung lượng 2500 MB về máy. Điện thoại của bạn Lan có đủ dung lượng để lưu bộ phim này không? Vì sao?</w:t>
      </w:r>
    </w:p>
    <w:p>
      <w:pPr>
        <w:pStyle w:val="ListParagraph"/>
      </w:pPr>
      <w:r>
        <w:rPr>
          <w:sz w:val="22"/>
        </w:rPr>
        <w:t>A. Có, vì 2 GB = 2000 MB &lt; 2500 MB</w:t>
      </w:r>
    </w:p>
    <w:p>
      <w:pPr>
        <w:pStyle w:val="ListParagraph"/>
      </w:pPr>
      <w:r>
        <w:rPr>
          <w:sz w:val="22"/>
        </w:rPr>
        <w:t>B. Không, vì 2 GB = 2048 MB &lt; 2500 MB</w:t>
      </w:r>
    </w:p>
    <w:p>
      <w:pPr>
        <w:pStyle w:val="ListParagraph"/>
      </w:pPr>
      <w:r>
        <w:rPr>
          <w:sz w:val="22"/>
        </w:rPr>
        <w:t>C. Có, vì 2 GB = 2048 MB &gt; 2500 MB</w:t>
      </w:r>
    </w:p>
    <w:p>
      <w:pPr>
        <w:pStyle w:val="ListParagraph"/>
      </w:pPr>
      <w:r>
        <w:rPr>
          <w:sz w:val="22"/>
        </w:rPr>
        <w:t>D. Không, vì 2 GB = 2000 MB &gt; 2500 MB</w:t>
      </w:r>
    </w:p>
    <w:p/>
    <w:p>
      <w:r>
        <w:rPr>
          <w:b/>
          <w:sz w:val="24"/>
        </w:rPr>
        <w:t>Câu 31: Thiết bị nào sau đây đóng vai trò kết nối các máy tính trong mạng LAN?</w:t>
      </w:r>
    </w:p>
    <w:p>
      <w:pPr>
        <w:pStyle w:val="ListParagraph"/>
      </w:pPr>
      <w:r>
        <w:rPr>
          <w:sz w:val="22"/>
        </w:rPr>
        <w:t>A. Switch</w:t>
      </w:r>
    </w:p>
    <w:p>
      <w:pPr>
        <w:pStyle w:val="ListParagraph"/>
      </w:pPr>
      <w:r>
        <w:rPr>
          <w:sz w:val="22"/>
        </w:rPr>
        <w:t>B. Router</w:t>
      </w:r>
    </w:p>
    <w:p>
      <w:pPr>
        <w:pStyle w:val="ListParagraph"/>
      </w:pPr>
      <w:r>
        <w:rPr>
          <w:sz w:val="22"/>
        </w:rPr>
        <w:t>C. Modem</w:t>
      </w:r>
    </w:p>
    <w:p>
      <w:pPr>
        <w:pStyle w:val="ListParagraph"/>
      </w:pPr>
      <w:r>
        <w:rPr>
          <w:sz w:val="22"/>
        </w:rPr>
        <w:t>D. Hub</w:t>
      </w:r>
    </w:p>
    <w:p/>
    <w:p>
      <w:r>
        <w:rPr>
          <w:b/>
          <w:sz w:val="24"/>
        </w:rPr>
        <w:t>Câu 32: Dịch vụ nào sau đây trên Internet được sử dụng phổ biến nhất để tìm kiếm thông tin bằng từ khóa?</w:t>
      </w:r>
    </w:p>
    <w:p>
      <w:pPr>
        <w:pStyle w:val="ListParagraph"/>
      </w:pPr>
      <w:r>
        <w:rPr>
          <w:sz w:val="22"/>
        </w:rPr>
        <w:t>A. Email</w:t>
      </w:r>
    </w:p>
    <w:p>
      <w:pPr>
        <w:pStyle w:val="ListParagraph"/>
      </w:pPr>
      <w:r>
        <w:rPr>
          <w:sz w:val="22"/>
        </w:rPr>
        <w:t>B. Mạng xã hội</w:t>
      </w:r>
    </w:p>
    <w:p>
      <w:pPr>
        <w:pStyle w:val="ListParagraph"/>
      </w:pPr>
      <w:r>
        <w:rPr>
          <w:sz w:val="22"/>
        </w:rPr>
        <w:t>C. Công cụ tìm kiếm</w:t>
      </w:r>
    </w:p>
    <w:p>
      <w:pPr>
        <w:pStyle w:val="ListParagraph"/>
      </w:pPr>
      <w:r>
        <w:rPr>
          <w:sz w:val="22"/>
        </w:rPr>
        <w:t>D. Diễn đàn</w:t>
      </w:r>
    </w:p>
    <w:p/>
    <w:p>
      <w:r>
        <w:rPr>
          <w:b/>
          <w:sz w:val="24"/>
        </w:rPr>
        <w:t>Câu 33: Mạng Internet khác với mạng LAN ở điểm cơ bản nào sau đây?</w:t>
      </w:r>
    </w:p>
    <w:p>
      <w:pPr>
        <w:pStyle w:val="ListParagraph"/>
      </w:pPr>
      <w:r>
        <w:rPr>
          <w:sz w:val="22"/>
        </w:rPr>
        <w:t>A. Internet có phạm vi toàn cầu, LAN có phạm vi nhỏ</w:t>
      </w:r>
    </w:p>
    <w:p>
      <w:pPr>
        <w:pStyle w:val="ListParagraph"/>
      </w:pPr>
      <w:r>
        <w:rPr>
          <w:sz w:val="22"/>
        </w:rPr>
        <w:t>B. Internet sử dụng dây cáp, LAN không dây</w:t>
      </w:r>
    </w:p>
    <w:p>
      <w:pPr>
        <w:pStyle w:val="ListParagraph"/>
      </w:pPr>
      <w:r>
        <w:rPr>
          <w:sz w:val="22"/>
        </w:rPr>
        <w:t>C. Internet miễn phí, LAN có phí</w:t>
      </w:r>
    </w:p>
    <w:p>
      <w:pPr>
        <w:pStyle w:val="ListParagraph"/>
      </w:pPr>
      <w:r>
        <w:rPr>
          <w:sz w:val="22"/>
        </w:rPr>
        <w:t>D. Internet chỉ dùng cho máy tính, LAN dùng cho điện thoại</w:t>
      </w:r>
    </w:p>
    <w:p/>
    <w:p>
      <w:r>
        <w:rPr>
          <w:b/>
          <w:sz w:val="24"/>
        </w:rPr>
        <w:t>Câu 34: Hành vi nào sau đây là một nguy cơ lớn gây mất an toàn thông tin trên mạng?</w:t>
      </w:r>
    </w:p>
    <w:p>
      <w:pPr>
        <w:pStyle w:val="ListParagraph"/>
      </w:pPr>
      <w:r>
        <w:rPr>
          <w:sz w:val="22"/>
        </w:rPr>
        <w:t>A. Nhấp vào liên kết lạ trong email</w:t>
      </w:r>
    </w:p>
    <w:p>
      <w:pPr>
        <w:pStyle w:val="ListParagraph"/>
      </w:pPr>
      <w:r>
        <w:rPr>
          <w:sz w:val="22"/>
        </w:rPr>
        <w:t>B. Sử dụng mật khẩu mạnh</w:t>
      </w:r>
    </w:p>
    <w:p>
      <w:pPr>
        <w:pStyle w:val="ListParagraph"/>
      </w:pPr>
      <w:r>
        <w:rPr>
          <w:sz w:val="22"/>
        </w:rPr>
        <w:t>C. Cập nhật phần mềm diệt virus</w:t>
      </w:r>
    </w:p>
    <w:p>
      <w:pPr>
        <w:pStyle w:val="ListParagraph"/>
      </w:pPr>
      <w:r>
        <w:rPr>
          <w:sz w:val="22"/>
        </w:rPr>
        <w:t>D. Không chia sẻ thông tin cá nhân</w:t>
      </w:r>
    </w:p>
    <w:p/>
    <w:p>
      <w:r>
        <w:rPr>
          <w:b/>
          <w:sz w:val="24"/>
        </w:rPr>
        <w:t>Câu 35: Tại sao việc đặt mật khẩu tài khoản mạng xã hội dạng "123456" hoặc "password" lại cực kỳ nguy hiểm?</w:t>
      </w:r>
    </w:p>
    <w:p>
      <w:pPr>
        <w:pStyle w:val="ListParagraph"/>
      </w:pPr>
      <w:r>
        <w:rPr>
          <w:sz w:val="22"/>
        </w:rPr>
        <w:t>A. Vì dễ bị đoán và tấn công</w:t>
      </w:r>
    </w:p>
    <w:p>
      <w:pPr>
        <w:pStyle w:val="ListParagraph"/>
      </w:pPr>
      <w:r>
        <w:rPr>
          <w:sz w:val="22"/>
        </w:rPr>
        <w:t>B. Vì không đủ độ dài</w:t>
      </w:r>
    </w:p>
    <w:p>
      <w:pPr>
        <w:pStyle w:val="ListParagraph"/>
      </w:pPr>
      <w:r>
        <w:rPr>
          <w:sz w:val="22"/>
        </w:rPr>
        <w:t>C. Vì không có ký tự đặc biệt</w:t>
      </w:r>
    </w:p>
    <w:p>
      <w:pPr>
        <w:pStyle w:val="ListParagraph"/>
      </w:pPr>
      <w:r>
        <w:rPr>
          <w:sz w:val="22"/>
        </w:rPr>
        <w:t>D. Tất cả các lý do trên</w:t>
      </w:r>
    </w:p>
    <w:p/>
    <w:p>
      <w:r>
        <w:rPr>
          <w:b/>
          <w:sz w:val="24"/>
        </w:rPr>
        <w:t>Câu 36: Đâu không phải là một phần mềm dịch tự động?</w:t>
      </w:r>
    </w:p>
    <w:p>
      <w:pPr>
        <w:pStyle w:val="ListParagraph"/>
      </w:pPr>
      <w:r>
        <w:rPr>
          <w:sz w:val="22"/>
        </w:rPr>
        <w:t>A. Google Translate</w:t>
      </w:r>
    </w:p>
    <w:p>
      <w:pPr>
        <w:pStyle w:val="ListParagraph"/>
      </w:pPr>
      <w:r>
        <w:rPr>
          <w:sz w:val="22"/>
        </w:rPr>
        <w:t>B. Microsoft Translator</w:t>
      </w:r>
    </w:p>
    <w:p>
      <w:pPr>
        <w:pStyle w:val="ListParagraph"/>
      </w:pPr>
      <w:r>
        <w:rPr>
          <w:sz w:val="22"/>
        </w:rPr>
        <w:t>C. Từ điển Lạc Việt</w:t>
      </w:r>
    </w:p>
    <w:p>
      <w:pPr>
        <w:pStyle w:val="ListParagraph"/>
      </w:pPr>
      <w:r>
        <w:rPr>
          <w:sz w:val="22"/>
        </w:rPr>
        <w:t>D. Notepad++</w:t>
      </w:r>
    </w:p>
    <w:p/>
    <w:p>
      <w:r>
        <w:rPr>
          <w:b/>
          <w:sz w:val="24"/>
        </w:rPr>
        <w:t>Câu 37: Để dịch một file tài liệu PDF 10 trang từ tiếng Anh sang tiếng Việt mà vẫn giữ nguyên bố cục hình ảnh, bảng biểu và định dạng gốc, bạn nên sử dụng tính năng nào của Google Translate?</w:t>
      </w:r>
    </w:p>
    <w:p>
      <w:pPr>
        <w:pStyle w:val="ListParagraph"/>
      </w:pPr>
      <w:r>
        <w:rPr>
          <w:sz w:val="22"/>
        </w:rPr>
        <w:t>A. Dịch văn bản</w:t>
      </w:r>
    </w:p>
    <w:p>
      <w:pPr>
        <w:pStyle w:val="ListParagraph"/>
      </w:pPr>
      <w:r>
        <w:rPr>
          <w:sz w:val="22"/>
        </w:rPr>
        <w:t>B. Dịch tài liệu</w:t>
      </w:r>
    </w:p>
    <w:p>
      <w:pPr>
        <w:pStyle w:val="ListParagraph"/>
      </w:pPr>
      <w:r>
        <w:rPr>
          <w:sz w:val="22"/>
        </w:rPr>
        <w:t>C. Dịch trang web</w:t>
      </w:r>
    </w:p>
    <w:p>
      <w:pPr>
        <w:pStyle w:val="ListParagraph"/>
      </w:pPr>
      <w:r>
        <w:rPr>
          <w:sz w:val="22"/>
        </w:rPr>
        <w:t>D. Dịch hình ảnh</w:t>
      </w:r>
    </w:p>
    <w:p/>
    <w:p>
      <w:r>
        <w:rPr>
          <w:b/>
          <w:sz w:val="24"/>
        </w:rPr>
        <w:t>Câu 38: Hành động nào sau đây của một học sinh thể hiện việc khai thác tài nguyên từ Học liệu mở (OER) đúng bản chất và quy định bản quyền nhất?</w:t>
      </w:r>
    </w:p>
    <w:p>
      <w:pPr>
        <w:pStyle w:val="ListParagraph"/>
      </w:pPr>
      <w:r>
        <w:rPr>
          <w:sz w:val="22"/>
        </w:rPr>
        <w:t>A. Sử dụng tài liệu và ghi rõ nguồn</w:t>
      </w:r>
    </w:p>
    <w:p>
      <w:pPr>
        <w:pStyle w:val="ListParagraph"/>
      </w:pPr>
      <w:r>
        <w:rPr>
          <w:sz w:val="22"/>
        </w:rPr>
        <w:t>B. Sao chép nguyên văn không ghi nguồn</w:t>
      </w:r>
    </w:p>
    <w:p>
      <w:pPr>
        <w:pStyle w:val="ListParagraph"/>
      </w:pPr>
      <w:r>
        <w:rPr>
          <w:sz w:val="22"/>
        </w:rPr>
        <w:t>C. Chỉnh sửa và nhận là của mình</w:t>
      </w:r>
    </w:p>
    <w:p>
      <w:pPr>
        <w:pStyle w:val="ListParagraph"/>
      </w:pPr>
      <w:r>
        <w:rPr>
          <w:sz w:val="22"/>
        </w:rPr>
        <w:t>D. Bán lại tài liệu kiếm lời</w:t>
      </w:r>
    </w:p>
    <w:p/>
    <w:p>
      <w:r>
        <w:rPr>
          <w:b/>
          <w:sz w:val="24"/>
        </w:rPr>
        <w:t>Câu 39: Hành vi nào sau đây tuân thủ đúng quy tắc ứng xử văn minh trên môi trường số</w:t>
      </w:r>
    </w:p>
    <w:p>
      <w:pPr>
        <w:pStyle w:val="ListParagraph"/>
      </w:pPr>
      <w:r>
        <w:rPr>
          <w:sz w:val="22"/>
        </w:rPr>
        <w:t>A. Bình luận lịch sự, tôn trọng người khác</w:t>
      </w:r>
    </w:p>
    <w:p>
      <w:pPr>
        <w:pStyle w:val="ListParagraph"/>
      </w:pPr>
      <w:r>
        <w:rPr>
          <w:sz w:val="22"/>
        </w:rPr>
        <w:t>B. Chia sẻ thông tin chưa kiểm chứng</w:t>
      </w:r>
    </w:p>
    <w:p>
      <w:pPr>
        <w:pStyle w:val="ListParagraph"/>
      </w:pPr>
      <w:r>
        <w:rPr>
          <w:sz w:val="22"/>
        </w:rPr>
        <w:t>C. Sử dụng ngôn từ thô tục</w:t>
      </w:r>
    </w:p>
    <w:p>
      <w:pPr>
        <w:pStyle w:val="ListParagraph"/>
      </w:pPr>
      <w:r>
        <w:rPr>
          <w:sz w:val="22"/>
        </w:rPr>
        <w:t>D. Công kích cá nhân</w:t>
      </w:r>
    </w:p>
    <w:p/>
    <w:p>
      <w:r>
        <w:rPr>
          <w:b/>
          <w:sz w:val="24"/>
        </w:rPr>
        <w:t>Câu 40: Hành vi nào dưới đây được coi là vi phạm bản quyền sản phẩm số?</w:t>
      </w:r>
    </w:p>
    <w:p>
      <w:pPr>
        <w:pStyle w:val="ListParagraph"/>
      </w:pPr>
      <w:r>
        <w:rPr>
          <w:sz w:val="22"/>
        </w:rPr>
        <w:t>A. Sao chép phần mềm không mua bản quyền</w:t>
      </w:r>
    </w:p>
    <w:p>
      <w:pPr>
        <w:pStyle w:val="ListParagraph"/>
      </w:pPr>
      <w:r>
        <w:rPr>
          <w:sz w:val="22"/>
        </w:rPr>
        <w:t>B. Sử dụng phần mềm miễn phí có bản quyền</w:t>
      </w:r>
    </w:p>
    <w:p>
      <w:pPr>
        <w:pStyle w:val="ListParagraph"/>
      </w:pPr>
      <w:r>
        <w:rPr>
          <w:sz w:val="22"/>
        </w:rPr>
        <w:t>C. Mua phần mềm từ nhà cung cấp</w:t>
      </w:r>
    </w:p>
    <w:p>
      <w:pPr>
        <w:pStyle w:val="ListParagraph"/>
      </w:pPr>
      <w:r>
        <w:rPr>
          <w:sz w:val="22"/>
        </w:rPr>
        <w:t>D. Cài đặt phần mềm mã nguồn mở</w:t>
      </w:r>
    </w:p>
    <w:p/>
    <w:p>
      <w:r>
        <w:t>──────────────────────────────────────────────────</w:t>
      </w:r>
    </w:p>
    <w:p>
      <w:r>
        <w:rPr>
          <w:b/>
        </w:rPr>
        <w:t>BẢNG ĐÁP ÁN &amp; LỜI GIẢI CHI TIẾT</w:t>
      </w:r>
    </w:p>
    <w:p>
      <w:r>
        <w:rPr>
          <w:b/>
        </w:rPr>
        <w:t>Câu 1: Đáp án đúng: C</w:t>
      </w:r>
    </w:p>
    <w:p>
      <w:r>
        <w:rPr>
          <w:b/>
        </w:rPr>
        <w:t>Câu 2: Đáp án đúng: C</w:t>
      </w:r>
    </w:p>
    <w:p>
      <w:r>
        <w:rPr>
          <w:b/>
        </w:rPr>
        <w:t>Câu 3: Đáp án đúng: B</w:t>
      </w:r>
    </w:p>
    <w:p>
      <w:r>
        <w:rPr>
          <w:b/>
        </w:rPr>
        <w:t>Câu 4: Đáp án đúng: A</w:t>
      </w:r>
    </w:p>
    <w:p>
      <w:r>
        <w:rPr>
          <w:b/>
        </w:rPr>
        <w:t>Câu 5: Đáp án đúng: C</w:t>
      </w:r>
    </w:p>
    <w:p>
      <w:r>
        <w:rPr>
          <w:b/>
        </w:rPr>
        <w:t>Câu 6: Đáp án đúng: D</w:t>
      </w:r>
    </w:p>
    <w:p>
      <w:r>
        <w:rPr>
          <w:b/>
        </w:rPr>
        <w:t>Câu 7: Đáp án đúng: B</w:t>
      </w:r>
    </w:p>
    <w:p>
      <w:r>
        <w:rPr>
          <w:b/>
        </w:rPr>
        <w:t>Câu 8: Đáp án đúng: A</w:t>
      </w:r>
    </w:p>
    <w:p>
      <w:r>
        <w:rPr>
          <w:b/>
        </w:rPr>
        <w:t>Câu 9: Đáp án đúng: B</w:t>
      </w:r>
    </w:p>
    <w:p>
      <w:r>
        <w:rPr>
          <w:b/>
        </w:rPr>
        <w:t>Câu 10: Đáp án đúng: A</w:t>
      </w:r>
    </w:p>
    <w:p>
      <w:r>
        <w:rPr>
          <w:b/>
        </w:rPr>
        <w:t>Câu 11: Đáp án đúng: A</w:t>
      </w:r>
    </w:p>
    <w:p>
      <w:r>
        <w:rPr>
          <w:b/>
        </w:rPr>
        <w:t>Câu 12: Đáp án đúng: A</w:t>
      </w:r>
    </w:p>
    <w:p>
      <w:r>
        <w:rPr>
          <w:b/>
        </w:rPr>
        <w:t>Câu 13: Đáp án đúng: A</w:t>
      </w:r>
    </w:p>
    <w:p>
      <w:r>
        <w:rPr>
          <w:b/>
        </w:rPr>
        <w:t>Câu 14: Đáp án đúng: D</w:t>
      </w:r>
    </w:p>
    <w:p>
      <w:r>
        <w:rPr>
          <w:b/>
        </w:rPr>
        <w:t>Câu 15: Đáp án đúng: C</w:t>
      </w:r>
    </w:p>
    <w:p>
      <w:r>
        <w:rPr>
          <w:b/>
        </w:rPr>
        <w:t>Câu 16: Đáp án đúng: A</w:t>
      </w:r>
    </w:p>
    <w:p>
      <w:r>
        <w:rPr>
          <w:b/>
        </w:rPr>
        <w:t>Câu 17: Đáp án đúng: D</w:t>
      </w:r>
    </w:p>
    <w:p>
      <w:r>
        <w:rPr>
          <w:b/>
        </w:rPr>
        <w:t>Câu 18: Đáp án đúng: B</w:t>
      </w:r>
    </w:p>
    <w:p>
      <w:r>
        <w:rPr>
          <w:b/>
        </w:rPr>
        <w:t>Câu 19: Đáp án đúng: B</w:t>
      </w:r>
    </w:p>
    <w:p>
      <w:r>
        <w:rPr>
          <w:b/>
        </w:rPr>
        <w:t>Câu 20: Đáp án đúng: A</w:t>
      </w:r>
    </w:p>
    <w:p>
      <w:r>
        <w:rPr>
          <w:b/>
        </w:rPr>
        <w:t>Câu 21: Đáp án đúng: B</w:t>
      </w:r>
    </w:p>
    <w:p>
      <w:r>
        <w:rPr>
          <w:b/>
        </w:rPr>
        <w:t>Câu 22: Đáp án đúng: A</w:t>
      </w:r>
    </w:p>
    <w:p>
      <w:r>
        <w:rPr>
          <w:b/>
        </w:rPr>
        <w:t>Câu 23: Đáp án đúng: C</w:t>
      </w:r>
    </w:p>
    <w:p>
      <w:r>
        <w:rPr>
          <w:b/>
        </w:rPr>
        <w:t>Câu 24: Đáp án đúng: D</w:t>
      </w:r>
    </w:p>
    <w:p>
      <w:r>
        <w:rPr>
          <w:b/>
        </w:rPr>
        <w:t>Câu 25: Đáp án đúng: B</w:t>
      </w:r>
    </w:p>
    <w:p>
      <w:r>
        <w:rPr>
          <w:b/>
        </w:rPr>
        <w:t>Câu 26: Đáp án đúng: A</w:t>
      </w:r>
    </w:p>
    <w:p>
      <w:r>
        <w:rPr>
          <w:b/>
        </w:rPr>
        <w:t>Câu 27: Đáp án đúng: D</w:t>
      </w:r>
    </w:p>
    <w:p>
      <w:r>
        <w:rPr>
          <w:b/>
        </w:rPr>
        <w:t>Câu 28: Đáp án đúng: A</w:t>
      </w:r>
    </w:p>
    <w:p>
      <w:r>
        <w:rPr>
          <w:b/>
        </w:rPr>
        <w:t>Câu 29: Đáp án đúng: A</w:t>
      </w:r>
    </w:p>
    <w:p>
      <w:r>
        <w:rPr>
          <w:b/>
        </w:rPr>
        <w:t>Câu 30: Đáp án đúng: B</w:t>
      </w:r>
    </w:p>
    <w:p>
      <w:r>
        <w:rPr>
          <w:b/>
        </w:rPr>
        <w:t>Câu 31: Đáp án đúng: A</w:t>
      </w:r>
    </w:p>
    <w:p>
      <w:r>
        <w:rPr>
          <w:b/>
        </w:rPr>
        <w:t>Câu 32: Đáp án đúng: C</w:t>
      </w:r>
    </w:p>
    <w:p>
      <w:r>
        <w:rPr>
          <w:b/>
        </w:rPr>
        <w:t>Câu 33: Đáp án đúng: A</w:t>
      </w:r>
    </w:p>
    <w:p>
      <w:r>
        <w:rPr>
          <w:b/>
        </w:rPr>
        <w:t>Câu 34: Đáp án đúng: A</w:t>
      </w:r>
    </w:p>
    <w:p>
      <w:r>
        <w:rPr>
          <w:b/>
        </w:rPr>
        <w:t>Câu 35: Đáp án đúng: D</w:t>
      </w:r>
    </w:p>
    <w:p>
      <w:r>
        <w:rPr>
          <w:b/>
        </w:rPr>
        <w:t>Câu 36: Đáp án đúng: D</w:t>
      </w:r>
    </w:p>
    <w:p>
      <w:r>
        <w:rPr>
          <w:b/>
        </w:rPr>
        <w:t>Câu 37: Đáp án đúng: B</w:t>
      </w:r>
    </w:p>
    <w:p>
      <w:r>
        <w:rPr>
          <w:b/>
        </w:rPr>
        <w:t>Câu 38: Đáp án đúng: A</w:t>
      </w:r>
    </w:p>
    <w:p>
      <w:r>
        <w:rPr>
          <w:b/>
        </w:rPr>
        <w:t>Câu 39: Đáp án đúng: A</w:t>
      </w:r>
    </w:p>
    <w:p>
      <w:r>
        <w:rPr>
          <w:b/>
        </w:rPr>
        <w:t>Câu 40: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