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Trung: cho các câu về các bài từ giáo trình hán ngữ bài 1 đến bài 13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Chọn từ đúng điền vào chỗ trống: 我___中国人。</w:t>
      </w:r>
    </w:p>
    <w:p>
      <w:pPr>
        <w:pStyle w:val="ListParagraph"/>
      </w:pPr>
      <w:r>
        <w:rPr>
          <w:sz w:val="22"/>
        </w:rPr>
        <w:t>A. 在</w:t>
      </w:r>
    </w:p>
    <w:p>
      <w:pPr>
        <w:pStyle w:val="ListParagraph"/>
      </w:pPr>
      <w:r>
        <w:rPr>
          <w:sz w:val="22"/>
        </w:rPr>
        <w:t>B. 叫</w:t>
      </w:r>
    </w:p>
    <w:p>
      <w:pPr>
        <w:pStyle w:val="ListParagraph"/>
      </w:pPr>
      <w:r>
        <w:rPr>
          <w:sz w:val="22"/>
        </w:rPr>
        <w:t>C. 有</w:t>
      </w:r>
    </w:p>
    <w:p>
      <w:pPr>
        <w:pStyle w:val="ListParagraph"/>
      </w:pPr>
      <w:r>
        <w:rPr>
          <w:sz w:val="22"/>
        </w:rPr>
        <w:t>D. 是</w:t>
      </w:r>
    </w:p>
    <w:p/>
    <w:p>
      <w:r>
        <w:rPr>
          <w:b/>
          <w:sz w:val="24"/>
        </w:rPr>
        <w:t>Câu 2: Câu nào sau đây có nghĩa là 'Tôi tên là Vương Minh'?</w:t>
      </w:r>
    </w:p>
    <w:p>
      <w:pPr>
        <w:pStyle w:val="ListParagraph"/>
      </w:pPr>
      <w:r>
        <w:rPr>
          <w:sz w:val="22"/>
        </w:rPr>
        <w:t>A. 他叫王明。</w:t>
      </w:r>
    </w:p>
    <w:p>
      <w:pPr>
        <w:pStyle w:val="ListParagraph"/>
      </w:pPr>
      <w:r>
        <w:rPr>
          <w:sz w:val="22"/>
        </w:rPr>
        <w:t>B. 我叫王明。</w:t>
      </w:r>
    </w:p>
    <w:p>
      <w:pPr>
        <w:pStyle w:val="ListParagraph"/>
      </w:pPr>
      <w:r>
        <w:rPr>
          <w:sz w:val="22"/>
        </w:rPr>
        <w:t>C. 我姓王明。</w:t>
      </w:r>
    </w:p>
    <w:p>
      <w:pPr>
        <w:pStyle w:val="ListParagraph"/>
      </w:pPr>
      <w:r>
        <w:rPr>
          <w:sz w:val="22"/>
        </w:rPr>
        <w:t>D. 我是王明吗？</w:t>
      </w:r>
    </w:p>
    <w:p/>
    <w:p>
      <w:r>
        <w:rPr>
          <w:b/>
          <w:sz w:val="24"/>
        </w:rPr>
        <w:t>Câu 3: Chọn từ đúng điền vào chỗ trống: 你___哪国人？</w:t>
      </w:r>
    </w:p>
    <w:p>
      <w:pPr>
        <w:pStyle w:val="ListParagraph"/>
      </w:pPr>
      <w:r>
        <w:rPr>
          <w:sz w:val="22"/>
        </w:rPr>
        <w:t>A. 叫</w:t>
      </w:r>
    </w:p>
    <w:p>
      <w:pPr>
        <w:pStyle w:val="ListParagraph"/>
      </w:pPr>
      <w:r>
        <w:rPr>
          <w:sz w:val="22"/>
        </w:rPr>
        <w:t>B. 是</w:t>
      </w:r>
    </w:p>
    <w:p>
      <w:pPr>
        <w:pStyle w:val="ListParagraph"/>
      </w:pPr>
      <w:r>
        <w:rPr>
          <w:sz w:val="22"/>
        </w:rPr>
        <w:t>C. 去</w:t>
      </w:r>
    </w:p>
    <w:p>
      <w:pPr>
        <w:pStyle w:val="ListParagraph"/>
      </w:pPr>
      <w:r>
        <w:rPr>
          <w:sz w:val="22"/>
        </w:rPr>
        <w:t>D. 有</w:t>
      </w:r>
    </w:p>
    <w:p/>
    <w:p>
      <w:r>
        <w:rPr>
          <w:b/>
          <w:sz w:val="24"/>
        </w:rPr>
        <w:t>Câu 4: Đáp án đúng cho câu hỏi '你叫什么名字？' là gì?</w:t>
      </w:r>
    </w:p>
    <w:p>
      <w:pPr>
        <w:pStyle w:val="ListParagraph"/>
      </w:pPr>
      <w:r>
        <w:rPr>
          <w:sz w:val="22"/>
        </w:rPr>
        <w:t>A. 我二十岁。</w:t>
      </w:r>
    </w:p>
    <w:p>
      <w:pPr>
        <w:pStyle w:val="ListParagraph"/>
      </w:pPr>
      <w:r>
        <w:rPr>
          <w:sz w:val="22"/>
        </w:rPr>
        <w:t>B. 我很好。</w:t>
      </w:r>
    </w:p>
    <w:p>
      <w:pPr>
        <w:pStyle w:val="ListParagraph"/>
      </w:pPr>
      <w:r>
        <w:rPr>
          <w:sz w:val="22"/>
        </w:rPr>
        <w:t>C. 我是老师。</w:t>
      </w:r>
    </w:p>
    <w:p>
      <w:pPr>
        <w:pStyle w:val="ListParagraph"/>
      </w:pPr>
      <w:r>
        <w:rPr>
          <w:sz w:val="22"/>
        </w:rPr>
        <w:t>D. 我叫李明。</w:t>
      </w:r>
    </w:p>
    <w:p/>
    <w:p>
      <w:r>
        <w:rPr>
          <w:b/>
          <w:sz w:val="24"/>
        </w:rPr>
        <w:t>Câu 5: Chọn từ đúng điền vào chỗ trống: 他___汉语。</w:t>
      </w:r>
    </w:p>
    <w:p>
      <w:pPr>
        <w:pStyle w:val="ListParagraph"/>
      </w:pPr>
      <w:r>
        <w:rPr>
          <w:sz w:val="22"/>
        </w:rPr>
        <w:t>A. 是</w:t>
      </w:r>
    </w:p>
    <w:p>
      <w:pPr>
        <w:pStyle w:val="ListParagraph"/>
      </w:pPr>
      <w:r>
        <w:rPr>
          <w:sz w:val="22"/>
        </w:rPr>
        <w:t>B. 有</w:t>
      </w:r>
    </w:p>
    <w:p>
      <w:pPr>
        <w:pStyle w:val="ListParagraph"/>
      </w:pPr>
      <w:r>
        <w:rPr>
          <w:sz w:val="22"/>
        </w:rPr>
        <w:t>C. 学</w:t>
      </w:r>
    </w:p>
    <w:p>
      <w:pPr>
        <w:pStyle w:val="ListParagraph"/>
      </w:pPr>
      <w:r>
        <w:rPr>
          <w:sz w:val="22"/>
        </w:rPr>
        <w:t>D. 叫</w:t>
      </w:r>
    </w:p>
    <w:p/>
    <w:p>
      <w:r>
        <w:rPr>
          <w:b/>
          <w:sz w:val="24"/>
        </w:rPr>
        <w:t>Câu 6: Câu nào sau đây có nghĩa là 'Đây là bạn tôi'?</w:t>
      </w:r>
    </w:p>
    <w:p>
      <w:pPr>
        <w:pStyle w:val="ListParagraph"/>
      </w:pPr>
      <w:r>
        <w:rPr>
          <w:sz w:val="22"/>
        </w:rPr>
        <w:t>A. 他有朋友。</w:t>
      </w:r>
    </w:p>
    <w:p>
      <w:pPr>
        <w:pStyle w:val="ListParagraph"/>
      </w:pPr>
      <w:r>
        <w:rPr>
          <w:sz w:val="22"/>
        </w:rPr>
        <w:t>B. 这是我朋友。</w:t>
      </w:r>
    </w:p>
    <w:p>
      <w:pPr>
        <w:pStyle w:val="ListParagraph"/>
      </w:pPr>
      <w:r>
        <w:rPr>
          <w:sz w:val="22"/>
        </w:rPr>
        <w:t>C. 我是朋友。</w:t>
      </w:r>
    </w:p>
    <w:p>
      <w:pPr>
        <w:pStyle w:val="ListParagraph"/>
      </w:pPr>
      <w:r>
        <w:rPr>
          <w:sz w:val="22"/>
        </w:rPr>
        <w:t>D. 那是我朋友。</w:t>
      </w:r>
    </w:p>
    <w:p/>
    <w:p>
      <w:r>
        <w:rPr>
          <w:b/>
          <w:sz w:val="24"/>
        </w:rPr>
        <w:t>Câu 7: Chọn từ đúng điền vào chỗ trống: 我们班有二十___学生。</w:t>
      </w:r>
    </w:p>
    <w:p>
      <w:pPr>
        <w:pStyle w:val="ListParagraph"/>
      </w:pPr>
      <w:r>
        <w:rPr>
          <w:sz w:val="22"/>
        </w:rPr>
        <w:t>A. 只</w:t>
      </w:r>
    </w:p>
    <w:p>
      <w:pPr>
        <w:pStyle w:val="ListParagraph"/>
      </w:pPr>
      <w:r>
        <w:rPr>
          <w:sz w:val="22"/>
        </w:rPr>
        <w:t>B. 口</w:t>
      </w:r>
    </w:p>
    <w:p>
      <w:pPr>
        <w:pStyle w:val="ListParagraph"/>
      </w:pPr>
      <w:r>
        <w:rPr>
          <w:sz w:val="22"/>
        </w:rPr>
        <w:t>C. 本</w:t>
      </w:r>
    </w:p>
    <w:p>
      <w:pPr>
        <w:pStyle w:val="ListParagraph"/>
      </w:pPr>
      <w:r>
        <w:rPr>
          <w:sz w:val="22"/>
        </w:rPr>
        <w:t>D. 个</w:t>
      </w:r>
    </w:p>
    <w:p/>
    <w:p>
      <w:r>
        <w:rPr>
          <w:b/>
          <w:sz w:val="24"/>
        </w:rPr>
        <w:t>Câu 8: Câu nào sau đây có nghĩa là 'Tôi có hai quyển sách tiếng Hán'?</w:t>
      </w:r>
    </w:p>
    <w:p>
      <w:pPr>
        <w:pStyle w:val="ListParagraph"/>
      </w:pPr>
      <w:r>
        <w:rPr>
          <w:sz w:val="22"/>
        </w:rPr>
        <w:t>A. 我有两个汉语书。</w:t>
      </w:r>
    </w:p>
    <w:p>
      <w:pPr>
        <w:pStyle w:val="ListParagraph"/>
      </w:pPr>
      <w:r>
        <w:rPr>
          <w:sz w:val="22"/>
        </w:rPr>
        <w:t>B. 我有两本汉语书。</w:t>
      </w:r>
    </w:p>
    <w:p>
      <w:pPr>
        <w:pStyle w:val="ListParagraph"/>
      </w:pPr>
      <w:r>
        <w:rPr>
          <w:sz w:val="22"/>
        </w:rPr>
        <w:t>C. 我两本有汉语书。</w:t>
      </w:r>
    </w:p>
    <w:p>
      <w:pPr>
        <w:pStyle w:val="ListParagraph"/>
      </w:pPr>
      <w:r>
        <w:rPr>
          <w:sz w:val="22"/>
        </w:rPr>
        <w:t>D. 我有两汉语本书。</w:t>
      </w:r>
    </w:p>
    <w:p/>
    <w:p>
      <w:r>
        <w:rPr>
          <w:b/>
          <w:sz w:val="24"/>
        </w:rPr>
        <w:t>Câu 9: Chọn từ đúng điền vào chỗ trống: 你爸爸___工作？</w:t>
      </w:r>
    </w:p>
    <w:p>
      <w:pPr>
        <w:pStyle w:val="ListParagraph"/>
      </w:pPr>
      <w:r>
        <w:rPr>
          <w:sz w:val="22"/>
        </w:rPr>
        <w:t>A. 几</w:t>
      </w:r>
    </w:p>
    <w:p>
      <w:pPr>
        <w:pStyle w:val="ListParagraph"/>
      </w:pPr>
      <w:r>
        <w:rPr>
          <w:sz w:val="22"/>
        </w:rPr>
        <w:t>B. 在哪儿</w:t>
      </w:r>
    </w:p>
    <w:p>
      <w:pPr>
        <w:pStyle w:val="ListParagraph"/>
      </w:pPr>
      <w:r>
        <w:rPr>
          <w:sz w:val="22"/>
        </w:rPr>
        <w:t>C. 谁</w:t>
      </w:r>
    </w:p>
    <w:p>
      <w:pPr>
        <w:pStyle w:val="ListParagraph"/>
      </w:pPr>
      <w:r>
        <w:rPr>
          <w:sz w:val="22"/>
        </w:rPr>
        <w:t>D. 什么</w:t>
      </w:r>
    </w:p>
    <w:p/>
    <w:p>
      <w:r>
        <w:rPr>
          <w:b/>
          <w:sz w:val="24"/>
        </w:rPr>
        <w:t>Câu 10: Đáp án đúng cho câu hỏi '你今年多大？' là gì?</w:t>
      </w:r>
    </w:p>
    <w:p>
      <w:pPr>
        <w:pStyle w:val="ListParagraph"/>
      </w:pPr>
      <w:r>
        <w:rPr>
          <w:sz w:val="22"/>
        </w:rPr>
        <w:t>A. 我今年二十岁。</w:t>
      </w:r>
    </w:p>
    <w:p>
      <w:pPr>
        <w:pStyle w:val="ListParagraph"/>
      </w:pPr>
      <w:r>
        <w:rPr>
          <w:sz w:val="22"/>
        </w:rPr>
        <w:t>B. 我今年是学生。</w:t>
      </w:r>
    </w:p>
    <w:p>
      <w:pPr>
        <w:pStyle w:val="ListParagraph"/>
      </w:pPr>
      <w:r>
        <w:rPr>
          <w:sz w:val="22"/>
        </w:rPr>
        <w:t>C. 我今年在中国。</w:t>
      </w:r>
    </w:p>
    <w:p>
      <w:pPr>
        <w:pStyle w:val="ListParagraph"/>
      </w:pPr>
      <w:r>
        <w:rPr>
          <w:sz w:val="22"/>
        </w:rPr>
        <w:t>D. 我今年很好。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Động từ 是 dùng để biểu thị quan hệ 'là', phù hợp với câu giới thiệu quốc tịch.</w:t>
      </w:r>
    </w:p>
    <w:p>
      <w:r>
        <w:rPr>
          <w:b/>
        </w:rPr>
        <w:t>Câu 2: Đáp án đúng: B</w:t>
      </w:r>
    </w:p>
    <w:p>
      <w:r>
        <w:rPr>
          <w:i/>
        </w:rPr>
        <w:t>Giải thích: Mẫu câu 我叫 + tên dùng để tự giới thiệu tên của mình.</w:t>
      </w:r>
    </w:p>
    <w:p>
      <w:r>
        <w:rPr>
          <w:b/>
        </w:rPr>
        <w:t>Câu 3: Đáp án đúng: B</w:t>
      </w:r>
    </w:p>
    <w:p>
      <w:r>
        <w:rPr>
          <w:i/>
        </w:rPr>
        <w:t>Giải thích: Câu hỏi 你是哪国人？ dùng 是 để hỏi về quốc tịch.</w:t>
      </w:r>
    </w:p>
    <w:p>
      <w:r>
        <w:rPr>
          <w:b/>
        </w:rPr>
        <w:t>Câu 4: Đáp án đúng: D</w:t>
      </w:r>
    </w:p>
    <w:p>
      <w:r>
        <w:rPr>
          <w:i/>
        </w:rPr>
        <w:t>Giải thích: Câu hỏi 你叫什么名字？ hỏi tên, nên trả lời bằng 我叫 + tên.</w:t>
      </w:r>
    </w:p>
    <w:p>
      <w:r>
        <w:rPr>
          <w:b/>
        </w:rPr>
        <w:t>Câu 5: Đáp án đúng: C</w:t>
      </w:r>
    </w:p>
    <w:p>
      <w:r>
        <w:rPr>
          <w:i/>
        </w:rPr>
        <w:t>Giải thích: Động từ 学 (học) phù hợp với tân ngữ 汉语 (tiếng Hán).</w:t>
      </w:r>
    </w:p>
    <w:p>
      <w:r>
        <w:rPr>
          <w:b/>
        </w:rPr>
        <w:t>Câu 6: Đáp án đúng: B</w:t>
      </w:r>
    </w:p>
    <w:p>
      <w:r>
        <w:rPr>
          <w:i/>
        </w:rPr>
        <w:t>Giải thích: 这是我朋友 dùng 这 (đây) và 是 để giới thiệu người bạn.</w:t>
      </w:r>
    </w:p>
    <w:p>
      <w:r>
        <w:rPr>
          <w:b/>
        </w:rPr>
        <w:t>Câu 7: Đáp án đúng: D</w:t>
      </w:r>
    </w:p>
    <w:p>
      <w:r>
        <w:rPr>
          <w:i/>
        </w:rPr>
        <w:t>Giải thích: Lượng từ 个 dùng để đếm người trong câu 二十个学生.</w:t>
      </w:r>
    </w:p>
    <w:p>
      <w:r>
        <w:rPr>
          <w:b/>
        </w:rPr>
        <w:t>Câu 8: Đáp án đúng: B</w:t>
      </w:r>
    </w:p>
    <w:p>
      <w:r>
        <w:rPr>
          <w:i/>
        </w:rPr>
        <w:t>Giải thích: Danh từ 书 dùng lượng từ 本, nên câu đúng là 我有两本汉语书。</w:t>
      </w:r>
    </w:p>
    <w:p>
      <w:r>
        <w:rPr>
          <w:b/>
        </w:rPr>
        <w:t>Câu 9: Đáp án đúng: B</w:t>
      </w:r>
    </w:p>
    <w:p>
      <w:r>
        <w:rPr>
          <w:i/>
        </w:rPr>
        <w:t>Giải thích: 在哪儿 hỏi về địa điểm làm việc, phù hợp với câu 你爸爸在哪儿工作？</w:t>
      </w:r>
    </w:p>
    <w:p>
      <w:r>
        <w:rPr>
          <w:b/>
        </w:rPr>
        <w:t>Câu 10: Đáp án đúng: A</w:t>
      </w:r>
    </w:p>
    <w:p>
      <w:r>
        <w:rPr>
          <w:i/>
        </w:rPr>
        <w:t>Giải thích: Câu hỏi 你今年多大？ hỏi tuổi, nên trả lời bằng 我今年 + số tuổi + 岁.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