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Hoá 11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Yếu tố nào sau đây luôn làm tăng tốc độ phản ứng hóa học?</w:t>
      </w:r>
    </w:p>
    <w:p>
      <w:pPr>
        <w:pStyle w:val="ListParagraph"/>
      </w:pPr>
      <w:r>
        <w:rPr>
          <w:sz w:val="22"/>
        </w:rPr>
        <w:t>A. Giảm nhiệt độ</w:t>
      </w:r>
    </w:p>
    <w:p>
      <w:pPr>
        <w:pStyle w:val="ListParagraph"/>
      </w:pPr>
      <w:r>
        <w:rPr>
          <w:sz w:val="22"/>
        </w:rPr>
        <w:t>B. Tăng nồng độ chất phản ứng</w:t>
      </w:r>
    </w:p>
    <w:p>
      <w:pPr>
        <w:pStyle w:val="ListParagraph"/>
      </w:pPr>
      <w:r>
        <w:rPr>
          <w:sz w:val="22"/>
        </w:rPr>
        <w:t>C. Tăng thể tích bình phản ứng</w:t>
      </w:r>
    </w:p>
    <w:p>
      <w:pPr>
        <w:pStyle w:val="ListParagraph"/>
      </w:pPr>
      <w:r>
        <w:rPr>
          <w:sz w:val="22"/>
        </w:rPr>
        <w:t>D. Thêm chất xúc tác âm</w:t>
      </w:r>
    </w:p>
    <w:p/>
    <w:p>
      <w:r>
        <w:rPr>
          <w:b/>
          <w:sz w:val="24"/>
        </w:rPr>
        <w:t>Câu 2: Cho cân bằng: $N_2(k) + 3H_2(k) \rightleftharpoons 2NH_3(k)$, $\Delta H &lt; 0$. Cân bằng chuyển dịch theo chiều nghịch khi</w:t>
      </w:r>
    </w:p>
    <w:p>
      <w:pPr>
        <w:pStyle w:val="ListParagraph"/>
      </w:pPr>
      <w:r>
        <w:rPr>
          <w:sz w:val="22"/>
        </w:rPr>
        <w:t>A. giảm nhiệt độ</w:t>
      </w:r>
    </w:p>
    <w:p>
      <w:pPr>
        <w:pStyle w:val="ListParagraph"/>
      </w:pPr>
      <w:r>
        <w:rPr>
          <w:sz w:val="22"/>
        </w:rPr>
        <w:t>B. tăng nhiệt độ</w:t>
      </w:r>
    </w:p>
    <w:p>
      <w:pPr>
        <w:pStyle w:val="ListParagraph"/>
      </w:pPr>
      <w:r>
        <w:rPr>
          <w:sz w:val="22"/>
        </w:rPr>
        <w:t>C. tăng áp suất</w:t>
      </w:r>
    </w:p>
    <w:p>
      <w:pPr>
        <w:pStyle w:val="ListParagraph"/>
      </w:pPr>
      <w:r>
        <w:rPr>
          <w:sz w:val="22"/>
        </w:rPr>
        <w:t>D. thêm xúc tác</w:t>
      </w:r>
    </w:p>
    <w:p/>
    <w:p>
      <w:r>
        <w:rPr>
          <w:b/>
          <w:sz w:val="24"/>
        </w:rPr>
        <w:t>Câu 3: Hằng số cân bằng $K_C$ của phản ứng $aA + bB \rightleftharpoons cC + dD$ (các chất ở trạng thái dung dịch/khí) được biểu diễn là</w:t>
      </w:r>
    </w:p>
    <w:p>
      <w:pPr>
        <w:pStyle w:val="ListParagraph"/>
      </w:pPr>
      <w:r>
        <w:rPr>
          <w:sz w:val="22"/>
        </w:rPr>
        <w:t>A. $K_C = \frac{[A]^a[B]^b}{[C]^c[D]^d}$</w:t>
      </w:r>
    </w:p>
    <w:p>
      <w:pPr>
        <w:pStyle w:val="ListParagraph"/>
      </w:pPr>
      <w:r>
        <w:rPr>
          <w:sz w:val="22"/>
        </w:rPr>
        <w:t>B. $K_C = \frac{[C]^c[D]^d}{[A]^a[B]^b}$</w:t>
      </w:r>
    </w:p>
    <w:p>
      <w:pPr>
        <w:pStyle w:val="ListParagraph"/>
      </w:pPr>
      <w:r>
        <w:rPr>
          <w:sz w:val="22"/>
        </w:rPr>
        <w:t>C. $K_C = \frac{[A]^a + [B]^b}{[C]^c + [D]^d}$</w:t>
      </w:r>
    </w:p>
    <w:p>
      <w:pPr>
        <w:pStyle w:val="ListParagraph"/>
      </w:pPr>
      <w:r>
        <w:rPr>
          <w:sz w:val="22"/>
        </w:rPr>
        <w:t>D. $K_C = \frac{[C]^c + [D]^d}{[A]^a + [B]^b}$</w:t>
      </w:r>
    </w:p>
    <w:p/>
    <w:p>
      <w:r>
        <w:rPr>
          <w:b/>
          <w:sz w:val="24"/>
        </w:rPr>
        <w:t>Câu 4: Cho cân bằng: $2SO_2(k) + O_2(k) \rightleftharpoons 2SO_3(k)$. Khi tăng áp suất chung của hệ, cân bằng sẽ</w:t>
      </w:r>
    </w:p>
    <w:p>
      <w:pPr>
        <w:pStyle w:val="ListParagraph"/>
      </w:pPr>
      <w:r>
        <w:rPr>
          <w:sz w:val="22"/>
        </w:rPr>
        <w:t>A. chuyển dịch theo chiều thuận</w:t>
      </w:r>
    </w:p>
    <w:p>
      <w:pPr>
        <w:pStyle w:val="ListParagraph"/>
      </w:pPr>
      <w:r>
        <w:rPr>
          <w:sz w:val="22"/>
        </w:rPr>
        <w:t>B. chuyển dịch theo chiều nghịch</w:t>
      </w:r>
    </w:p>
    <w:p>
      <w:pPr>
        <w:pStyle w:val="ListParagraph"/>
      </w:pPr>
      <w:r>
        <w:rPr>
          <w:sz w:val="22"/>
        </w:rPr>
        <w:t>C. không chuyển dịch</w:t>
      </w:r>
    </w:p>
    <w:p>
      <w:pPr>
        <w:pStyle w:val="ListParagraph"/>
      </w:pPr>
      <w:r>
        <w:rPr>
          <w:sz w:val="22"/>
        </w:rPr>
        <w:t>D. chuyển dịch theo chiều tạo $SO_2$</w:t>
      </w:r>
    </w:p>
    <w:p/>
    <w:p>
      <w:r>
        <w:rPr>
          <w:b/>
          <w:sz w:val="24"/>
        </w:rPr>
        <w:t>Câu 5: Chất xúc tác có tác dụng nào sau đây?</w:t>
      </w:r>
    </w:p>
    <w:p>
      <w:pPr>
        <w:pStyle w:val="ListParagraph"/>
      </w:pPr>
      <w:r>
        <w:rPr>
          <w:sz w:val="22"/>
        </w:rPr>
        <w:t>A. Chỉ làm tăng tốc độ phản ứng thuận</w:t>
      </w:r>
    </w:p>
    <w:p>
      <w:pPr>
        <w:pStyle w:val="ListParagraph"/>
      </w:pPr>
      <w:r>
        <w:rPr>
          <w:sz w:val="22"/>
        </w:rPr>
        <w:t>B. Chỉ làm tăng tốc độ phản ứng nghịch</w:t>
      </w:r>
    </w:p>
    <w:p>
      <w:pPr>
        <w:pStyle w:val="ListParagraph"/>
      </w:pPr>
      <w:r>
        <w:rPr>
          <w:sz w:val="22"/>
        </w:rPr>
        <w:t>C. Làm tăng tốc độ cả phản ứng thuận và nghịch, không làm chuyển dịch cân bằng</w:t>
      </w:r>
    </w:p>
    <w:p>
      <w:pPr>
        <w:pStyle w:val="ListParagraph"/>
      </w:pPr>
      <w:r>
        <w:rPr>
          <w:sz w:val="22"/>
        </w:rPr>
        <w:t>D. Làm chuyển dịch cân bằng theo chiều thuận</w:t>
      </w:r>
    </w:p>
    <w:p/>
    <w:p>
      <w:r>
        <w:rPr>
          <w:b/>
          <w:sz w:val="24"/>
        </w:rPr>
        <w:t>Câu 6: Cho cân bằng: $CaCO_3(r) \rightleftharpoons CaO(r) + CO_2(k)$. Hằng số cân bằng $K_C$ của phản ứng là</w:t>
      </w:r>
    </w:p>
    <w:p>
      <w:pPr>
        <w:pStyle w:val="ListParagraph"/>
      </w:pPr>
      <w:r>
        <w:rPr>
          <w:sz w:val="22"/>
        </w:rPr>
        <w:t>A. $K_C = \frac{[CaO][CO_2]}{[CaCO_3]}$</w:t>
      </w:r>
    </w:p>
    <w:p>
      <w:pPr>
        <w:pStyle w:val="ListParagraph"/>
      </w:pPr>
      <w:r>
        <w:rPr>
          <w:sz w:val="22"/>
        </w:rPr>
        <w:t>B. $K_C = [CO_2]$</w:t>
      </w:r>
    </w:p>
    <w:p>
      <w:pPr>
        <w:pStyle w:val="ListParagraph"/>
      </w:pPr>
      <w:r>
        <w:rPr>
          <w:sz w:val="22"/>
        </w:rPr>
        <w:t>C. $K_C = \frac{[CaCO_3]}{[CaO][CO_2]}$</w:t>
      </w:r>
    </w:p>
    <w:p>
      <w:pPr>
        <w:pStyle w:val="ListParagraph"/>
      </w:pPr>
      <w:r>
        <w:rPr>
          <w:sz w:val="22"/>
        </w:rPr>
        <w:t>D. $K_C = \frac{[CaO]}{[CaCO_3]}$</w:t>
      </w:r>
    </w:p>
    <w:p/>
    <w:p>
      <w:r>
        <w:rPr>
          <w:b/>
          <w:sz w:val="24"/>
        </w:rPr>
        <w:t>Câu 7: Tốc độ phản ứng trung bình của phản ứng $A \to B$ được tính theo biểu thức</w:t>
      </w:r>
    </w:p>
    <w:p>
      <w:pPr>
        <w:pStyle w:val="ListParagraph"/>
      </w:pPr>
      <w:r>
        <w:rPr>
          <w:sz w:val="22"/>
        </w:rPr>
        <w:t>A. $v = \frac{\Delta [A]}{\Delta t}$</w:t>
      </w:r>
    </w:p>
    <w:p>
      <w:pPr>
        <w:pStyle w:val="ListParagraph"/>
      </w:pPr>
      <w:r>
        <w:rPr>
          <w:sz w:val="22"/>
        </w:rPr>
        <w:t>B. $v = -\frac{\Delta [A]}{\Delta t} = \frac{\Delta [B]}{\Delta t}$</w:t>
      </w:r>
    </w:p>
    <w:p>
      <w:pPr>
        <w:pStyle w:val="ListParagraph"/>
      </w:pPr>
      <w:r>
        <w:rPr>
          <w:sz w:val="22"/>
        </w:rPr>
        <w:t>C. $v = \Delta [A] \cdot \Delta t$</w:t>
      </w:r>
    </w:p>
    <w:p>
      <w:pPr>
        <w:pStyle w:val="ListParagraph"/>
      </w:pPr>
      <w:r>
        <w:rPr>
          <w:sz w:val="22"/>
        </w:rPr>
        <w:t>D. $v = \frac{\Delta [B]}{\Delta [A]}$</w:t>
      </w:r>
    </w:p>
    <w:p/>
    <w:p>
      <w:r>
        <w:rPr>
          <w:b/>
          <w:sz w:val="24"/>
        </w:rPr>
        <w:t>Câu 8: Phản ứng tỏa nhiệt là phản ứng</w:t>
      </w:r>
    </w:p>
    <w:p>
      <w:pPr>
        <w:pStyle w:val="ListParagraph"/>
      </w:pPr>
      <w:r>
        <w:rPr>
          <w:sz w:val="22"/>
        </w:rPr>
        <w:t>A. có $\Delta H &gt; 0$</w:t>
      </w:r>
    </w:p>
    <w:p>
      <w:pPr>
        <w:pStyle w:val="ListParagraph"/>
      </w:pPr>
      <w:r>
        <w:rPr>
          <w:sz w:val="22"/>
        </w:rPr>
        <w:t>B. có $\Delta H &lt; 0$</w:t>
      </w:r>
    </w:p>
    <w:p>
      <w:pPr>
        <w:pStyle w:val="ListParagraph"/>
      </w:pPr>
      <w:r>
        <w:rPr>
          <w:sz w:val="22"/>
        </w:rPr>
        <w:t>C. thu nhiệt từ môi trường</w:t>
      </w:r>
    </w:p>
    <w:p>
      <w:pPr>
        <w:pStyle w:val="ListParagraph"/>
      </w:pPr>
      <w:r>
        <w:rPr>
          <w:sz w:val="22"/>
        </w:rPr>
        <w:t>D. không có sự thay đổi enthalpy</w:t>
      </w:r>
    </w:p>
    <w:p/>
    <w:p>
      <w:r>
        <w:rPr>
          <w:b/>
          <w:sz w:val="24"/>
        </w:rPr>
        <w:t>Câu 9: Cân bằng hóa học là trạng thái của phản ứng thuận nghịch khi</w:t>
      </w:r>
    </w:p>
    <w:p>
      <w:pPr>
        <w:pStyle w:val="ListParagraph"/>
      </w:pPr>
      <w:r>
        <w:rPr>
          <w:sz w:val="22"/>
        </w:rPr>
        <w:t>A. phản ứng dừng lại hoàn toàn</w:t>
      </w:r>
    </w:p>
    <w:p>
      <w:pPr>
        <w:pStyle w:val="ListParagraph"/>
      </w:pPr>
      <w:r>
        <w:rPr>
          <w:sz w:val="22"/>
        </w:rPr>
        <w:t>B. tốc độ phản ứng thuận bằng tốc độ phản ứng nghịch</w:t>
      </w:r>
    </w:p>
    <w:p>
      <w:pPr>
        <w:pStyle w:val="ListParagraph"/>
      </w:pPr>
      <w:r>
        <w:rPr>
          <w:sz w:val="22"/>
        </w:rPr>
        <w:t>C. nồng độ các chất thay đổi không ngừng</w:t>
      </w:r>
    </w:p>
    <w:p>
      <w:pPr>
        <w:pStyle w:val="ListParagraph"/>
      </w:pPr>
      <w:r>
        <w:rPr>
          <w:sz w:val="22"/>
        </w:rPr>
        <w:t>D. chỉ còn chất sản phẩm</w:t>
      </w:r>
    </w:p>
    <w:p/>
    <w:p>
      <w:r>
        <w:rPr>
          <w:b/>
          <w:sz w:val="24"/>
        </w:rPr>
        <w:t>Câu 10: Cho phản ứng: $H_2(k) + I_2(k) \rightleftharpoons 2HI(k)$. Biểu thức hằng số cân bằng $K_C$ là</w:t>
      </w:r>
    </w:p>
    <w:p>
      <w:pPr>
        <w:pStyle w:val="ListParagraph"/>
      </w:pPr>
      <w:r>
        <w:rPr>
          <w:sz w:val="22"/>
        </w:rPr>
        <w:t>A. $K_C = \frac{[HI]^2}{[H_2][I_2]}$</w:t>
      </w:r>
    </w:p>
    <w:p>
      <w:pPr>
        <w:pStyle w:val="ListParagraph"/>
      </w:pPr>
      <w:r>
        <w:rPr>
          <w:sz w:val="22"/>
        </w:rPr>
        <w:t>B. $K_C = \frac{[H_2][I_2]}{[HI]^2}$</w:t>
      </w:r>
    </w:p>
    <w:p>
      <w:pPr>
        <w:pStyle w:val="ListParagraph"/>
      </w:pPr>
      <w:r>
        <w:rPr>
          <w:sz w:val="22"/>
        </w:rPr>
        <w:t>C. $K_C = \frac{[HI]}{[H_2][I_2]}$</w:t>
      </w:r>
    </w:p>
    <w:p>
      <w:pPr>
        <w:pStyle w:val="ListParagraph"/>
      </w:pPr>
      <w:r>
        <w:rPr>
          <w:sz w:val="22"/>
        </w:rPr>
        <w:t>D. $K_C = \frac{[H_2] + [I_2]}{[HI]^2}$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