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Hóa 11 Phản ứng hóa học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Phản ứng nào sau đây là phản ứng oxi hóa - khử?</w:t>
      </w:r>
    </w:p>
    <w:p>
      <w:pPr>
        <w:pStyle w:val="ListParagraph"/>
      </w:pPr>
      <w:r>
        <w:rPr>
          <w:sz w:val="22"/>
        </w:rPr>
        <w:t>A. CaCO3 → CaO + CO2</w:t>
      </w:r>
    </w:p>
    <w:p>
      <w:pPr>
        <w:pStyle w:val="ListParagraph"/>
      </w:pPr>
      <w:r>
        <w:rPr>
          <w:sz w:val="22"/>
        </w:rPr>
        <w:t>B. Fe + CuSO4 → FeSO4 + Cu</w:t>
      </w:r>
    </w:p>
    <w:p>
      <w:pPr>
        <w:pStyle w:val="ListParagraph"/>
      </w:pPr>
      <w:r>
        <w:rPr>
          <w:sz w:val="22"/>
        </w:rPr>
        <w:t>C. NaCl + AgNO3 → AgCl + NaNO3</w:t>
      </w:r>
    </w:p>
    <w:p>
      <w:pPr>
        <w:pStyle w:val="ListParagraph"/>
      </w:pPr>
      <w:r>
        <w:rPr>
          <w:sz w:val="22"/>
        </w:rPr>
        <w:t>D. NaOH + HCl → NaCl + H2O</w:t>
      </w:r>
    </w:p>
    <w:p/>
    <w:p>
      <w:r>
        <w:rPr>
          <w:b/>
          <w:sz w:val="24"/>
        </w:rPr>
        <w:t>Câu 2: Trong phản ứng: Cl2 + 2NaOH → NaCl + NaClO + H2O, vai trò của Cl2 là gì?</w:t>
      </w:r>
    </w:p>
    <w:p>
      <w:pPr>
        <w:pStyle w:val="ListParagraph"/>
      </w:pPr>
      <w:r>
        <w:rPr>
          <w:sz w:val="22"/>
        </w:rPr>
        <w:t>A. Chất oxi hóa</w:t>
      </w:r>
    </w:p>
    <w:p>
      <w:pPr>
        <w:pStyle w:val="ListParagraph"/>
      </w:pPr>
      <w:r>
        <w:rPr>
          <w:sz w:val="22"/>
        </w:rPr>
        <w:t>B. Chất khử</w:t>
      </w:r>
    </w:p>
    <w:p>
      <w:pPr>
        <w:pStyle w:val="ListParagraph"/>
      </w:pPr>
      <w:r>
        <w:rPr>
          <w:sz w:val="22"/>
        </w:rPr>
        <w:t>C. Vừa là chất oxi hóa vừa là chất khử</w:t>
      </w:r>
    </w:p>
    <w:p>
      <w:pPr>
        <w:pStyle w:val="ListParagraph"/>
      </w:pPr>
      <w:r>
        <w:rPr>
          <w:sz w:val="22"/>
        </w:rPr>
        <w:t>D. Không phải chất oxi hóa cũng không phải chất khử</w:t>
      </w:r>
    </w:p>
    <w:p/>
    <w:p>
      <w:r>
        <w:rPr>
          <w:b/>
          <w:sz w:val="24"/>
        </w:rPr>
        <w:t>Câu 3: Phản ứng thu nhiệt (endothermic) là phản ứng nào?</w:t>
      </w:r>
    </w:p>
    <w:p>
      <w:pPr>
        <w:pStyle w:val="ListParagraph"/>
      </w:pPr>
      <w:r>
        <w:rPr>
          <w:sz w:val="22"/>
        </w:rPr>
        <w:t>A. Có ΔH &lt; 0</w:t>
      </w:r>
    </w:p>
    <w:p>
      <w:pPr>
        <w:pStyle w:val="ListParagraph"/>
      </w:pPr>
      <w:r>
        <w:rPr>
          <w:sz w:val="22"/>
        </w:rPr>
        <w:t>B. Giải phóng năng lượng ra môi trường</w:t>
      </w:r>
    </w:p>
    <w:p>
      <w:pPr>
        <w:pStyle w:val="ListParagraph"/>
      </w:pPr>
      <w:r>
        <w:rPr>
          <w:sz w:val="22"/>
        </w:rPr>
        <w:t>C. Hấp thụ năng lượng từ môi trường</w:t>
      </w:r>
    </w:p>
    <w:p>
      <w:pPr>
        <w:pStyle w:val="ListParagraph"/>
      </w:pPr>
      <w:r>
        <w:rPr>
          <w:sz w:val="22"/>
        </w:rPr>
        <w:t>D. Không có sự thay đổi năng lượng</w:t>
      </w:r>
    </w:p>
    <w:p/>
    <w:p>
      <w:r>
        <w:rPr>
          <w:b/>
          <w:sz w:val="24"/>
        </w:rPr>
        <w:t>Câu 4: Khi tăng nhiệt độ của một phản ứng hóa học, điều gì xảy ra?</w:t>
      </w:r>
    </w:p>
    <w:p>
      <w:pPr>
        <w:pStyle w:val="ListParagraph"/>
      </w:pPr>
      <w:r>
        <w:rPr>
          <w:sz w:val="22"/>
        </w:rPr>
        <w:t>A. Tốc độ phản ứng giảm</w:t>
      </w:r>
    </w:p>
    <w:p>
      <w:pPr>
        <w:pStyle w:val="ListParagraph"/>
      </w:pPr>
      <w:r>
        <w:rPr>
          <w:sz w:val="22"/>
        </w:rPr>
        <w:t>B. Tốc độ phản ứng tăng</w:t>
      </w:r>
    </w:p>
    <w:p>
      <w:pPr>
        <w:pStyle w:val="ListParagraph"/>
      </w:pPr>
      <w:r>
        <w:rPr>
          <w:sz w:val="22"/>
        </w:rPr>
        <w:t>C. Tốc độ phản ứng không đổi</w:t>
      </w:r>
    </w:p>
    <w:p>
      <w:pPr>
        <w:pStyle w:val="ListParagraph"/>
      </w:pPr>
      <w:r>
        <w:rPr>
          <w:sz w:val="22"/>
        </w:rPr>
        <w:t>D. Phản ứng dừng lại</w:t>
      </w:r>
    </w:p>
    <w:p/>
    <w:p>
      <w:r>
        <w:rPr>
          <w:b/>
          <w:sz w:val="24"/>
        </w:rPr>
        <w:t>Câu 5: Cho phản ứng thuận nghịch: N2 + 3H2 ⇌ 2NH3, ΔH &lt; 0. Để tăng hiệu suất tổng hợp NH3, cần điều kiện nào?</w:t>
      </w:r>
    </w:p>
    <w:p>
      <w:pPr>
        <w:pStyle w:val="ListParagraph"/>
      </w:pPr>
      <w:r>
        <w:rPr>
          <w:sz w:val="22"/>
        </w:rPr>
        <w:t>A. Nhiệt độ cao và áp suất thấp</w:t>
      </w:r>
    </w:p>
    <w:p>
      <w:pPr>
        <w:pStyle w:val="ListParagraph"/>
      </w:pPr>
      <w:r>
        <w:rPr>
          <w:sz w:val="22"/>
        </w:rPr>
        <w:t>B. Nhiệt độ thấp và áp suất cao</w:t>
      </w:r>
    </w:p>
    <w:p>
      <w:pPr>
        <w:pStyle w:val="ListParagraph"/>
      </w:pPr>
      <w:r>
        <w:rPr>
          <w:sz w:val="22"/>
        </w:rPr>
        <w:t>C. Nhiệt độ cao và áp suất cao</w:t>
      </w:r>
    </w:p>
    <w:p>
      <w:pPr>
        <w:pStyle w:val="ListParagraph"/>
      </w:pPr>
      <w:r>
        <w:rPr>
          <w:sz w:val="22"/>
        </w:rPr>
        <w:t>D. Nhiệt độ thấp và áp suất thấp</w:t>
      </w:r>
    </w:p>
    <w:p/>
    <w:p>
      <w:r>
        <w:rPr>
          <w:b/>
          <w:sz w:val="24"/>
        </w:rPr>
        <w:t>Câu 6: Chất xúc tác có vai trò gì trong phản ứng hóa học?</w:t>
      </w:r>
    </w:p>
    <w:p>
      <w:pPr>
        <w:pStyle w:val="ListParagraph"/>
      </w:pPr>
      <w:r>
        <w:rPr>
          <w:sz w:val="22"/>
        </w:rPr>
        <w:t>A. Làm tăng ΔH của phản ứng</w:t>
      </w:r>
    </w:p>
    <w:p>
      <w:pPr>
        <w:pStyle w:val="ListParagraph"/>
      </w:pPr>
      <w:r>
        <w:rPr>
          <w:sz w:val="22"/>
        </w:rPr>
        <w:t>B. Làm giảm năng lượng hoạt hóa</w:t>
      </w:r>
    </w:p>
    <w:p>
      <w:pPr>
        <w:pStyle w:val="ListParagraph"/>
      </w:pPr>
      <w:r>
        <w:rPr>
          <w:sz w:val="22"/>
        </w:rPr>
        <w:t>C. Chuyển dịch cân bằng hóa học</w:t>
      </w:r>
    </w:p>
    <w:p>
      <w:pPr>
        <w:pStyle w:val="ListParagraph"/>
      </w:pPr>
      <w:r>
        <w:rPr>
          <w:sz w:val="22"/>
        </w:rPr>
        <w:t>D. Làm tăng nồng độ sản phẩm</w:t>
      </w:r>
    </w:p>
    <w:p/>
    <w:p>
      <w:r>
        <w:rPr>
          <w:b/>
          <w:sz w:val="24"/>
        </w:rPr>
        <w:t>Câu 7: Phản ứng phân hủy nào sau đây là phản ứng oxi hóa - khử?</w:t>
      </w:r>
    </w:p>
    <w:p>
      <w:pPr>
        <w:pStyle w:val="ListParagraph"/>
      </w:pPr>
      <w:r>
        <w:rPr>
          <w:sz w:val="22"/>
        </w:rPr>
        <w:t>A. CaCO3 → CaO + CO2</w:t>
      </w:r>
    </w:p>
    <w:p>
      <w:pPr>
        <w:pStyle w:val="ListParagraph"/>
      </w:pPr>
      <w:r>
        <w:rPr>
          <w:sz w:val="22"/>
        </w:rPr>
        <w:t>B. 2KClO3 → 2KCl + 3O2</w:t>
      </w:r>
    </w:p>
    <w:p>
      <w:pPr>
        <w:pStyle w:val="ListParagraph"/>
      </w:pPr>
      <w:r>
        <w:rPr>
          <w:sz w:val="22"/>
        </w:rPr>
        <w:t>C. Cu(OH)2 → CuO + H2O</w:t>
      </w:r>
    </w:p>
    <w:p>
      <w:pPr>
        <w:pStyle w:val="ListParagraph"/>
      </w:pPr>
      <w:r>
        <w:rPr>
          <w:sz w:val="22"/>
        </w:rPr>
        <w:t>D. Ca(OH)2 → CaO + H2O</w:t>
      </w:r>
    </w:p>
    <w:p/>
    <w:p>
      <w:r>
        <w:rPr>
          <w:b/>
          <w:sz w:val="24"/>
        </w:rPr>
        <w:t>Câu 8: Trong phản ứng: Zn + 2HCl → ZnCl2 + H2, chất nào bị oxi hóa?</w:t>
      </w:r>
    </w:p>
    <w:p>
      <w:pPr>
        <w:pStyle w:val="ListParagraph"/>
      </w:pPr>
      <w:r>
        <w:rPr>
          <w:sz w:val="22"/>
        </w:rPr>
        <w:t>A. Zn</w:t>
      </w:r>
    </w:p>
    <w:p>
      <w:pPr>
        <w:pStyle w:val="ListParagraph"/>
      </w:pPr>
      <w:r>
        <w:rPr>
          <w:sz w:val="22"/>
        </w:rPr>
        <w:t>B. H+</w:t>
      </w:r>
    </w:p>
    <w:p>
      <w:pPr>
        <w:pStyle w:val="ListParagraph"/>
      </w:pPr>
      <w:r>
        <w:rPr>
          <w:sz w:val="22"/>
        </w:rPr>
        <w:t>C. Cl-</w:t>
      </w:r>
    </w:p>
    <w:p>
      <w:pPr>
        <w:pStyle w:val="ListParagraph"/>
      </w:pPr>
      <w:r>
        <w:rPr>
          <w:sz w:val="22"/>
        </w:rPr>
        <w:t>D. H2</w:t>
      </w:r>
    </w:p>
    <w:p/>
    <w:p>
      <w:r>
        <w:rPr>
          <w:b/>
          <w:sz w:val="24"/>
        </w:rPr>
        <w:t>Câu 9: Xét cân bằng sau: 2SO2 + O2 ⇌ 2SO3, ΔH &lt; 0. Nếu tăng áp suất của hệ, cân bằng sẽ chuyển dịch theo chiều nào?</w:t>
      </w:r>
    </w:p>
    <w:p>
      <w:pPr>
        <w:pStyle w:val="ListParagraph"/>
      </w:pPr>
      <w:r>
        <w:rPr>
          <w:sz w:val="22"/>
        </w:rPr>
        <w:t>A. Chiều thuận</w:t>
      </w:r>
    </w:p>
    <w:p>
      <w:pPr>
        <w:pStyle w:val="ListParagraph"/>
      </w:pPr>
      <w:r>
        <w:rPr>
          <w:sz w:val="22"/>
        </w:rPr>
        <w:t>B. Chiều nghịch</w:t>
      </w:r>
    </w:p>
    <w:p>
      <w:pPr>
        <w:pStyle w:val="ListParagraph"/>
      </w:pPr>
      <w:r>
        <w:rPr>
          <w:sz w:val="22"/>
        </w:rPr>
        <w:t>C. Không chuyển dịch</w:t>
      </w:r>
    </w:p>
    <w:p>
      <w:pPr>
        <w:pStyle w:val="ListParagraph"/>
      </w:pPr>
      <w:r>
        <w:rPr>
          <w:sz w:val="22"/>
        </w:rPr>
        <w:t>D. Không xác định</w:t>
      </w:r>
    </w:p>
    <w:p/>
    <w:p>
      <w:r>
        <w:rPr>
          <w:b/>
          <w:sz w:val="24"/>
        </w:rPr>
        <w:t>Câu 10: Phương trình nhiệt hóa học: C(s) + O2(g) → CO2(g) ΔH = -394 kJ. Phát biểu nào đúng?</w:t>
      </w:r>
    </w:p>
    <w:p>
      <w:pPr>
        <w:pStyle w:val="ListParagraph"/>
      </w:pPr>
      <w:r>
        <w:rPr>
          <w:sz w:val="22"/>
        </w:rPr>
        <w:t>A. Phản ứng thu nhiệt</w:t>
      </w:r>
    </w:p>
    <w:p>
      <w:pPr>
        <w:pStyle w:val="ListParagraph"/>
      </w:pPr>
      <w:r>
        <w:rPr>
          <w:sz w:val="22"/>
        </w:rPr>
        <w:t>B. Phản ứng tỏa nhiệt</w:t>
      </w:r>
    </w:p>
    <w:p>
      <w:pPr>
        <w:pStyle w:val="ListParagraph"/>
      </w:pPr>
      <w:r>
        <w:rPr>
          <w:sz w:val="22"/>
        </w:rPr>
        <w:t>C. Năng lượng của CO2 cao hơn C và O2</w:t>
      </w:r>
    </w:p>
    <w:p>
      <w:pPr>
        <w:pStyle w:val="ListParagraph"/>
      </w:pPr>
      <w:r>
        <w:rPr>
          <w:sz w:val="22"/>
        </w:rPr>
        <w:t>D. ΔH &gt; 0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