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- ĐỀ CƯƠNG ÔN TẬP GIỮA HKI</w:t>
      </w:r>
    </w:p>
    <w:p>
      <w:pPr>
        <w:jc w:val="center"/>
      </w:pPr>
      <w:r>
        <w:rPr>
          <w:sz w:val="22"/>
        </w:rPr>
        <w:t>Số câu: 36    Thời gian: _____ phút    Họ và tên: _________________________</w:t>
      </w:r>
    </w:p>
    <w:p/>
    <w:p>
      <w:r>
        <w:rPr>
          <w:b/>
          <w:sz w:val="24"/>
        </w:rPr>
        <w:t>Câu 1: Phần lớn lãnh thổ khu vực Mỹ Latinh nằm ở trong vùng</w:t>
      </w:r>
    </w:p>
    <w:p>
      <w:pPr>
        <w:pStyle w:val="ListParagraph"/>
      </w:pPr>
      <w:r>
        <w:rPr>
          <w:sz w:val="22"/>
        </w:rPr>
        <w:t>A. nhiệt đới và cận xích đạo.</w:t>
      </w:r>
    </w:p>
    <w:p>
      <w:pPr>
        <w:pStyle w:val="ListParagraph"/>
      </w:pPr>
      <w:r>
        <w:rPr>
          <w:sz w:val="22"/>
        </w:rPr>
        <w:t>B. ôn đới và cận nhiệt đới.</w:t>
      </w:r>
    </w:p>
    <w:p>
      <w:pPr>
        <w:pStyle w:val="ListParagraph"/>
      </w:pPr>
      <w:r>
        <w:rPr>
          <w:sz w:val="22"/>
        </w:rPr>
        <w:t>C. cận nhiệt đới và nhiệt đới.</w:t>
      </w:r>
    </w:p>
    <w:p>
      <w:pPr>
        <w:pStyle w:val="ListParagraph"/>
      </w:pPr>
      <w:r>
        <w:rPr>
          <w:sz w:val="22"/>
        </w:rPr>
        <w:t>D. cận xích đạo và xích đạo.</w:t>
      </w:r>
    </w:p>
    <w:p/>
    <w:p>
      <w:r>
        <w:rPr>
          <w:b/>
          <w:sz w:val="24"/>
        </w:rPr>
        <w:t>Câu 2: Các đồng bằng ven vịnh Mê-hi-cô có</w:t>
      </w:r>
    </w:p>
    <w:p>
      <w:pPr>
        <w:pStyle w:val="ListParagraph"/>
      </w:pPr>
      <w:r>
        <w:rPr>
          <w:sz w:val="22"/>
        </w:rPr>
        <w:t>A. mưa nhiều, rừng rậm nhiệt đới.</w:t>
      </w:r>
    </w:p>
    <w:p>
      <w:pPr>
        <w:pStyle w:val="ListParagraph"/>
      </w:pPr>
      <w:r>
        <w:rPr>
          <w:sz w:val="22"/>
        </w:rPr>
        <w:t>B. mưa ít, nhiều rừng thưa, xavan.</w:t>
      </w:r>
    </w:p>
    <w:p>
      <w:pPr>
        <w:pStyle w:val="ListParagraph"/>
      </w:pPr>
      <w:r>
        <w:rPr>
          <w:sz w:val="22"/>
        </w:rPr>
        <w:t>C. nhiều khoáng sản kim loại đen.</w:t>
      </w:r>
    </w:p>
    <w:p>
      <w:pPr>
        <w:pStyle w:val="ListParagraph"/>
      </w:pPr>
      <w:r>
        <w:rPr>
          <w:sz w:val="22"/>
        </w:rPr>
        <w:t>D. nguồn thủy năng rất phong phú.</w:t>
      </w:r>
    </w:p>
    <w:p/>
    <w:p>
      <w:r>
        <w:rPr>
          <w:b/>
          <w:sz w:val="24"/>
        </w:rPr>
        <w:t>Câu 3: Quần đảo Ăng-ti nằm ở</w:t>
      </w:r>
    </w:p>
    <w:p>
      <w:pPr>
        <w:pStyle w:val="ListParagraph"/>
      </w:pPr>
      <w:r>
        <w:rPr>
          <w:sz w:val="22"/>
        </w:rPr>
        <w:t>A. Thái Bình Dương.</w:t>
      </w:r>
    </w:p>
    <w:p>
      <w:pPr>
        <w:pStyle w:val="ListParagraph"/>
      </w:pPr>
      <w:r>
        <w:rPr>
          <w:sz w:val="22"/>
        </w:rPr>
        <w:t>B. Đại Tây Dương.</w:t>
      </w:r>
    </w:p>
    <w:p>
      <w:pPr>
        <w:pStyle w:val="ListParagraph"/>
      </w:pPr>
      <w:r>
        <w:rPr>
          <w:sz w:val="22"/>
        </w:rPr>
        <w:t>C. vịnh Ca-ri-bê.</w:t>
      </w:r>
    </w:p>
    <w:p>
      <w:pPr>
        <w:pStyle w:val="ListParagraph"/>
      </w:pPr>
      <w:r>
        <w:rPr>
          <w:sz w:val="22"/>
        </w:rPr>
        <w:t>D. vịnh Ca-li-phooc-ni-a.</w:t>
      </w:r>
    </w:p>
    <w:p/>
    <w:p>
      <w:r>
        <w:rPr>
          <w:b/>
          <w:sz w:val="24"/>
        </w:rPr>
        <w:t>Câu 4: Phía đông các đảo của quần đảo Ăng-ti do có nhiều mưa nên phát triển mạnh</w:t>
      </w:r>
    </w:p>
    <w:p>
      <w:pPr>
        <w:pStyle w:val="ListParagraph"/>
      </w:pPr>
      <w:r>
        <w:rPr>
          <w:sz w:val="22"/>
        </w:rPr>
        <w:t>A. rừng thưa.</w:t>
      </w:r>
    </w:p>
    <w:p>
      <w:pPr>
        <w:pStyle w:val="ListParagraph"/>
      </w:pPr>
      <w:r>
        <w:rPr>
          <w:sz w:val="22"/>
        </w:rPr>
        <w:t>B. cây bụi.</w:t>
      </w:r>
    </w:p>
    <w:p>
      <w:pPr>
        <w:pStyle w:val="ListParagraph"/>
      </w:pPr>
      <w:r>
        <w:rPr>
          <w:sz w:val="22"/>
        </w:rPr>
        <w:t>C. rừng rậm.</w:t>
      </w:r>
    </w:p>
    <w:p>
      <w:pPr>
        <w:pStyle w:val="ListParagraph"/>
      </w:pPr>
      <w:r>
        <w:rPr>
          <w:sz w:val="22"/>
        </w:rPr>
        <w:t>D. xavan.</w:t>
      </w:r>
    </w:p>
    <w:p/>
    <w:p>
      <w:r>
        <w:rPr>
          <w:b/>
          <w:sz w:val="24"/>
        </w:rPr>
        <w:t>Câu 5: Dầu mỏ tập trung chủ yếu ở nơi nào sau đây của khu vực Mỹ Latinh?</w:t>
      </w:r>
    </w:p>
    <w:p>
      <w:pPr>
        <w:pStyle w:val="ListParagraph"/>
      </w:pPr>
      <w:r>
        <w:rPr>
          <w:sz w:val="22"/>
        </w:rPr>
        <w:t>A. Các đồng bằng ven vịnh Mê-hi-cô.</w:t>
      </w:r>
    </w:p>
    <w:p>
      <w:pPr>
        <w:pStyle w:val="ListParagraph"/>
      </w:pPr>
      <w:r>
        <w:rPr>
          <w:sz w:val="22"/>
        </w:rPr>
        <w:t>B. Các đảo trên quần đảo Ảng-ti Lớn.</w:t>
      </w:r>
    </w:p>
    <w:p>
      <w:pPr>
        <w:pStyle w:val="ListParagraph"/>
      </w:pPr>
      <w:r>
        <w:rPr>
          <w:sz w:val="22"/>
        </w:rPr>
        <w:t>C. Các đảo trên quần đảo Ăng-ti Nhỏ.</w:t>
      </w:r>
    </w:p>
    <w:p>
      <w:pPr>
        <w:pStyle w:val="ListParagraph"/>
      </w:pPr>
      <w:r>
        <w:rPr>
          <w:sz w:val="22"/>
        </w:rPr>
        <w:t>D. Khu vực ở phía tây dãy núi An-đét.</w:t>
      </w:r>
    </w:p>
    <w:p/>
    <w:p>
      <w:r>
        <w:rPr>
          <w:b/>
          <w:sz w:val="24"/>
        </w:rPr>
        <w:t>Câu 6: Các quần đảo trong vịnh Ca-ri-bê có thuận lợi chủ yếu cho phát triển ngành nào sau đây?</w:t>
      </w:r>
    </w:p>
    <w:p>
      <w:pPr>
        <w:pStyle w:val="ListParagraph"/>
      </w:pPr>
      <w:r>
        <w:rPr>
          <w:sz w:val="22"/>
        </w:rPr>
        <w:t>A. Khai khoáng.</w:t>
      </w:r>
    </w:p>
    <w:p>
      <w:pPr>
        <w:pStyle w:val="ListParagraph"/>
      </w:pPr>
      <w:r>
        <w:rPr>
          <w:sz w:val="22"/>
        </w:rPr>
        <w:t>B. Thủy điện.</w:t>
      </w:r>
    </w:p>
    <w:p>
      <w:pPr>
        <w:pStyle w:val="ListParagraph"/>
      </w:pPr>
      <w:r>
        <w:rPr>
          <w:sz w:val="22"/>
        </w:rPr>
        <w:t>C. Du lịch.</w:t>
      </w:r>
    </w:p>
    <w:p>
      <w:pPr>
        <w:pStyle w:val="ListParagraph"/>
      </w:pPr>
      <w:r>
        <w:rPr>
          <w:sz w:val="22"/>
        </w:rPr>
        <w:t>D. Chăn nuôi.</w:t>
      </w:r>
    </w:p>
    <w:p/>
    <w:p>
      <w:r>
        <w:rPr>
          <w:b/>
          <w:sz w:val="24"/>
        </w:rPr>
        <w:t>Câu 7: Các nước ở vùng vịnh Ca-ri-bê có thuận lợi chủ yếu cho trồng các cây có nguồn gốc</w:t>
      </w:r>
    </w:p>
    <w:p>
      <w:pPr>
        <w:pStyle w:val="ListParagraph"/>
      </w:pPr>
      <w:r>
        <w:rPr>
          <w:sz w:val="22"/>
        </w:rPr>
        <w:t>A. nhiệt đới và cận xích đạo.</w:t>
      </w:r>
    </w:p>
    <w:p>
      <w:pPr>
        <w:pStyle w:val="ListParagraph"/>
      </w:pPr>
      <w:r>
        <w:rPr>
          <w:sz w:val="22"/>
        </w:rPr>
        <w:t>B. ôn đới và cận nhiệt đới.</w:t>
      </w:r>
    </w:p>
    <w:p>
      <w:pPr>
        <w:pStyle w:val="ListParagraph"/>
      </w:pPr>
      <w:r>
        <w:rPr>
          <w:sz w:val="22"/>
        </w:rPr>
        <w:t>C. cận nhiệt đới và cận cực.</w:t>
      </w:r>
    </w:p>
    <w:p>
      <w:pPr>
        <w:pStyle w:val="ListParagraph"/>
      </w:pPr>
      <w:r>
        <w:rPr>
          <w:sz w:val="22"/>
        </w:rPr>
        <w:t>D. cận cực và cận nhiệt đới.</w:t>
      </w:r>
    </w:p>
    <w:p/>
    <w:p>
      <w:r>
        <w:rPr>
          <w:b/>
          <w:sz w:val="24"/>
        </w:rPr>
        <w:t>Câu 8: Tiềm năng tự nhiên lớn nhất ở dãy An-đét là</w:t>
      </w:r>
    </w:p>
    <w:p>
      <w:pPr>
        <w:pStyle w:val="ListParagraph"/>
      </w:pPr>
      <w:r>
        <w:rPr>
          <w:sz w:val="22"/>
        </w:rPr>
        <w:t>A. khoáng sản, thủy điện.</w:t>
      </w:r>
    </w:p>
    <w:p>
      <w:pPr>
        <w:pStyle w:val="ListParagraph"/>
      </w:pPr>
      <w:r>
        <w:rPr>
          <w:sz w:val="22"/>
        </w:rPr>
        <w:t>B. thủy điện, đất trồng.</w:t>
      </w:r>
    </w:p>
    <w:p>
      <w:pPr>
        <w:pStyle w:val="ListParagraph"/>
      </w:pPr>
      <w:r>
        <w:rPr>
          <w:sz w:val="22"/>
        </w:rPr>
        <w:t>C. đất trồng, sinh vật.</w:t>
      </w:r>
    </w:p>
    <w:p>
      <w:pPr>
        <w:pStyle w:val="ListParagraph"/>
      </w:pPr>
      <w:r>
        <w:rPr>
          <w:sz w:val="22"/>
        </w:rPr>
        <w:t>D. sinh vật, khoáng sản.</w:t>
      </w:r>
    </w:p>
    <w:p/>
    <w:p>
      <w:r>
        <w:rPr>
          <w:b/>
          <w:sz w:val="24"/>
        </w:rPr>
        <w:t>Câu 9: Đồng bằng Pam-pa có thuận lợi chủ yếu để phát triển</w:t>
      </w:r>
    </w:p>
    <w:p>
      <w:pPr>
        <w:pStyle w:val="ListParagraph"/>
      </w:pPr>
      <w:r>
        <w:rPr>
          <w:sz w:val="22"/>
        </w:rPr>
        <w:t>A. trồng cây lâu năm, nuôi bò sữa, đánh bắt thủy sản.</w:t>
      </w:r>
    </w:p>
    <w:p>
      <w:pPr>
        <w:pStyle w:val="ListParagraph"/>
      </w:pPr>
      <w:r>
        <w:rPr>
          <w:sz w:val="22"/>
        </w:rPr>
        <w:t>B. trồng lúa, chăn nuôi gia súc lớn, khai thác than đá.</w:t>
      </w:r>
    </w:p>
    <w:p>
      <w:pPr>
        <w:pStyle w:val="ListParagraph"/>
      </w:pPr>
      <w:r>
        <w:rPr>
          <w:sz w:val="22"/>
        </w:rPr>
        <w:t>C. trồng cây ăn quả, chăn nuôi gia cầm, khai thác khí.</w:t>
      </w:r>
    </w:p>
    <w:p>
      <w:pPr>
        <w:pStyle w:val="ListParagraph"/>
      </w:pPr>
      <w:r>
        <w:rPr>
          <w:sz w:val="22"/>
        </w:rPr>
        <w:t>D. trồng lúa gạo, nuôi gia cầm, các nhà máy thủy điện.</w:t>
      </w:r>
    </w:p>
    <w:p/>
    <w:p>
      <w:r>
        <w:rPr>
          <w:b/>
          <w:sz w:val="24"/>
        </w:rPr>
        <w:t>Câu 10: Sơn nguyên Bra-xin có nhiều thuận lợi để</w:t>
      </w:r>
    </w:p>
    <w:p>
      <w:pPr>
        <w:pStyle w:val="ListParagraph"/>
      </w:pPr>
      <w:r>
        <w:rPr>
          <w:sz w:val="22"/>
        </w:rPr>
        <w:t>A. trồng cây lâu năm nhiệt đới, chăn nuôi gia cầm, thủy điện.</w:t>
      </w:r>
    </w:p>
    <w:p>
      <w:pPr>
        <w:pStyle w:val="ListParagraph"/>
      </w:pPr>
      <w:r>
        <w:rPr>
          <w:sz w:val="22"/>
        </w:rPr>
        <w:t>B. trồng cây công nghiệp lâu năm, chăn nuôi gia súc, du lịch.</w:t>
      </w:r>
    </w:p>
    <w:p>
      <w:pPr>
        <w:pStyle w:val="ListParagraph"/>
      </w:pPr>
      <w:r>
        <w:rPr>
          <w:sz w:val="22"/>
        </w:rPr>
        <w:t>C. trồng lúa và cây công nghiệp, chăn nuôi bò sữa, thủy điện.</w:t>
      </w:r>
    </w:p>
    <w:p>
      <w:pPr>
        <w:pStyle w:val="ListParagraph"/>
      </w:pPr>
      <w:r>
        <w:rPr>
          <w:sz w:val="22"/>
        </w:rPr>
        <w:t>D. trồng cây công nghiệp hàng năm, khai thác than và du lịch.</w:t>
      </w:r>
    </w:p>
    <w:p/>
    <w:p>
      <w:r>
        <w:rPr>
          <w:b/>
          <w:sz w:val="24"/>
        </w:rPr>
        <w:t>Câu 11: Mỹ Latinh là khu vực có tỉ lệ dân thành thị</w:t>
      </w:r>
    </w:p>
    <w:p>
      <w:pPr>
        <w:pStyle w:val="ListParagraph"/>
      </w:pPr>
      <w:r>
        <w:rPr>
          <w:sz w:val="22"/>
        </w:rPr>
        <w:t>A. rất cao và tăng nhanh.</w:t>
      </w:r>
    </w:p>
    <w:p>
      <w:pPr>
        <w:pStyle w:val="ListParagraph"/>
      </w:pPr>
      <w:r>
        <w:rPr>
          <w:sz w:val="22"/>
        </w:rPr>
        <w:t>B. rất cao và tăng chậm.</w:t>
      </w:r>
    </w:p>
    <w:p>
      <w:pPr>
        <w:pStyle w:val="ListParagraph"/>
      </w:pPr>
      <w:r>
        <w:rPr>
          <w:sz w:val="22"/>
        </w:rPr>
        <w:t>C. khá cao và tăng chậm.</w:t>
      </w:r>
    </w:p>
    <w:p>
      <w:pPr>
        <w:pStyle w:val="ListParagraph"/>
      </w:pPr>
      <w:r>
        <w:rPr>
          <w:sz w:val="22"/>
        </w:rPr>
        <w:t>D. nhỏ và gia tăng nhanh.</w:t>
      </w:r>
    </w:p>
    <w:p/>
    <w:p>
      <w:r>
        <w:rPr>
          <w:b/>
          <w:sz w:val="24"/>
        </w:rPr>
        <w:t>Câu 12: Số dân đô thị ở khu vực Mỹ Latinh tăng nhanh chủ yếu do</w:t>
      </w:r>
    </w:p>
    <w:p>
      <w:pPr>
        <w:pStyle w:val="ListParagraph"/>
      </w:pPr>
      <w:r>
        <w:rPr>
          <w:sz w:val="22"/>
        </w:rPr>
        <w:t>A. di cư từ nông thôn đến và gia tăng tự nhiên.</w:t>
      </w:r>
    </w:p>
    <w:p>
      <w:pPr>
        <w:pStyle w:val="ListParagraph"/>
      </w:pPr>
      <w:r>
        <w:rPr>
          <w:sz w:val="22"/>
        </w:rPr>
        <w:t>B. lao động kĩ thuật gia tăng và tỉ suất sinh cao.</w:t>
      </w:r>
    </w:p>
    <w:p>
      <w:pPr>
        <w:pStyle w:val="ListParagraph"/>
      </w:pPr>
      <w:r>
        <w:rPr>
          <w:sz w:val="22"/>
        </w:rPr>
        <w:t>C. nhập cư từ châu lục khác đến nhiều, di cư ít.</w:t>
      </w:r>
    </w:p>
    <w:p>
      <w:pPr>
        <w:pStyle w:val="ListParagraph"/>
      </w:pPr>
      <w:r>
        <w:rPr>
          <w:sz w:val="22"/>
        </w:rPr>
        <w:t>D. lao động ở khu vực dịch vụ tăng và nhập cư.</w:t>
      </w:r>
    </w:p>
    <w:p/>
    <w:p>
      <w:r>
        <w:rPr>
          <w:b/>
          <w:sz w:val="24"/>
        </w:rPr>
        <w:t>Câu 13: Dân cư Mỹ Latinh thuận lợi về</w:t>
      </w:r>
    </w:p>
    <w:p>
      <w:pPr>
        <w:pStyle w:val="ListParagraph"/>
      </w:pPr>
      <w:r>
        <w:rPr>
          <w:sz w:val="22"/>
        </w:rPr>
        <w:t>A. cung cấp nguồn lao động và thị trường tiêu thụ rộng.</w:t>
      </w:r>
    </w:p>
    <w:p>
      <w:pPr>
        <w:pStyle w:val="ListParagraph"/>
      </w:pPr>
      <w:r>
        <w:rPr>
          <w:sz w:val="22"/>
        </w:rPr>
        <w:t>B. đáp ứng lao động trình độ cao và nhiều ở các đô thị.</w:t>
      </w:r>
    </w:p>
    <w:p>
      <w:pPr>
        <w:pStyle w:val="ListParagraph"/>
      </w:pPr>
      <w:r>
        <w:rPr>
          <w:sz w:val="22"/>
        </w:rPr>
        <w:t>C. lực lượng lao động nông thôn đông đảo, văn hóa cao.</w:t>
      </w:r>
    </w:p>
    <w:p>
      <w:pPr>
        <w:pStyle w:val="ListParagraph"/>
      </w:pPr>
      <w:r>
        <w:rPr>
          <w:sz w:val="22"/>
        </w:rPr>
        <w:t>D. số người trong độ tuổi lao động nhiều, dân trí rất cao.</w:t>
      </w:r>
    </w:p>
    <w:p/>
    <w:p>
      <w:r>
        <w:rPr>
          <w:b/>
          <w:sz w:val="24"/>
        </w:rPr>
        <w:t>Câu 14: Mỹ Latinh có nền văn hóa độc đáo chủ yếu do</w:t>
      </w:r>
    </w:p>
    <w:p>
      <w:pPr>
        <w:pStyle w:val="ListParagraph"/>
      </w:pPr>
      <w:r>
        <w:rPr>
          <w:sz w:val="22"/>
        </w:rPr>
        <w:t>A. có nhiều thành phần dân tộc.</w:t>
      </w:r>
    </w:p>
    <w:p>
      <w:pPr>
        <w:pStyle w:val="ListParagraph"/>
      </w:pPr>
      <w:r>
        <w:rPr>
          <w:sz w:val="22"/>
        </w:rPr>
        <w:t>B. có người bản địa và da đen.</w:t>
      </w:r>
    </w:p>
    <w:p>
      <w:pPr>
        <w:pStyle w:val="ListParagraph"/>
      </w:pPr>
      <w:r>
        <w:rPr>
          <w:sz w:val="22"/>
        </w:rPr>
        <w:t>C. nhiều quốc gia nhập cư đến.</w:t>
      </w:r>
    </w:p>
    <w:p>
      <w:pPr>
        <w:pStyle w:val="ListParagraph"/>
      </w:pPr>
      <w:r>
        <w:rPr>
          <w:sz w:val="22"/>
        </w:rPr>
        <w:t>D. nhiều lứa tuổi cùng hòa hợp.</w:t>
      </w:r>
    </w:p>
    <w:p/>
    <w:p>
      <w:r>
        <w:rPr>
          <w:b/>
          <w:sz w:val="24"/>
        </w:rPr>
        <w:t>Câu 15: Vấn đề nan giải bao trùm ở Mỹ Latinh là</w:t>
      </w:r>
    </w:p>
    <w:p>
      <w:pPr>
        <w:pStyle w:val="ListParagraph"/>
      </w:pPr>
      <w:r>
        <w:rPr>
          <w:sz w:val="22"/>
        </w:rPr>
        <w:t>A. có nhiều siêu đô thị dân đông.</w:t>
      </w:r>
    </w:p>
    <w:p>
      <w:pPr>
        <w:pStyle w:val="ListParagraph"/>
      </w:pPr>
      <w:r>
        <w:rPr>
          <w:sz w:val="22"/>
        </w:rPr>
        <w:t>B. tỉ lệ thất nghiệp ở thành thị cao.</w:t>
      </w:r>
    </w:p>
    <w:p>
      <w:pPr>
        <w:pStyle w:val="ListParagraph"/>
      </w:pPr>
      <w:r>
        <w:rPr>
          <w:sz w:val="22"/>
        </w:rPr>
        <w:t>C. dân nông thôn vào đô thị đông.</w:t>
      </w:r>
    </w:p>
    <w:p>
      <w:pPr>
        <w:pStyle w:val="ListParagraph"/>
      </w:pPr>
      <w:r>
        <w:rPr>
          <w:sz w:val="22"/>
        </w:rPr>
        <w:t>D. chênh lệch giàu nghèo rất lớn.</w:t>
      </w:r>
    </w:p>
    <w:p/>
    <w:p>
      <w:r>
        <w:rPr>
          <w:b/>
          <w:sz w:val="24"/>
        </w:rPr>
        <w:t>Câu 16: Phát biểu nào sau đây không đúng về kinh tế khu vực Mỹ Latinh?</w:t>
      </w:r>
    </w:p>
    <w:p>
      <w:pPr>
        <w:pStyle w:val="ListParagraph"/>
      </w:pPr>
      <w:r>
        <w:rPr>
          <w:sz w:val="22"/>
        </w:rPr>
        <w:t>A. Tổng GDP của toàn khu vực ở mức thấp.</w:t>
      </w:r>
    </w:p>
    <w:p>
      <w:pPr>
        <w:pStyle w:val="ListParagraph"/>
      </w:pPr>
      <w:r>
        <w:rPr>
          <w:sz w:val="22"/>
        </w:rPr>
        <w:t>B. Chênh lệch GDP giữa các nước rất nhiều.</w:t>
      </w:r>
    </w:p>
    <w:p>
      <w:pPr>
        <w:pStyle w:val="ListParagraph"/>
      </w:pPr>
      <w:r>
        <w:rPr>
          <w:sz w:val="22"/>
        </w:rPr>
        <w:t>C. Nhiều nước mang nợ nước ngoài rất cao.</w:t>
      </w:r>
    </w:p>
    <w:p>
      <w:pPr>
        <w:pStyle w:val="ListParagraph"/>
      </w:pPr>
      <w:r>
        <w:rPr>
          <w:sz w:val="22"/>
        </w:rPr>
        <w:t>D. Tốc độ tăng trưởng GDP ở mức độ nhanh.</w:t>
      </w:r>
    </w:p>
    <w:p/>
    <w:p>
      <w:r>
        <w:rPr>
          <w:b/>
          <w:sz w:val="24"/>
        </w:rPr>
        <w:t>Câu 17: Các ngành kinh tế chủ đạo ở Mỹ Latinh là</w:t>
      </w:r>
    </w:p>
    <w:p>
      <w:pPr>
        <w:pStyle w:val="ListParagraph"/>
      </w:pPr>
      <w:r>
        <w:rPr>
          <w:sz w:val="22"/>
        </w:rPr>
        <w:t>A. khai khoáng, chế tạo máy và du lịch.</w:t>
      </w:r>
    </w:p>
    <w:p>
      <w:pPr>
        <w:pStyle w:val="ListParagraph"/>
      </w:pPr>
      <w:r>
        <w:rPr>
          <w:sz w:val="22"/>
        </w:rPr>
        <w:t>B. trồng trọt, chăn nuôi và khai khoáng.</w:t>
      </w:r>
    </w:p>
    <w:p>
      <w:pPr>
        <w:pStyle w:val="ListParagraph"/>
      </w:pPr>
      <w:r>
        <w:rPr>
          <w:sz w:val="22"/>
        </w:rPr>
        <w:t>C. đánh cá, du lịch, nuôi trồng thủy sản.</w:t>
      </w:r>
    </w:p>
    <w:p>
      <w:pPr>
        <w:pStyle w:val="ListParagraph"/>
      </w:pPr>
      <w:r>
        <w:rPr>
          <w:sz w:val="22"/>
        </w:rPr>
        <w:t>D. khai khoáng, nông nghiệp và du lịch.</w:t>
      </w:r>
    </w:p>
    <w:p/>
    <w:p>
      <w:r>
        <w:rPr>
          <w:b/>
          <w:sz w:val="24"/>
        </w:rPr>
        <w:t>Câu 18: Theo bảng số liệu, loại biểu đồ nào sau đây thích hợp nhất thể hiện cơ cấu kinh tế của Bra-xin năm 2000 và năm 2019?</w:t>
      </w:r>
    </w:p>
    <w:p>
      <w:pPr>
        <w:pStyle w:val="ListParagraph"/>
      </w:pPr>
      <w:r>
        <w:rPr>
          <w:sz w:val="22"/>
        </w:rPr>
        <w:t>A. Cột.</w:t>
      </w:r>
    </w:p>
    <w:p>
      <w:pPr>
        <w:pStyle w:val="ListParagraph"/>
      </w:pPr>
      <w:r>
        <w:rPr>
          <w:sz w:val="22"/>
        </w:rPr>
        <w:t>B. Đường.</w:t>
      </w:r>
    </w:p>
    <w:p>
      <w:pPr>
        <w:pStyle w:val="ListParagraph"/>
      </w:pPr>
      <w:r>
        <w:rPr>
          <w:sz w:val="22"/>
        </w:rPr>
        <w:t>C. Tròn.</w:t>
      </w:r>
    </w:p>
    <w:p>
      <w:pPr>
        <w:pStyle w:val="ListParagraph"/>
      </w:pPr>
      <w:r>
        <w:rPr>
          <w:sz w:val="22"/>
        </w:rPr>
        <w:t>D. Miền.</w:t>
      </w:r>
    </w:p>
    <w:p/>
    <w:p>
      <w:r>
        <w:rPr>
          <w:b/>
          <w:sz w:val="24"/>
        </w:rPr>
        <w:t>Câu 19: Theo bảng số liệu, loại biểu đồ nào sau đây thích hợp nhất thể hiện sản lượng khai thác dầu mỏ của một số nước Mỹ Latinh năm 2000?</w:t>
      </w:r>
    </w:p>
    <w:p>
      <w:pPr>
        <w:pStyle w:val="ListParagraph"/>
      </w:pPr>
      <w:r>
        <w:rPr>
          <w:sz w:val="22"/>
        </w:rPr>
        <w:t>A. Cột.</w:t>
      </w:r>
    </w:p>
    <w:p>
      <w:pPr>
        <w:pStyle w:val="ListParagraph"/>
      </w:pPr>
      <w:r>
        <w:rPr>
          <w:sz w:val="22"/>
        </w:rPr>
        <w:t>B. Đường.</w:t>
      </w:r>
    </w:p>
    <w:p>
      <w:pPr>
        <w:pStyle w:val="ListParagraph"/>
      </w:pPr>
      <w:r>
        <w:rPr>
          <w:sz w:val="22"/>
        </w:rPr>
        <w:t>C. Tròn.</w:t>
      </w:r>
    </w:p>
    <w:p>
      <w:pPr>
        <w:pStyle w:val="ListParagraph"/>
      </w:pPr>
      <w:r>
        <w:rPr>
          <w:sz w:val="22"/>
        </w:rPr>
        <w:t>D. Miền.</w:t>
      </w:r>
    </w:p>
    <w:p/>
    <w:p>
      <w:r>
        <w:rPr>
          <w:b/>
          <w:sz w:val="24"/>
        </w:rPr>
        <w:t>Câu 20: Theo bảng số liệu, loại biểu đồ nào sau đây thích hợp nhất thể hiện GDP của một số nước Mỹ Latinh năm 2000?</w:t>
      </w:r>
    </w:p>
    <w:p>
      <w:pPr>
        <w:pStyle w:val="ListParagraph"/>
      </w:pPr>
      <w:r>
        <w:rPr>
          <w:sz w:val="22"/>
        </w:rPr>
        <w:t>A. Kết hợp.</w:t>
      </w:r>
    </w:p>
    <w:p>
      <w:pPr>
        <w:pStyle w:val="ListParagraph"/>
      </w:pPr>
      <w:r>
        <w:rPr>
          <w:sz w:val="22"/>
        </w:rPr>
        <w:t>B. Đường.</w:t>
      </w:r>
    </w:p>
    <w:p>
      <w:pPr>
        <w:pStyle w:val="ListParagraph"/>
      </w:pPr>
      <w:r>
        <w:rPr>
          <w:sz w:val="22"/>
        </w:rPr>
        <w:t>C. Tròn.</w:t>
      </w:r>
    </w:p>
    <w:p>
      <w:pPr>
        <w:pStyle w:val="ListParagraph"/>
      </w:pPr>
      <w:r>
        <w:rPr>
          <w:sz w:val="22"/>
        </w:rPr>
        <w:t>D. Miền.</w:t>
      </w:r>
    </w:p>
    <w:p/>
    <w:p>
      <w:r>
        <w:rPr>
          <w:b/>
          <w:sz w:val="24"/>
        </w:rPr>
        <w:t>Câu 21: Đồng bằng nào sau đây có diện tích lớn nhất ở Mĩ La tinh?</w:t>
      </w:r>
    </w:p>
    <w:p>
      <w:pPr>
        <w:pStyle w:val="ListParagraph"/>
      </w:pPr>
      <w:r>
        <w:rPr>
          <w:sz w:val="22"/>
        </w:rPr>
        <w:t>A. Amadôn.</w:t>
      </w:r>
    </w:p>
    <w:p>
      <w:pPr>
        <w:pStyle w:val="ListParagraph"/>
      </w:pPr>
      <w:r>
        <w:rPr>
          <w:sz w:val="22"/>
        </w:rPr>
        <w:t>B. Mixixipi.</w:t>
      </w:r>
    </w:p>
    <w:p>
      <w:pPr>
        <w:pStyle w:val="ListParagraph"/>
      </w:pPr>
      <w:r>
        <w:rPr>
          <w:sz w:val="22"/>
        </w:rPr>
        <w:t>C. La Plata.</w:t>
      </w:r>
    </w:p>
    <w:p>
      <w:pPr>
        <w:pStyle w:val="ListParagraph"/>
      </w:pPr>
      <w:r>
        <w:rPr>
          <w:sz w:val="22"/>
        </w:rPr>
        <w:t>D. Pampa.</w:t>
      </w:r>
    </w:p>
    <w:p/>
    <w:p>
      <w:r>
        <w:rPr>
          <w:b/>
          <w:sz w:val="24"/>
        </w:rPr>
        <w:t>Câu 22: Đô thị nào sau đây có số dân lớn nhất ở Mỹ Latinh?</w:t>
      </w:r>
    </w:p>
    <w:p>
      <w:pPr>
        <w:pStyle w:val="ListParagraph"/>
      </w:pPr>
      <w:r>
        <w:rPr>
          <w:sz w:val="22"/>
        </w:rPr>
        <w:t>A. Bu-ê-nôt Ai-ret.</w:t>
      </w:r>
    </w:p>
    <w:p>
      <w:pPr>
        <w:pStyle w:val="ListParagraph"/>
      </w:pPr>
      <w:r>
        <w:rPr>
          <w:sz w:val="22"/>
        </w:rPr>
        <w:t>B. Mê-hi-cô Xity.</w:t>
      </w:r>
    </w:p>
    <w:p>
      <w:pPr>
        <w:pStyle w:val="ListParagraph"/>
      </w:pPr>
      <w:r>
        <w:rPr>
          <w:sz w:val="22"/>
        </w:rPr>
        <w:t>C. Xao Pao-lô.</w:t>
      </w:r>
    </w:p>
    <w:p>
      <w:pPr>
        <w:pStyle w:val="ListParagraph"/>
      </w:pPr>
      <w:r>
        <w:rPr>
          <w:sz w:val="22"/>
        </w:rPr>
        <w:t>D. Bô-gô-ta.</w:t>
      </w:r>
    </w:p>
    <w:p/>
    <w:p>
      <w:r>
        <w:rPr>
          <w:b/>
          <w:sz w:val="24"/>
        </w:rPr>
        <w:t>Câu 23: Đô thị hóa ở Mỹ La tinh không có đặc điểm nào sau đây?</w:t>
      </w:r>
    </w:p>
    <w:p>
      <w:pPr>
        <w:pStyle w:val="ListParagraph"/>
      </w:pPr>
      <w:r>
        <w:rPr>
          <w:sz w:val="22"/>
        </w:rPr>
        <w:t>A. Quá trình đô thị hóa diễn ra từ sớm.</w:t>
      </w:r>
    </w:p>
    <w:p>
      <w:pPr>
        <w:pStyle w:val="ListParagraph"/>
      </w:pPr>
      <w:r>
        <w:rPr>
          <w:sz w:val="22"/>
        </w:rPr>
        <w:t>B. Tỉ lệ dân thành thị cao trong tổng dân số.</w:t>
      </w:r>
    </w:p>
    <w:p>
      <w:pPr>
        <w:pStyle w:val="ListParagraph"/>
      </w:pPr>
      <w:r>
        <w:rPr>
          <w:sz w:val="22"/>
        </w:rPr>
        <w:t>C. Nhiều đô thị có số dân từ 10 triệu trở lên.</w:t>
      </w:r>
    </w:p>
    <w:p>
      <w:pPr>
        <w:pStyle w:val="ListParagraph"/>
      </w:pPr>
      <w:r>
        <w:rPr>
          <w:sz w:val="22"/>
        </w:rPr>
        <w:t>D. Khu vực đô thị tập trung nhiều di sản văn hóa.</w:t>
      </w:r>
    </w:p>
    <w:p/>
    <w:p>
      <w:r>
        <w:rPr>
          <w:b/>
          <w:sz w:val="24"/>
        </w:rPr>
        <w:t>Câu 24: Nguyên nhân chủ yếu nào sau đây đã làm cho tốc độ phát triển kinh tế không đều, đầu tư nước ngoài giảm mạnh ở Mĩ La tinh?</w:t>
      </w:r>
    </w:p>
    <w:p>
      <w:pPr>
        <w:pStyle w:val="ListParagraph"/>
      </w:pPr>
      <w:r>
        <w:rPr>
          <w:sz w:val="22"/>
        </w:rPr>
        <w:t>A. Chính trị không ổn định.</w:t>
      </w:r>
    </w:p>
    <w:p>
      <w:pPr>
        <w:pStyle w:val="ListParagraph"/>
      </w:pPr>
      <w:r>
        <w:rPr>
          <w:sz w:val="22"/>
        </w:rPr>
        <w:t>B. Cạn kiệt dần tài nguyên.</w:t>
      </w:r>
    </w:p>
    <w:p>
      <w:pPr>
        <w:pStyle w:val="ListParagraph"/>
      </w:pPr>
      <w:r>
        <w:rPr>
          <w:sz w:val="22"/>
        </w:rPr>
        <w:t>C. Thiếu lực lượng lao động.</w:t>
      </w:r>
    </w:p>
    <w:p>
      <w:pPr>
        <w:pStyle w:val="ListParagraph"/>
      </w:pPr>
      <w:r>
        <w:rPr>
          <w:sz w:val="22"/>
        </w:rPr>
        <w:t>D. Thiên tai xảy ra nhiều.</w:t>
      </w:r>
    </w:p>
    <w:p/>
    <w:p>
      <w:r>
        <w:rPr>
          <w:b/>
          <w:sz w:val="24"/>
        </w:rPr>
        <w:t>Câu 25: Thế mạnh trong nông nghiệp của Mỹ la tinh là</w:t>
      </w:r>
    </w:p>
    <w:p>
      <w:pPr>
        <w:pStyle w:val="ListParagraph"/>
      </w:pPr>
      <w:r>
        <w:rPr>
          <w:sz w:val="22"/>
        </w:rPr>
        <w:t>A. cây lương thực.</w:t>
      </w:r>
    </w:p>
    <w:p>
      <w:pPr>
        <w:pStyle w:val="ListParagraph"/>
      </w:pPr>
      <w:r>
        <w:rPr>
          <w:sz w:val="22"/>
        </w:rPr>
        <w:t>B. Cây ăn quả.</w:t>
      </w:r>
    </w:p>
    <w:p>
      <w:pPr>
        <w:pStyle w:val="ListParagraph"/>
      </w:pPr>
      <w:r>
        <w:rPr>
          <w:sz w:val="22"/>
        </w:rPr>
        <w:t>C. Cây công nghiệp.</w:t>
      </w:r>
    </w:p>
    <w:p>
      <w:pPr>
        <w:pStyle w:val="ListParagraph"/>
      </w:pPr>
      <w:r>
        <w:rPr>
          <w:sz w:val="22"/>
        </w:rPr>
        <w:t>D. Chăn nuôi.</w:t>
      </w:r>
    </w:p>
    <w:p/>
    <w:p>
      <w:r>
        <w:rPr>
          <w:b/>
          <w:sz w:val="24"/>
        </w:rPr>
        <w:t>Câu 26: Ngành công nghiệp đóng vai trò quan trọng nhất đối với khu vực Mỹ la tinh là</w:t>
      </w:r>
    </w:p>
    <w:p>
      <w:pPr>
        <w:pStyle w:val="ListParagraph"/>
      </w:pPr>
      <w:r>
        <w:rPr>
          <w:sz w:val="22"/>
        </w:rPr>
        <w:t>A. thực phẩm.</w:t>
      </w:r>
    </w:p>
    <w:p>
      <w:pPr>
        <w:pStyle w:val="ListParagraph"/>
      </w:pPr>
      <w:r>
        <w:rPr>
          <w:sz w:val="22"/>
        </w:rPr>
        <w:t>B. Cơ khí.</w:t>
      </w:r>
    </w:p>
    <w:p>
      <w:pPr>
        <w:pStyle w:val="ListParagraph"/>
      </w:pPr>
      <w:r>
        <w:rPr>
          <w:sz w:val="22"/>
        </w:rPr>
        <w:t>C. điện tử- tin học.</w:t>
      </w:r>
    </w:p>
    <w:p>
      <w:pPr>
        <w:pStyle w:val="ListParagraph"/>
      </w:pPr>
      <w:r>
        <w:rPr>
          <w:sz w:val="22"/>
        </w:rPr>
        <w:t>D. Khai thác khoáng sản.</w:t>
      </w:r>
    </w:p>
    <w:p/>
    <w:p>
      <w:r>
        <w:rPr>
          <w:b/>
          <w:sz w:val="24"/>
        </w:rPr>
        <w:t>Câu 27: Mỹ la tinh là khu vực thu hút khách du lịch do có</w:t>
      </w:r>
    </w:p>
    <w:p>
      <w:pPr>
        <w:pStyle w:val="ListParagraph"/>
      </w:pPr>
      <w:r>
        <w:rPr>
          <w:sz w:val="22"/>
        </w:rPr>
        <w:t>A. cảnh quan thiên nhiên đa dạng, nền văn hóa đặc sắc.</w:t>
      </w:r>
    </w:p>
    <w:p>
      <w:pPr>
        <w:pStyle w:val="ListParagraph"/>
      </w:pPr>
      <w:r>
        <w:rPr>
          <w:sz w:val="22"/>
        </w:rPr>
        <w:t>B. giá dịch vụ du lịch rẻ.</w:t>
      </w:r>
    </w:p>
    <w:p>
      <w:pPr>
        <w:pStyle w:val="ListParagraph"/>
      </w:pPr>
      <w:r>
        <w:rPr>
          <w:sz w:val="22"/>
        </w:rPr>
        <w:t>C. cơ sở hạ tầng du lịch có chất lượng tốt.</w:t>
      </w:r>
    </w:p>
    <w:p>
      <w:pPr>
        <w:pStyle w:val="ListParagraph"/>
      </w:pPr>
      <w:r>
        <w:rPr>
          <w:sz w:val="22"/>
        </w:rPr>
        <w:t>D. lao động trong ngành du lịch có trình độ cao.</w:t>
      </w:r>
    </w:p>
    <w:p/>
    <w:p>
      <w:r>
        <w:rPr>
          <w:b/>
          <w:sz w:val="24"/>
        </w:rPr>
        <w:t>Câu 28: Dân cư Mỹ la tinh sống tập trung ở</w:t>
      </w:r>
    </w:p>
    <w:p>
      <w:pPr>
        <w:pStyle w:val="ListParagraph"/>
      </w:pPr>
      <w:r>
        <w:rPr>
          <w:sz w:val="22"/>
        </w:rPr>
        <w:t>A. các vùng núi cao</w:t>
      </w:r>
    </w:p>
    <w:p>
      <w:pPr>
        <w:pStyle w:val="ListParagraph"/>
      </w:pPr>
      <w:r>
        <w:rPr>
          <w:sz w:val="22"/>
        </w:rPr>
        <w:t>B. Vùng núi An- đét</w:t>
      </w:r>
    </w:p>
    <w:p>
      <w:pPr>
        <w:pStyle w:val="ListParagraph"/>
      </w:pPr>
      <w:r>
        <w:rPr>
          <w:sz w:val="22"/>
        </w:rPr>
        <w:t>C. Hoang mạc A-ta-ca-ma.</w:t>
      </w:r>
    </w:p>
    <w:p>
      <w:pPr>
        <w:pStyle w:val="ListParagraph"/>
      </w:pPr>
      <w:r>
        <w:rPr>
          <w:sz w:val="22"/>
        </w:rPr>
        <w:t>D. Vùng ven biển.</w:t>
      </w:r>
    </w:p>
    <w:p/>
    <w:p>
      <w:r>
        <w:rPr>
          <w:b/>
          <w:sz w:val="24"/>
        </w:rPr>
        <w:t>Câu 29: Kinh tế Mỹ la tinh phát triển thiếu ổn định không do nguyên nguyên nào sau đây?</w:t>
      </w:r>
    </w:p>
    <w:p>
      <w:pPr>
        <w:pStyle w:val="ListParagraph"/>
      </w:pPr>
      <w:r>
        <w:rPr>
          <w:sz w:val="22"/>
        </w:rPr>
        <w:t>A. Tỉ lệ người nghèo cao và có sự chênh lệch lớn.</w:t>
      </w:r>
    </w:p>
    <w:p>
      <w:pPr>
        <w:pStyle w:val="ListParagraph"/>
      </w:pPr>
      <w:r>
        <w:rPr>
          <w:sz w:val="22"/>
        </w:rPr>
        <w:t>B. Sự bất ổn về chính trị, xã hội trong thời gian dài.</w:t>
      </w:r>
    </w:p>
    <w:p>
      <w:pPr>
        <w:pStyle w:val="ListParagraph"/>
      </w:pPr>
      <w:r>
        <w:rPr>
          <w:sz w:val="22"/>
        </w:rPr>
        <w:t>C. Nền kinh tế phụ thuộc vào nước ngoài.</w:t>
      </w:r>
    </w:p>
    <w:p>
      <w:pPr>
        <w:pStyle w:val="ListParagraph"/>
      </w:pPr>
      <w:r>
        <w:rPr>
          <w:sz w:val="22"/>
        </w:rPr>
        <w:t>D. Xung đột xã hội xuất hiện ở một số quốc gia.</w:t>
      </w:r>
    </w:p>
    <w:p/>
    <w:p>
      <w:r>
        <w:rPr>
          <w:b/>
          <w:sz w:val="24"/>
        </w:rPr>
        <w:t>Câu 30: Giải pháp chủ yếu để phát triển kinh tế hiện nay của khu vực Mỹ la tinh là</w:t>
      </w:r>
    </w:p>
    <w:p>
      <w:pPr>
        <w:pStyle w:val="ListParagraph"/>
      </w:pPr>
      <w:r>
        <w:rPr>
          <w:sz w:val="22"/>
        </w:rPr>
        <w:t>A. thu hút vốn đầu tư nước ngoài, lệ thuộc vào các nước tư bản</w:t>
      </w:r>
    </w:p>
    <w:p>
      <w:pPr>
        <w:pStyle w:val="ListParagraph"/>
      </w:pPr>
      <w:r>
        <w:rPr>
          <w:sz w:val="22"/>
        </w:rPr>
        <w:t>B. tăng cường hợp tác quốc tế, cải cách kinh tế.</w:t>
      </w:r>
    </w:p>
    <w:p>
      <w:pPr>
        <w:pStyle w:val="ListParagraph"/>
      </w:pPr>
      <w:r>
        <w:rPr>
          <w:sz w:val="22"/>
        </w:rPr>
        <w:t>C. Duy trì chế độ phong kiến, phát triển sản xuất hàng hóa.</w:t>
      </w:r>
    </w:p>
    <w:p>
      <w:pPr>
        <w:pStyle w:val="ListParagraph"/>
      </w:pPr>
      <w:r>
        <w:rPr>
          <w:sz w:val="22"/>
        </w:rPr>
        <w:t>D. Tự do hóa thương mại, tập trung phát triển nông nghiệp</w:t>
      </w:r>
    </w:p>
    <w:p/>
    <w:p>
      <w:r>
        <w:rPr>
          <w:b/>
          <w:sz w:val="24"/>
        </w:rPr>
        <w:t>Câu 31: Phần đất liền Mỹ la tinh trải dài từ khoảng vĩ độ 33°B đến gần vĩ độ 54°B, tiếp giáp với ba đại dương: phía đông là Đại tây dương, phía tây là Thái Bình Dương và phía nam là Nam Đại Dương. Nhận định nào sau đây đúng/sai?</w:t>
      </w:r>
    </w:p>
    <w:p>
      <w:pPr>
        <w:pStyle w:val="ListParagraph"/>
      </w:pPr>
      <w:r>
        <w:rPr>
          <w:sz w:val="22"/>
        </w:rPr>
        <w:t>A. Mỹ la tinh nằm hoàn toàn trong vùng nội chí tuyến.</w:t>
      </w:r>
    </w:p>
    <w:p>
      <w:pPr>
        <w:pStyle w:val="ListParagraph"/>
      </w:pPr>
      <w:r>
        <w:rPr>
          <w:sz w:val="22"/>
        </w:rPr>
        <w:t>B. Nằm hoàn toàn ở bán cầu Tây.</w:t>
      </w:r>
    </w:p>
    <w:p>
      <w:pPr>
        <w:pStyle w:val="ListParagraph"/>
      </w:pPr>
      <w:r>
        <w:rPr>
          <w:sz w:val="22"/>
        </w:rPr>
        <w:t>C. Kinh tế biển là thế mạnh của Mỹ la tinh.</w:t>
      </w:r>
    </w:p>
    <w:p>
      <w:pPr>
        <w:pStyle w:val="ListParagraph"/>
      </w:pPr>
      <w:r>
        <w:rPr>
          <w:sz w:val="22"/>
        </w:rPr>
        <w:t>D. Thuận lợi cho giao lưu với các châu lục và khu vực khác bằng đường bộ.</w:t>
      </w:r>
    </w:p>
    <w:p/>
    <w:p>
      <w:r>
        <w:rPr>
          <w:b/>
          <w:sz w:val="24"/>
        </w:rPr>
        <w:t>Câu 32: Cho bảng số liệu: KHAI THÁC DẦU MỎ CỦA MỘT SỐ NƯỚC MỸ LATINH. Nhận định nào sau đây đúng/sai?</w:t>
      </w:r>
    </w:p>
    <w:p>
      <w:pPr>
        <w:pStyle w:val="ListParagraph"/>
      </w:pPr>
      <w:r>
        <w:rPr>
          <w:sz w:val="22"/>
        </w:rPr>
        <w:t>A. Sản lượng dầu khai thác có sự khác biệt giữa các nước.</w:t>
      </w:r>
    </w:p>
    <w:p>
      <w:pPr>
        <w:pStyle w:val="ListParagraph"/>
      </w:pPr>
      <w:r>
        <w:rPr>
          <w:sz w:val="22"/>
        </w:rPr>
        <w:t>B. Bra xin có sản lượng khai thác cao nhất, gấp Ê-cu-a-đo 5,3 lần.</w:t>
      </w:r>
    </w:p>
    <w:p>
      <w:pPr>
        <w:pStyle w:val="ListParagraph"/>
      </w:pPr>
      <w:r>
        <w:rPr>
          <w:sz w:val="22"/>
        </w:rPr>
        <w:t>C. Ac-hen-ti-na có sản lượng khai thác dầu thấp nhất.</w:t>
      </w:r>
    </w:p>
    <w:p>
      <w:pPr>
        <w:pStyle w:val="ListParagraph"/>
      </w:pPr>
      <w:r>
        <w:rPr>
          <w:sz w:val="22"/>
        </w:rPr>
        <w:t>D. Biểu đồ đường là dạng biểu đồ thích hợp thể hiện sản lượng khai thác dầu mỏ của một số nước Mỹ La Tinh giai đoạn trên.</w:t>
      </w:r>
    </w:p>
    <w:p/>
    <w:p>
      <w:r>
        <w:rPr>
          <w:b/>
          <w:sz w:val="24"/>
        </w:rPr>
        <w:t>Câu 33: Cho bảng số liệu: GDP CỦA MỘT SỐ NƯỚC Ở MỸ LATINH NĂM 2020. Nhận định nào sau đây đúng/sai?</w:t>
      </w:r>
    </w:p>
    <w:p>
      <w:pPr>
        <w:pStyle w:val="ListParagraph"/>
      </w:pPr>
      <w:r>
        <w:rPr>
          <w:sz w:val="22"/>
        </w:rPr>
        <w:t>A. GDP của các nước trong khu vực Mỹ La Tinh ít có sự chênh lệch.</w:t>
      </w:r>
    </w:p>
    <w:p>
      <w:pPr>
        <w:pStyle w:val="ListParagraph"/>
      </w:pPr>
      <w:r>
        <w:rPr>
          <w:sz w:val="22"/>
        </w:rPr>
        <w:t>B. Bra-xin có quy mô GDP lớn nhất, Đô-mi-ni-ca thấp nhất.</w:t>
      </w:r>
    </w:p>
    <w:p>
      <w:pPr>
        <w:pStyle w:val="ListParagraph"/>
      </w:pPr>
      <w:r>
        <w:rPr>
          <w:sz w:val="22"/>
        </w:rPr>
        <w:t>C. GDP/ người có sự khác biệt lớn, cao nhất là Pa-na-ma gấp Hai-ti 9,8 lần.</w:t>
      </w:r>
    </w:p>
    <w:p>
      <w:pPr>
        <w:pStyle w:val="ListParagraph"/>
      </w:pPr>
      <w:r>
        <w:rPr>
          <w:sz w:val="22"/>
        </w:rPr>
        <w:t>D. Biểu đồ cột nhóm là dạng biểu đồ thích hợp thể hiện GDP và GDP/ người của một số nước Mỹ La Tinh.</w:t>
      </w:r>
    </w:p>
    <w:p/>
    <w:p>
      <w:r>
        <w:rPr>
          <w:b/>
          <w:sz w:val="24"/>
        </w:rPr>
        <w:t>Câu 34: Cho bảng số liệu: TỈ LỆ DÂN THÀNH THỊ KHU VỰC MỸ LATINH QUA CÁC NĂM. Nhận định nào sau đây đúng/sai?</w:t>
      </w:r>
    </w:p>
    <w:p>
      <w:pPr>
        <w:pStyle w:val="ListParagraph"/>
      </w:pPr>
      <w:r>
        <w:rPr>
          <w:sz w:val="22"/>
        </w:rPr>
        <w:t>A. Tỉ lệ dân thành thị của Mỹ La Tinh tăng nhanh, liên tục.</w:t>
      </w:r>
    </w:p>
    <w:p>
      <w:pPr>
        <w:pStyle w:val="ListParagraph"/>
      </w:pPr>
      <w:r>
        <w:rPr>
          <w:sz w:val="22"/>
        </w:rPr>
        <w:t>B. Trung bình mỗi năm tăng 0,58%.</w:t>
      </w:r>
    </w:p>
    <w:p>
      <w:pPr>
        <w:pStyle w:val="ListParagraph"/>
      </w:pPr>
      <w:r>
        <w:rPr>
          <w:sz w:val="22"/>
        </w:rPr>
        <w:t>C. Tỉ lệ dân thành thị tăng là do công nghiệp hoá diễn ra mạnh.</w:t>
      </w:r>
    </w:p>
    <w:p>
      <w:pPr>
        <w:pStyle w:val="ListParagraph"/>
      </w:pPr>
      <w:r>
        <w:rPr>
          <w:sz w:val="22"/>
        </w:rPr>
        <w:t>D. Biểu đồ cột; đường là dạng biểu đồ thích hợp thể hiện tỉ lệ dân thành thị của Mỹ La Tinh giai đoạn trên.</w:t>
      </w:r>
    </w:p>
    <w:p/>
    <w:p>
      <w:r>
        <w:rPr>
          <w:b/>
          <w:sz w:val="24"/>
        </w:rPr>
        <w:t>Câu 35: Mỹ la tinh là một trong những khu vực có sự đa dạng về chủng tộc bậc nhất trên thế giới, bao gồm người Ơ-rô-pê-ô-it, người Môn- gô- lô -ít, người Nê- gro- it và người lai giữa các chủng tộc. Nhận định nào sau đây đúng/sai?</w:t>
      </w:r>
    </w:p>
    <w:p>
      <w:pPr>
        <w:pStyle w:val="ListParagraph"/>
      </w:pPr>
      <w:r>
        <w:rPr>
          <w:sz w:val="22"/>
        </w:rPr>
        <w:t>A. Người bản địa thuộc chủng tộc Ơ- rô- pê- ô-it.</w:t>
      </w:r>
    </w:p>
    <w:p>
      <w:pPr>
        <w:pStyle w:val="ListParagraph"/>
      </w:pPr>
      <w:r>
        <w:rPr>
          <w:sz w:val="22"/>
        </w:rPr>
        <w:t>B. Tạo sự đa dạng về văn hóa.</w:t>
      </w:r>
    </w:p>
    <w:p>
      <w:pPr>
        <w:pStyle w:val="ListParagraph"/>
      </w:pPr>
      <w:r>
        <w:rPr>
          <w:sz w:val="22"/>
        </w:rPr>
        <w:t>C. Có nhiều luồng nhập cư thuộc các chủng tộc khác nhau.</w:t>
      </w:r>
    </w:p>
    <w:p>
      <w:pPr>
        <w:pStyle w:val="ListParagraph"/>
      </w:pPr>
      <w:r>
        <w:rPr>
          <w:sz w:val="22"/>
        </w:rPr>
        <w:t>D. Chủng tộc Nê- grô- it là luồng nhập cư từ châu .</w:t>
      </w:r>
    </w:p>
    <w:p/>
    <w:p>
      <w:r>
        <w:rPr>
          <w:b/>
          <w:sz w:val="24"/>
        </w:rPr>
        <w:t>Câu 36: Cho bảng số liệu: CƠ CẤU DÂN SỐ THEO TUỔI Ở KHU VỰC MỸ LA TINH GIAI ĐOẠN 2000 - 2020. Nhận định nào sau đây đúng/sai?</w:t>
      </w:r>
    </w:p>
    <w:p>
      <w:pPr>
        <w:pStyle w:val="ListParagraph"/>
      </w:pPr>
      <w:r>
        <w:rPr>
          <w:sz w:val="22"/>
        </w:rPr>
        <w:t>A. Tỉ lệ dân số nhóm dưới 15 tuổi giảm liên tục.</w:t>
      </w:r>
    </w:p>
    <w:p>
      <w:pPr>
        <w:pStyle w:val="ListParagraph"/>
      </w:pPr>
      <w:r>
        <w:rPr>
          <w:sz w:val="22"/>
        </w:rPr>
        <w:t>B. Tỉ lệ dân số từ 15 đến 64 tuổi giảm liên tục.</w:t>
      </w:r>
    </w:p>
    <w:p>
      <w:pPr>
        <w:pStyle w:val="ListParagraph"/>
      </w:pPr>
      <w:r>
        <w:rPr>
          <w:sz w:val="22"/>
        </w:rPr>
        <w:t>C. Dạng biểu đồ thích hợp nhất thể hiện sự chuyển dịch cơ cấu dân số theo nhóm tuổi ở khu vực Mỹ la tinh giai đoạn 2000 – 2020 là biểu đồ miền.</w:t>
      </w:r>
    </w:p>
    <w:p>
      <w:pPr>
        <w:pStyle w:val="ListParagraph"/>
      </w:pPr>
      <w:r>
        <w:rPr>
          <w:sz w:val="22"/>
        </w:rPr>
        <w:t>D. Nhóm tuổi từ 65 tuổi trở lên tăng nhiều nhất.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D</w:t>
      </w:r>
    </w:p>
    <w:p>
      <w:r>
        <w:rPr>
          <w:b/>
        </w:rPr>
        <w:t>Câu 16: Đáp án đúng: D</w:t>
      </w:r>
    </w:p>
    <w:p>
      <w:r>
        <w:rPr>
          <w:b/>
        </w:rPr>
        <w:t>Câu 17: Đáp án đúng: D</w:t>
      </w:r>
    </w:p>
    <w:p>
      <w:r>
        <w:rPr>
          <w:b/>
        </w:rPr>
        <w:t>Câu 18: Đáp án đúng: C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C</w:t>
      </w:r>
    </w:p>
    <w:p>
      <w:r>
        <w:rPr>
          <w:b/>
        </w:rPr>
        <w:t>Câu 23: Đáp án đúng: D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C</w:t>
      </w:r>
    </w:p>
    <w:p>
      <w:r>
        <w:rPr>
          <w:b/>
        </w:rPr>
        <w:t>Câu 26: Đáp án đúng: D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C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B</w:t>
      </w:r>
    </w:p>
    <w:p>
      <w:r>
        <w:rPr>
          <w:b/>
        </w:rPr>
        <w:t>Câu 31: Đáp án đúng: None</w:t>
      </w:r>
    </w:p>
    <w:p>
      <w:r>
        <w:rPr>
          <w:b/>
        </w:rPr>
        <w:t>Câu 32: Đáp án đúng: None</w:t>
      </w:r>
    </w:p>
    <w:p>
      <w:r>
        <w:rPr>
          <w:b/>
        </w:rPr>
        <w:t>Câu 33: Đáp án đúng: None</w:t>
      </w:r>
    </w:p>
    <w:p>
      <w:r>
        <w:rPr>
          <w:b/>
        </w:rPr>
        <w:t>Câu 34: Đáp án đúng: None</w:t>
      </w:r>
    </w:p>
    <w:p>
      <w:r>
        <w:rPr>
          <w:b/>
        </w:rPr>
        <w:t>Câu 35: Đáp án đúng: None</w:t>
      </w:r>
    </w:p>
    <w:p>
      <w:r>
        <w:rPr>
          <w:b/>
        </w:rPr>
        <w:t>Câu 36: Đáp án đúng: None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