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Hãy tạo cho tôi chấm bài thi và chắt lọc thôn...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