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Lịch sử Lớp 12 - Hiện thực lịch sử và nhận thức lịch sử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Hội nghị Ianta được triệu tập vào thời gian nào?</w:t>
      </w:r>
    </w:p>
    <w:p>
      <w:pPr>
        <w:pStyle w:val="ListParagraph"/>
      </w:pPr>
      <w:r>
        <w:rPr>
          <w:sz w:val="22"/>
        </w:rPr>
        <w:t>A. Tháng 2/1945</w:t>
      </w:r>
    </w:p>
    <w:p>
      <w:pPr>
        <w:pStyle w:val="ListParagraph"/>
      </w:pPr>
      <w:r>
        <w:rPr>
          <w:sz w:val="22"/>
        </w:rPr>
        <w:t>B. Tháng 5/1945</w:t>
      </w:r>
    </w:p>
    <w:p>
      <w:pPr>
        <w:pStyle w:val="ListParagraph"/>
      </w:pPr>
      <w:r>
        <w:rPr>
          <w:sz w:val="22"/>
        </w:rPr>
        <w:t>C. Tháng 7/1945</w:t>
      </w:r>
    </w:p>
    <w:p>
      <w:pPr>
        <w:pStyle w:val="ListParagraph"/>
      </w:pPr>
      <w:r>
        <w:rPr>
          <w:sz w:val="22"/>
        </w:rPr>
        <w:t>D. Tháng 8/1945</w:t>
      </w:r>
    </w:p>
    <w:p/>
    <w:p>
      <w:r>
        <w:rPr>
          <w:b/>
          <w:sz w:val="24"/>
        </w:rPr>
        <w:t>Câu 2: Hội nghị Ianta có sự tham gia của nguyên thủ các nước nào?</w:t>
      </w:r>
    </w:p>
    <w:p>
      <w:pPr>
        <w:pStyle w:val="ListParagraph"/>
      </w:pPr>
      <w:r>
        <w:rPr>
          <w:sz w:val="22"/>
        </w:rPr>
        <w:t>A. Mỹ, Anh, Pháp</w:t>
      </w:r>
    </w:p>
    <w:p>
      <w:pPr>
        <w:pStyle w:val="ListParagraph"/>
      </w:pPr>
      <w:r>
        <w:rPr>
          <w:sz w:val="22"/>
        </w:rPr>
        <w:t>B. Mỹ, Anh, Liên Xô</w:t>
      </w:r>
    </w:p>
    <w:p>
      <w:pPr>
        <w:pStyle w:val="ListParagraph"/>
      </w:pPr>
      <w:r>
        <w:rPr>
          <w:sz w:val="22"/>
        </w:rPr>
        <w:t>C. Mỹ, Liên Xô, Trung Quốc</w:t>
      </w:r>
    </w:p>
    <w:p>
      <w:pPr>
        <w:pStyle w:val="ListParagraph"/>
      </w:pPr>
      <w:r>
        <w:rPr>
          <w:sz w:val="22"/>
        </w:rPr>
        <w:t>D. Anh, Pháp, Liên Xô</w:t>
      </w:r>
    </w:p>
    <w:p/>
    <w:p>
      <w:r>
        <w:rPr>
          <w:b/>
          <w:sz w:val="24"/>
        </w:rPr>
        <w:t>Câu 3: Theo quyết định của Hội nghị Ianta, nước nào bị chia thành 4 vùng chiếm đóng?</w:t>
      </w:r>
    </w:p>
    <w:p>
      <w:pPr>
        <w:pStyle w:val="ListParagraph"/>
      </w:pPr>
      <w:r>
        <w:rPr>
          <w:sz w:val="22"/>
        </w:rPr>
        <w:t>A. Đức</w:t>
      </w:r>
    </w:p>
    <w:p>
      <w:pPr>
        <w:pStyle w:val="ListParagraph"/>
      </w:pPr>
      <w:r>
        <w:rPr>
          <w:sz w:val="22"/>
        </w:rPr>
        <w:t>B. Nhật Bản</w:t>
      </w:r>
    </w:p>
    <w:p>
      <w:pPr>
        <w:pStyle w:val="ListParagraph"/>
      </w:pPr>
      <w:r>
        <w:rPr>
          <w:sz w:val="22"/>
        </w:rPr>
        <w:t>C. Italia</w:t>
      </w:r>
    </w:p>
    <w:p>
      <w:pPr>
        <w:pStyle w:val="ListParagraph"/>
      </w:pPr>
      <w:r>
        <w:rPr>
          <w:sz w:val="22"/>
        </w:rPr>
        <w:t>D. Triều Tiên</w:t>
      </w:r>
    </w:p>
    <w:p/>
    <w:p>
      <w:r>
        <w:rPr>
          <w:b/>
          <w:sz w:val="24"/>
        </w:rPr>
        <w:t>Câu 4: Hội nghị Ianta quyết định thành lập tổ chức nào?</w:t>
      </w:r>
    </w:p>
    <w:p>
      <w:pPr>
        <w:pStyle w:val="ListParagraph"/>
      </w:pPr>
      <w:r>
        <w:rPr>
          <w:sz w:val="22"/>
        </w:rPr>
        <w:t>A. Hội Quốc liên</w:t>
      </w:r>
    </w:p>
    <w:p>
      <w:pPr>
        <w:pStyle w:val="ListParagraph"/>
      </w:pPr>
      <w:r>
        <w:rPr>
          <w:sz w:val="22"/>
        </w:rPr>
        <w:t>B. Liên hợp quốc</w:t>
      </w:r>
    </w:p>
    <w:p>
      <w:pPr>
        <w:pStyle w:val="ListParagraph"/>
      </w:pPr>
      <w:r>
        <w:rPr>
          <w:sz w:val="22"/>
        </w:rPr>
        <w:t>C. NATO</w:t>
      </w:r>
    </w:p>
    <w:p>
      <w:pPr>
        <w:pStyle w:val="ListParagraph"/>
      </w:pPr>
      <w:r>
        <w:rPr>
          <w:sz w:val="22"/>
        </w:rPr>
        <w:t>D. SEATO</w:t>
      </w:r>
    </w:p>
    <w:p/>
    <w:p>
      <w:r>
        <w:rPr>
          <w:b/>
          <w:sz w:val="24"/>
        </w:rPr>
        <w:t>Câu 5: Trật tự thế giới được hình thành sau Chiến tranh thế giới thứ hai thường được gọi là gì?</w:t>
      </w:r>
    </w:p>
    <w:p>
      <w:pPr>
        <w:pStyle w:val="ListParagraph"/>
      </w:pPr>
      <w:r>
        <w:rPr>
          <w:sz w:val="22"/>
        </w:rPr>
        <w:t>A. Trật tự Vecxai - Oasinhtơn</w:t>
      </w:r>
    </w:p>
    <w:p>
      <w:pPr>
        <w:pStyle w:val="ListParagraph"/>
      </w:pPr>
      <w:r>
        <w:rPr>
          <w:sz w:val="22"/>
        </w:rPr>
        <w:t>B. Trật tự Ianta</w:t>
      </w:r>
    </w:p>
    <w:p>
      <w:pPr>
        <w:pStyle w:val="ListParagraph"/>
      </w:pPr>
      <w:r>
        <w:rPr>
          <w:sz w:val="22"/>
        </w:rPr>
        <w:t>C. Trật tự đa cực</w:t>
      </w:r>
    </w:p>
    <w:p>
      <w:pPr>
        <w:pStyle w:val="ListParagraph"/>
      </w:pPr>
      <w:r>
        <w:rPr>
          <w:sz w:val="22"/>
        </w:rPr>
        <w:t>D. Trật tự đơn cực</w:t>
      </w:r>
    </w:p>
    <w:p/>
    <w:p>
      <w:r>
        <w:rPr>
          <w:b/>
          <w:sz w:val="24"/>
        </w:rPr>
        <w:t>Câu 6: Đặc trưng nổi bật của trật tự hai cực Ianta là gì?</w:t>
      </w:r>
    </w:p>
    <w:p>
      <w:pPr>
        <w:pStyle w:val="ListParagraph"/>
      </w:pPr>
      <w:r>
        <w:rPr>
          <w:sz w:val="22"/>
        </w:rPr>
        <w:t>A. Thế giới bị chia thành hai phe do Mỹ và Liên Xô đứng đầu</w:t>
      </w:r>
    </w:p>
    <w:p>
      <w:pPr>
        <w:pStyle w:val="ListParagraph"/>
      </w:pPr>
      <w:r>
        <w:rPr>
          <w:sz w:val="22"/>
        </w:rPr>
        <w:t>B. Các nước tư bản thống trị toàn cầu</w:t>
      </w:r>
    </w:p>
    <w:p>
      <w:pPr>
        <w:pStyle w:val="ListParagraph"/>
      </w:pPr>
      <w:r>
        <w:rPr>
          <w:sz w:val="22"/>
        </w:rPr>
        <w:t>C. Liên hợp quốc nắm quyền lực tuyệt đối</w:t>
      </w:r>
    </w:p>
    <w:p>
      <w:pPr>
        <w:pStyle w:val="ListParagraph"/>
      </w:pPr>
      <w:r>
        <w:rPr>
          <w:sz w:val="22"/>
        </w:rPr>
        <w:t>D. Chủ nghĩa phát xít tiếp tục tồn tại</w:t>
      </w:r>
    </w:p>
    <w:p/>
    <w:p>
      <w:r>
        <w:rPr>
          <w:b/>
          <w:sz w:val="24"/>
        </w:rPr>
        <w:t>Câu 7: Chiến tranh lạnh diễn ra chủ yếu giữa hai quốc gia nào?</w:t>
      </w:r>
    </w:p>
    <w:p>
      <w:pPr>
        <w:pStyle w:val="ListParagraph"/>
      </w:pPr>
      <w:r>
        <w:rPr>
          <w:sz w:val="22"/>
        </w:rPr>
        <w:t>A. Mỹ và Trung Quốc</w:t>
      </w:r>
    </w:p>
    <w:p>
      <w:pPr>
        <w:pStyle w:val="ListParagraph"/>
      </w:pPr>
      <w:r>
        <w:rPr>
          <w:sz w:val="22"/>
        </w:rPr>
        <w:t>B. Mỹ và Liên Xô</w:t>
      </w:r>
    </w:p>
    <w:p>
      <w:pPr>
        <w:pStyle w:val="ListParagraph"/>
      </w:pPr>
      <w:r>
        <w:rPr>
          <w:sz w:val="22"/>
        </w:rPr>
        <w:t>C. Anh và Pháp</w:t>
      </w:r>
    </w:p>
    <w:p>
      <w:pPr>
        <w:pStyle w:val="ListParagraph"/>
      </w:pPr>
      <w:r>
        <w:rPr>
          <w:sz w:val="22"/>
        </w:rPr>
        <w:t>D. Đức và Nhật Bản</w:t>
      </w:r>
    </w:p>
    <w:p/>
    <w:p>
      <w:r>
        <w:rPr>
          <w:b/>
          <w:sz w:val="24"/>
        </w:rPr>
        <w:t>Câu 8: Chiến tranh lạnh chính thức bắt đầu sau sự kiện nào?</w:t>
      </w:r>
    </w:p>
    <w:p>
      <w:pPr>
        <w:pStyle w:val="ListParagraph"/>
      </w:pPr>
      <w:r>
        <w:rPr>
          <w:sz w:val="22"/>
        </w:rPr>
        <w:t>A. Học thuyết Truman (1947)</w:t>
      </w:r>
    </w:p>
    <w:p>
      <w:pPr>
        <w:pStyle w:val="ListParagraph"/>
      </w:pPr>
      <w:r>
        <w:rPr>
          <w:sz w:val="22"/>
        </w:rPr>
        <w:t>B. Kế hoạch Marshall (1948)</w:t>
      </w:r>
    </w:p>
    <w:p>
      <w:pPr>
        <w:pStyle w:val="ListParagraph"/>
      </w:pPr>
      <w:r>
        <w:rPr>
          <w:sz w:val="22"/>
        </w:rPr>
        <w:t>C. NATO thành lập (1949)</w:t>
      </w:r>
    </w:p>
    <w:p>
      <w:pPr>
        <w:pStyle w:val="ListParagraph"/>
      </w:pPr>
      <w:r>
        <w:rPr>
          <w:sz w:val="22"/>
        </w:rPr>
        <w:t>D. Khối Warsaw thành lập (1955)</w:t>
      </w:r>
    </w:p>
    <w:p/>
    <w:p>
      <w:r>
        <w:rPr>
          <w:b/>
          <w:sz w:val="24"/>
        </w:rPr>
        <w:t>Câu 9: Học thuyết Truman (1947) của Tổng thống Mỹ Truman nhằm mục đích gì?</w:t>
      </w:r>
    </w:p>
    <w:p>
      <w:pPr>
        <w:pStyle w:val="ListParagraph"/>
      </w:pPr>
      <w:r>
        <w:rPr>
          <w:sz w:val="22"/>
        </w:rPr>
        <w:t>A. Viện trợ kinh tế cho các nước Tây Âu</w:t>
      </w:r>
    </w:p>
    <w:p>
      <w:pPr>
        <w:pStyle w:val="ListParagraph"/>
      </w:pPr>
      <w:r>
        <w:rPr>
          <w:sz w:val="22"/>
        </w:rPr>
        <w:t>B. Ngăn chặn sự lan rộng của chủ nghĩa cộng sản</w:t>
      </w:r>
    </w:p>
    <w:p>
      <w:pPr>
        <w:pStyle w:val="ListParagraph"/>
      </w:pPr>
      <w:r>
        <w:rPr>
          <w:sz w:val="22"/>
        </w:rPr>
        <w:t>C. Thành lập Liên hợp quốc</w:t>
      </w:r>
    </w:p>
    <w:p>
      <w:pPr>
        <w:pStyle w:val="ListParagraph"/>
      </w:pPr>
      <w:r>
        <w:rPr>
          <w:sz w:val="22"/>
        </w:rPr>
        <w:t>D. Tiêu diệt chủ nghĩa phát xít</w:t>
      </w:r>
    </w:p>
    <w:p/>
    <w:p>
      <w:r>
        <w:rPr>
          <w:b/>
          <w:sz w:val="24"/>
        </w:rPr>
        <w:t>Câu 10: Kế hoạch Marshall (1948) của Mỹ nhằm mục đích chính là gì?</w:t>
      </w:r>
    </w:p>
    <w:p>
      <w:pPr>
        <w:pStyle w:val="ListParagraph"/>
      </w:pPr>
      <w:r>
        <w:rPr>
          <w:sz w:val="22"/>
        </w:rPr>
        <w:t>A. Viện trợ kinh tế để khôi phục Tây Âu và chống ảnh hưởng cộng sản</w:t>
      </w:r>
    </w:p>
    <w:p>
      <w:pPr>
        <w:pStyle w:val="ListParagraph"/>
      </w:pPr>
      <w:r>
        <w:rPr>
          <w:sz w:val="22"/>
        </w:rPr>
        <w:t>B. Thành lập NATO</w:t>
      </w:r>
    </w:p>
    <w:p>
      <w:pPr>
        <w:pStyle w:val="ListParagraph"/>
      </w:pPr>
      <w:r>
        <w:rPr>
          <w:sz w:val="22"/>
        </w:rPr>
        <w:t>C. Viện trợ quân sự cho Liên Xô</w:t>
      </w:r>
    </w:p>
    <w:p>
      <w:pPr>
        <w:pStyle w:val="ListParagraph"/>
      </w:pPr>
      <w:r>
        <w:rPr>
          <w:sz w:val="22"/>
        </w:rPr>
        <w:t>D. Chia cắt nước Đức</w:t>
      </w:r>
    </w:p>
    <w:p/>
    <w:p>
      <w:r>
        <w:rPr>
          <w:b/>
          <w:sz w:val="24"/>
        </w:rPr>
        <w:t>Câu 11: Tổ chức quân sự NATO được thành lập năm nào?</w:t>
      </w:r>
    </w:p>
    <w:p>
      <w:pPr>
        <w:pStyle w:val="ListParagraph"/>
      </w:pPr>
      <w:r>
        <w:rPr>
          <w:sz w:val="22"/>
        </w:rPr>
        <w:t>A. 1947</w:t>
      </w:r>
    </w:p>
    <w:p>
      <w:pPr>
        <w:pStyle w:val="ListParagraph"/>
      </w:pPr>
      <w:r>
        <w:rPr>
          <w:sz w:val="22"/>
        </w:rPr>
        <w:t>B. 1948</w:t>
      </w:r>
    </w:p>
    <w:p>
      <w:pPr>
        <w:pStyle w:val="ListParagraph"/>
      </w:pPr>
      <w:r>
        <w:rPr>
          <w:sz w:val="22"/>
        </w:rPr>
        <w:t>C. 1949</w:t>
      </w:r>
    </w:p>
    <w:p>
      <w:pPr>
        <w:pStyle w:val="ListParagraph"/>
      </w:pPr>
      <w:r>
        <w:rPr>
          <w:sz w:val="22"/>
        </w:rPr>
        <w:t>D. 1955</w:t>
      </w:r>
    </w:p>
    <w:p/>
    <w:p>
      <w:r>
        <w:rPr>
          <w:b/>
          <w:sz w:val="24"/>
        </w:rPr>
        <w:t>Câu 12: Tổ chức Hiệp ước Warsaw được thành lập năm nào?</w:t>
      </w:r>
    </w:p>
    <w:p>
      <w:pPr>
        <w:pStyle w:val="ListParagraph"/>
      </w:pPr>
      <w:r>
        <w:rPr>
          <w:sz w:val="22"/>
        </w:rPr>
        <w:t>A. 1949</w:t>
      </w:r>
    </w:p>
    <w:p>
      <w:pPr>
        <w:pStyle w:val="ListParagraph"/>
      </w:pPr>
      <w:r>
        <w:rPr>
          <w:sz w:val="22"/>
        </w:rPr>
        <w:t>B. 1955</w:t>
      </w:r>
    </w:p>
    <w:p>
      <w:pPr>
        <w:pStyle w:val="ListParagraph"/>
      </w:pPr>
      <w:r>
        <w:rPr>
          <w:sz w:val="22"/>
        </w:rPr>
        <w:t>C. 1961</w:t>
      </w:r>
    </w:p>
    <w:p>
      <w:pPr>
        <w:pStyle w:val="ListParagraph"/>
      </w:pPr>
      <w:r>
        <w:rPr>
          <w:sz w:val="22"/>
        </w:rPr>
        <w:t>D. 1975</w:t>
      </w:r>
    </w:p>
    <w:p/>
    <w:p>
      <w:r>
        <w:rPr>
          <w:b/>
          <w:sz w:val="24"/>
        </w:rPr>
        <w:t>Câu 13: Sự kiện nào gắn với cụm từ bức màn sắt chia cắt Đông Âu và Tây Âu?</w:t>
      </w:r>
    </w:p>
    <w:p>
      <w:pPr>
        <w:pStyle w:val="ListParagraph"/>
      </w:pPr>
      <w:r>
        <w:rPr>
          <w:sz w:val="22"/>
        </w:rPr>
        <w:t>A. Diễn văn Phulton của Churchill (1946)</w:t>
      </w:r>
    </w:p>
    <w:p>
      <w:pPr>
        <w:pStyle w:val="ListParagraph"/>
      </w:pPr>
      <w:r>
        <w:rPr>
          <w:sz w:val="22"/>
        </w:rPr>
        <w:t>B. Kế hoạch Marshall</w:t>
      </w:r>
    </w:p>
    <w:p>
      <w:pPr>
        <w:pStyle w:val="ListParagraph"/>
      </w:pPr>
      <w:r>
        <w:rPr>
          <w:sz w:val="22"/>
        </w:rPr>
        <w:t>C. Khối NATO thành lập</w:t>
      </w:r>
    </w:p>
    <w:p>
      <w:pPr>
        <w:pStyle w:val="ListParagraph"/>
      </w:pPr>
      <w:r>
        <w:rPr>
          <w:sz w:val="22"/>
        </w:rPr>
        <w:t>D. Bức tường Berlin dựng lên</w:t>
      </w:r>
    </w:p>
    <w:p/>
    <w:p>
      <w:r>
        <w:rPr>
          <w:b/>
          <w:sz w:val="24"/>
        </w:rPr>
        <w:t>Câu 14: Bức tường Berlin được dựng lên vào năm nào?</w:t>
      </w:r>
    </w:p>
    <w:p>
      <w:pPr>
        <w:pStyle w:val="ListParagraph"/>
      </w:pPr>
      <w:r>
        <w:rPr>
          <w:sz w:val="22"/>
        </w:rPr>
        <w:t>A. 1949</w:t>
      </w:r>
    </w:p>
    <w:p>
      <w:pPr>
        <w:pStyle w:val="ListParagraph"/>
      </w:pPr>
      <w:r>
        <w:rPr>
          <w:sz w:val="22"/>
        </w:rPr>
        <w:t>B. 1961</w:t>
      </w:r>
    </w:p>
    <w:p>
      <w:pPr>
        <w:pStyle w:val="ListParagraph"/>
      </w:pPr>
      <w:r>
        <w:rPr>
          <w:sz w:val="22"/>
        </w:rPr>
        <w:t>C. 1962</w:t>
      </w:r>
    </w:p>
    <w:p>
      <w:pPr>
        <w:pStyle w:val="ListParagraph"/>
      </w:pPr>
      <w:r>
        <w:rPr>
          <w:sz w:val="22"/>
        </w:rPr>
        <w:t>D. 1975</w:t>
      </w:r>
    </w:p>
    <w:p/>
    <w:p>
      <w:r>
        <w:rPr>
          <w:b/>
          <w:sz w:val="24"/>
        </w:rPr>
        <w:t>Câu 15: Cuộc khủng hoảng tên lửa Cuba (1962) diễn ra giữa hai quốc gia nào?</w:t>
      </w:r>
    </w:p>
    <w:p>
      <w:pPr>
        <w:pStyle w:val="ListParagraph"/>
      </w:pPr>
      <w:r>
        <w:rPr>
          <w:sz w:val="22"/>
        </w:rPr>
        <w:t>A. Mỹ và Liên Xô</w:t>
      </w:r>
    </w:p>
    <w:p>
      <w:pPr>
        <w:pStyle w:val="ListParagraph"/>
      </w:pPr>
      <w:r>
        <w:rPr>
          <w:sz w:val="22"/>
        </w:rPr>
        <w:t>B. Mỹ và Cuba</w:t>
      </w:r>
    </w:p>
    <w:p>
      <w:pPr>
        <w:pStyle w:val="ListParagraph"/>
      </w:pPr>
      <w:r>
        <w:rPr>
          <w:sz w:val="22"/>
        </w:rPr>
        <w:t>C. Liên Xô và Cuba</w:t>
      </w:r>
    </w:p>
    <w:p>
      <w:pPr>
        <w:pStyle w:val="ListParagraph"/>
      </w:pPr>
      <w:r>
        <w:rPr>
          <w:sz w:val="22"/>
        </w:rPr>
        <w:t>D. Mỹ và Trung Quốc</w:t>
      </w:r>
    </w:p>
    <w:p/>
    <w:p>
      <w:r>
        <w:rPr>
          <w:b/>
          <w:sz w:val="24"/>
        </w:rPr>
        <w:t>Câu 16: Đặc điểm của Chiến tranh lạnh là gì?</w:t>
      </w:r>
    </w:p>
    <w:p>
      <w:pPr>
        <w:pStyle w:val="ListParagraph"/>
      </w:pPr>
      <w:r>
        <w:rPr>
          <w:sz w:val="22"/>
        </w:rPr>
        <w:t>A. Chiến tranh tổng lực giữa Mỹ và Liên Xô</w:t>
      </w:r>
    </w:p>
    <w:p>
      <w:pPr>
        <w:pStyle w:val="ListParagraph"/>
      </w:pPr>
      <w:r>
        <w:rPr>
          <w:sz w:val="22"/>
        </w:rPr>
        <w:t>B. Đối đầu toàn diện nhưng không trực tiếp xung đột quân sự giữa Mỹ và Liên Xô</w:t>
      </w:r>
    </w:p>
    <w:p>
      <w:pPr>
        <w:pStyle w:val="ListParagraph"/>
      </w:pPr>
      <w:r>
        <w:rPr>
          <w:sz w:val="22"/>
        </w:rPr>
        <w:t>C. Xung đột vũ trang trực tiếp giữa NATO và Warsaw</w:t>
      </w:r>
    </w:p>
    <w:p>
      <w:pPr>
        <w:pStyle w:val="ListParagraph"/>
      </w:pPr>
      <w:r>
        <w:rPr>
          <w:sz w:val="22"/>
        </w:rPr>
        <w:t>D. Chiến tranh giữa các nước phương Tây</w:t>
      </w:r>
    </w:p>
    <w:p/>
    <w:p>
      <w:r>
        <w:rPr>
          <w:b/>
          <w:sz w:val="24"/>
        </w:rPr>
        <w:t>Câu 17: Trật tự hai cực Ianta sụp đổ sau sự kiện nào?</w:t>
      </w:r>
    </w:p>
    <w:p>
      <w:pPr>
        <w:pStyle w:val="ListParagraph"/>
      </w:pPr>
      <w:r>
        <w:rPr>
          <w:sz w:val="22"/>
        </w:rPr>
        <w:t>A. Liên Xô tan rã năm 1991</w:t>
      </w:r>
    </w:p>
    <w:p>
      <w:pPr>
        <w:pStyle w:val="ListParagraph"/>
      </w:pPr>
      <w:r>
        <w:rPr>
          <w:sz w:val="22"/>
        </w:rPr>
        <w:t>B. Chiến tranh thế giới thứ hai kết thúc</w:t>
      </w:r>
    </w:p>
    <w:p>
      <w:pPr>
        <w:pStyle w:val="ListParagraph"/>
      </w:pPr>
      <w:r>
        <w:rPr>
          <w:sz w:val="22"/>
        </w:rPr>
        <w:t>C. Hiệp ước Warsaw giải thể</w:t>
      </w:r>
    </w:p>
    <w:p>
      <w:pPr>
        <w:pStyle w:val="ListParagraph"/>
      </w:pPr>
      <w:r>
        <w:rPr>
          <w:sz w:val="22"/>
        </w:rPr>
        <w:t>D. Bức tường Berlin sụp đổ</w:t>
      </w:r>
    </w:p>
    <w:p/>
    <w:p>
      <w:r>
        <w:rPr>
          <w:b/>
          <w:sz w:val="24"/>
        </w:rPr>
        <w:t>Câu 18: Tổ chức nào được thành lập năm 1949 nhằm liên kết kinh tế các nước xã hội chủ nghĩa?</w:t>
      </w:r>
    </w:p>
    <w:p>
      <w:pPr>
        <w:pStyle w:val="ListParagraph"/>
      </w:pPr>
      <w:r>
        <w:rPr>
          <w:sz w:val="22"/>
        </w:rPr>
        <w:t>A. COMECON (SEV)</w:t>
      </w:r>
    </w:p>
    <w:p>
      <w:pPr>
        <w:pStyle w:val="ListParagraph"/>
      </w:pPr>
      <w:r>
        <w:rPr>
          <w:sz w:val="22"/>
        </w:rPr>
        <w:t>B. NATO</w:t>
      </w:r>
    </w:p>
    <w:p>
      <w:pPr>
        <w:pStyle w:val="ListParagraph"/>
      </w:pPr>
      <w:r>
        <w:rPr>
          <w:sz w:val="22"/>
        </w:rPr>
        <w:t>C. EU</w:t>
      </w:r>
    </w:p>
    <w:p>
      <w:pPr>
        <w:pStyle w:val="ListParagraph"/>
      </w:pPr>
      <w:r>
        <w:rPr>
          <w:sz w:val="22"/>
        </w:rPr>
        <w:t>D. ASEAN</w:t>
      </w:r>
    </w:p>
    <w:p/>
    <w:p>
      <w:r>
        <w:rPr>
          <w:b/>
          <w:sz w:val="24"/>
        </w:rPr>
        <w:t>Câu 19: Hiệp định Helsinki (1975) được ký kết nhằm mục đích gì?</w:t>
      </w:r>
    </w:p>
    <w:p>
      <w:pPr>
        <w:pStyle w:val="ListParagraph"/>
      </w:pPr>
      <w:r>
        <w:rPr>
          <w:sz w:val="22"/>
        </w:rPr>
        <w:t>A. Giảm căng thẳng giữa Đông và Tây, công nhận biên giới châu Âu sau chiến tranh</w:t>
      </w:r>
    </w:p>
    <w:p>
      <w:pPr>
        <w:pStyle w:val="ListParagraph"/>
      </w:pPr>
      <w:r>
        <w:rPr>
          <w:sz w:val="22"/>
        </w:rPr>
        <w:t>B. Thành lập NATO</w:t>
      </w:r>
    </w:p>
    <w:p>
      <w:pPr>
        <w:pStyle w:val="ListParagraph"/>
      </w:pPr>
      <w:r>
        <w:rPr>
          <w:sz w:val="22"/>
        </w:rPr>
        <w:t>C. Chấm dứt Chiến tranh lạnh</w:t>
      </w:r>
    </w:p>
    <w:p>
      <w:pPr>
        <w:pStyle w:val="ListParagraph"/>
      </w:pPr>
      <w:r>
        <w:rPr>
          <w:sz w:val="22"/>
        </w:rPr>
        <w:t>D. Thành lập Liên hợp quốc</w:t>
      </w:r>
    </w:p>
    <w:p/>
    <w:p>
      <w:r>
        <w:rPr>
          <w:b/>
          <w:sz w:val="24"/>
        </w:rPr>
        <w:t>Câu 20: Sự kiện nào đánh dấu chấm dứt Chiến tranh lạnh?</w:t>
      </w:r>
    </w:p>
    <w:p>
      <w:pPr>
        <w:pStyle w:val="ListParagraph"/>
      </w:pPr>
      <w:r>
        <w:rPr>
          <w:sz w:val="22"/>
        </w:rPr>
        <w:t>A. Liên Xô tan rã năm 1991</w:t>
      </w:r>
    </w:p>
    <w:p>
      <w:pPr>
        <w:pStyle w:val="ListParagraph"/>
      </w:pPr>
      <w:r>
        <w:rPr>
          <w:sz w:val="22"/>
        </w:rPr>
        <w:t>B. Hiệp ước SALT II</w:t>
      </w:r>
    </w:p>
    <w:p>
      <w:pPr>
        <w:pStyle w:val="ListParagraph"/>
      </w:pPr>
      <w:r>
        <w:rPr>
          <w:sz w:val="22"/>
        </w:rPr>
        <w:t>C. Bức tường Berlin sụp đổ năm 1989</w:t>
      </w:r>
    </w:p>
    <w:p>
      <w:pPr>
        <w:pStyle w:val="ListParagraph"/>
      </w:pPr>
      <w:r>
        <w:rPr>
          <w:sz w:val="22"/>
        </w:rPr>
        <w:t>D. Khối Warsaw giải thể năm 1991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