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Sinh học - Gene là gì?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Gene là gì?</w:t>
      </w:r>
    </w:p>
    <w:p>
      <w:pPr>
        <w:pStyle w:val="ListParagraph"/>
      </w:pPr>
      <w:r>
        <w:rPr>
          <w:sz w:val="22"/>
        </w:rPr>
        <w:t>A. Một đoạn phân tử protein mang thông tin di truyền.</w:t>
      </w:r>
    </w:p>
    <w:p>
      <w:pPr>
        <w:pStyle w:val="ListParagraph"/>
      </w:pPr>
      <w:r>
        <w:rPr>
          <w:sz w:val="22"/>
        </w:rPr>
        <w:t>B. Một đoạn DNA mang thông tin mã hóa sản phẩm xác định.</w:t>
      </w:r>
    </w:p>
    <w:p>
      <w:pPr>
        <w:pStyle w:val="ListParagraph"/>
      </w:pPr>
      <w:r>
        <w:rPr>
          <w:sz w:val="22"/>
        </w:rPr>
        <w:t>C. Một phân tử RNA có chức năng truyền đạt thông tin.</w:t>
      </w:r>
    </w:p>
    <w:p>
      <w:pPr>
        <w:pStyle w:val="ListParagraph"/>
      </w:pPr>
      <w:r>
        <w:rPr>
          <w:sz w:val="22"/>
        </w:rPr>
        <w:t>D. Một đoạn nhiễm sắc thể không chứa thông tin di truyền.</w:t>
      </w:r>
    </w:p>
    <w:p/>
    <w:p>
      <w:r>
        <w:rPr>
          <w:b/>
          <w:sz w:val="24"/>
        </w:rPr>
        <w:t>Câu 2: Phiên mã là quá trình:</w:t>
      </w:r>
    </w:p>
    <w:p>
      <w:pPr>
        <w:pStyle w:val="ListParagraph"/>
      </w:pPr>
      <w:r>
        <w:rPr>
          <w:sz w:val="22"/>
        </w:rPr>
        <w:t>A. Tổng hợp protein từ mRNA.</w:t>
      </w:r>
    </w:p>
    <w:p>
      <w:pPr>
        <w:pStyle w:val="ListParagraph"/>
      </w:pPr>
      <w:r>
        <w:rPr>
          <w:sz w:val="22"/>
        </w:rPr>
        <w:t>B. Tổng hợp DNA từ RNA.</w:t>
      </w:r>
    </w:p>
    <w:p>
      <w:pPr>
        <w:pStyle w:val="ListParagraph"/>
      </w:pPr>
      <w:r>
        <w:rPr>
          <w:sz w:val="22"/>
        </w:rPr>
        <w:t>C. Tổng hợp RNA dựa trên mạch khuôn của DNA.</w:t>
      </w:r>
    </w:p>
    <w:p>
      <w:pPr>
        <w:pStyle w:val="ListParagraph"/>
      </w:pPr>
      <w:r>
        <w:rPr>
          <w:sz w:val="22"/>
        </w:rPr>
        <w:t>D. Nhân đôi phân tử DNA.</w:t>
      </w:r>
    </w:p>
    <w:p/>
    <w:p>
      <w:r>
        <w:rPr>
          <w:b/>
          <w:sz w:val="24"/>
        </w:rPr>
        <w:t>Câu 3: Dịch mã là quá trình:</w:t>
      </w:r>
    </w:p>
    <w:p>
      <w:pPr>
        <w:pStyle w:val="ListParagraph"/>
      </w:pPr>
      <w:r>
        <w:rPr>
          <w:sz w:val="22"/>
        </w:rPr>
        <w:t>A. Tổng hợp chuỗi polypeptide dựa trên trình tự nucleotide của mRNA.</w:t>
      </w:r>
    </w:p>
    <w:p>
      <w:pPr>
        <w:pStyle w:val="ListParagraph"/>
      </w:pPr>
      <w:r>
        <w:rPr>
          <w:sz w:val="22"/>
        </w:rPr>
        <w:t>B. Tổng hợp DNA từ DNA.</w:t>
      </w:r>
    </w:p>
    <w:p>
      <w:pPr>
        <w:pStyle w:val="ListParagraph"/>
      </w:pPr>
      <w:r>
        <w:rPr>
          <w:sz w:val="22"/>
        </w:rPr>
        <w:t>C. Tổng hợp RNA từ DNA.</w:t>
      </w:r>
    </w:p>
    <w:p>
      <w:pPr>
        <w:pStyle w:val="ListParagraph"/>
      </w:pPr>
      <w:r>
        <w:rPr>
          <w:sz w:val="22"/>
        </w:rPr>
        <w:t>D. Phân chia tế bào.</w:t>
      </w:r>
    </w:p>
    <w:p/>
    <w:p>
      <w:r>
        <w:rPr>
          <w:b/>
          <w:sz w:val="24"/>
        </w:rPr>
        <w:t>Câu 4: Trong quá trình phiên mã, enzyme nào có vai trò tổng hợp RNA?</w:t>
      </w:r>
    </w:p>
    <w:p>
      <w:pPr>
        <w:pStyle w:val="ListParagraph"/>
      </w:pPr>
      <w:r>
        <w:rPr>
          <w:sz w:val="22"/>
        </w:rPr>
        <w:t>A. DNA polymerase.</w:t>
      </w:r>
    </w:p>
    <w:p>
      <w:pPr>
        <w:pStyle w:val="ListParagraph"/>
      </w:pPr>
      <w:r>
        <w:rPr>
          <w:sz w:val="22"/>
        </w:rPr>
        <w:t>B. RNA polymerase.</w:t>
      </w:r>
    </w:p>
    <w:p>
      <w:pPr>
        <w:pStyle w:val="ListParagraph"/>
      </w:pPr>
      <w:r>
        <w:rPr>
          <w:sz w:val="22"/>
        </w:rPr>
        <w:t>C. Ligase.</w:t>
      </w:r>
    </w:p>
    <w:p>
      <w:pPr>
        <w:pStyle w:val="ListParagraph"/>
      </w:pPr>
      <w:r>
        <w:rPr>
          <w:sz w:val="22"/>
        </w:rPr>
        <w:t>D. Amylase.</w:t>
      </w:r>
    </w:p>
    <w:p/>
    <w:p>
      <w:r>
        <w:rPr>
          <w:b/>
          <w:sz w:val="24"/>
        </w:rPr>
        <w:t>Câu 5: Trong quá trình phiên mã, nucleotide loại A trên mạch khuôn DNA liên kết với nucleotide nào của môi trường nội bào?</w:t>
      </w:r>
    </w:p>
    <w:p>
      <w:pPr>
        <w:pStyle w:val="ListParagraph"/>
      </w:pPr>
      <w:r>
        <w:rPr>
          <w:sz w:val="22"/>
        </w:rPr>
        <w:t>A. A.</w:t>
      </w:r>
    </w:p>
    <w:p>
      <w:pPr>
        <w:pStyle w:val="ListParagraph"/>
      </w:pPr>
      <w:r>
        <w:rPr>
          <w:sz w:val="22"/>
        </w:rPr>
        <w:t>B. T.</w:t>
      </w:r>
    </w:p>
    <w:p>
      <w:pPr>
        <w:pStyle w:val="ListParagraph"/>
      </w:pPr>
      <w:r>
        <w:rPr>
          <w:sz w:val="22"/>
        </w:rPr>
        <w:t>C. G.</w:t>
      </w:r>
    </w:p>
    <w:p>
      <w:pPr>
        <w:pStyle w:val="ListParagraph"/>
      </w:pPr>
      <w:r>
        <w:rPr>
          <w:sz w:val="22"/>
        </w:rPr>
        <w:t>D. U.</w:t>
      </w:r>
    </w:p>
    <w:p/>
    <w:p>
      <w:r>
        <w:rPr>
          <w:b/>
          <w:sz w:val="24"/>
        </w:rPr>
        <w:t>Câu 6: Theo mô hình Jacob và Monod, một operon Lac gồm những thành phần nào?</w:t>
      </w:r>
    </w:p>
    <w:p>
      <w:pPr>
        <w:pStyle w:val="ListParagraph"/>
      </w:pPr>
      <w:r>
        <w:rPr>
          <w:sz w:val="22"/>
        </w:rPr>
        <w:t>A. Vùng khởi động, vùng vận hành và các gene cấu trúc.</w:t>
      </w:r>
    </w:p>
    <w:p>
      <w:pPr>
        <w:pStyle w:val="ListParagraph"/>
      </w:pPr>
      <w:r>
        <w:rPr>
          <w:sz w:val="22"/>
        </w:rPr>
        <w:t>B. Gene điều hòa, gene phân giải và gene tổng hợp.</w:t>
      </w:r>
    </w:p>
    <w:p>
      <w:pPr>
        <w:pStyle w:val="ListParagraph"/>
      </w:pPr>
      <w:r>
        <w:rPr>
          <w:sz w:val="22"/>
        </w:rPr>
        <w:t>C. Vùng kết thúc và gene điều hòa.</w:t>
      </w:r>
    </w:p>
    <w:p>
      <w:pPr>
        <w:pStyle w:val="ListParagraph"/>
      </w:pPr>
      <w:r>
        <w:rPr>
          <w:sz w:val="22"/>
        </w:rPr>
        <w:t>D. Ribosome, mRNA và tRNA.</w:t>
      </w:r>
    </w:p>
    <w:p/>
    <w:p>
      <w:r>
        <w:rPr>
          <w:b/>
          <w:sz w:val="24"/>
        </w:rPr>
        <w:t>Câu 7: Khi môi trường có lactose, điều gì xảy ra ở operon Lac?</w:t>
      </w:r>
    </w:p>
    <w:p>
      <w:pPr>
        <w:pStyle w:val="ListParagraph"/>
      </w:pPr>
      <w:r>
        <w:rPr>
          <w:sz w:val="22"/>
        </w:rPr>
        <w:t>A. Protein ức chế bám vào vùng vận hành.</w:t>
      </w:r>
    </w:p>
    <w:p>
      <w:pPr>
        <w:pStyle w:val="ListParagraph"/>
      </w:pPr>
      <w:r>
        <w:rPr>
          <w:sz w:val="22"/>
        </w:rPr>
        <w:t>B. Các gene cấu trúc bị bất hoạt hoàn toàn.</w:t>
      </w:r>
    </w:p>
    <w:p>
      <w:pPr>
        <w:pStyle w:val="ListParagraph"/>
      </w:pPr>
      <w:r>
        <w:rPr>
          <w:sz w:val="22"/>
        </w:rPr>
        <w:t>C. Protein ức chế bị bất hoạt, tạo điều kiện cho phiên mã.</w:t>
      </w:r>
    </w:p>
    <w:p>
      <w:pPr>
        <w:pStyle w:val="ListParagraph"/>
      </w:pPr>
      <w:r>
        <w:rPr>
          <w:sz w:val="22"/>
        </w:rPr>
        <w:t>D. DNA bị phá hủy.</w:t>
      </w:r>
    </w:p>
    <w:p/>
    <w:p>
      <w:r>
        <w:rPr>
          <w:b/>
          <w:sz w:val="24"/>
        </w:rPr>
        <w:t>Câu 8: Đột biến gene là:</w:t>
      </w:r>
    </w:p>
    <w:p>
      <w:pPr>
        <w:pStyle w:val="ListParagraph"/>
      </w:pPr>
      <w:r>
        <w:rPr>
          <w:sz w:val="22"/>
        </w:rPr>
        <w:t>A. Sự thay đổi số lượng nhiễm sắc thể.</w:t>
      </w:r>
    </w:p>
    <w:p>
      <w:pPr>
        <w:pStyle w:val="ListParagraph"/>
      </w:pPr>
      <w:r>
        <w:rPr>
          <w:sz w:val="22"/>
        </w:rPr>
        <w:t>B. Sự biến đổi trong cấu trúc của gene liên quan đến một hoặc một số cặp nucleotide.</w:t>
      </w:r>
    </w:p>
    <w:p>
      <w:pPr>
        <w:pStyle w:val="ListParagraph"/>
      </w:pPr>
      <w:r>
        <w:rPr>
          <w:sz w:val="22"/>
        </w:rPr>
        <w:t>C. Sự thay đổi hình dạng tế bào.</w:t>
      </w:r>
    </w:p>
    <w:p>
      <w:pPr>
        <w:pStyle w:val="ListParagraph"/>
      </w:pPr>
      <w:r>
        <w:rPr>
          <w:sz w:val="22"/>
        </w:rPr>
        <w:t>D. Sự phân chia tế bào không bình thường.</w:t>
      </w:r>
    </w:p>
    <w:p/>
    <w:p>
      <w:r>
        <w:rPr>
          <w:b/>
          <w:sz w:val="24"/>
        </w:rPr>
        <w:t>Câu 9: Dạng đột biến nào sau đây có thể không làm thay đổi số lượng liên kết hydrogen của gene?</w:t>
      </w:r>
    </w:p>
    <w:p>
      <w:pPr>
        <w:pStyle w:val="ListParagraph"/>
      </w:pPr>
      <w:r>
        <w:rPr>
          <w:sz w:val="22"/>
        </w:rPr>
        <w:t>A. Thay một cặp A – T bằng một cặp T – A.</w:t>
      </w:r>
    </w:p>
    <w:p>
      <w:pPr>
        <w:pStyle w:val="ListParagraph"/>
      </w:pPr>
      <w:r>
        <w:rPr>
          <w:sz w:val="22"/>
        </w:rPr>
        <w:t>B. Thêm một cặp A – T.</w:t>
      </w:r>
    </w:p>
    <w:p>
      <w:pPr>
        <w:pStyle w:val="ListParagraph"/>
      </w:pPr>
      <w:r>
        <w:rPr>
          <w:sz w:val="22"/>
        </w:rPr>
        <w:t>C. Mất một cặp G – C.</w:t>
      </w:r>
    </w:p>
    <w:p>
      <w:pPr>
        <w:pStyle w:val="ListParagraph"/>
      </w:pPr>
      <w:r>
        <w:rPr>
          <w:sz w:val="22"/>
        </w:rPr>
        <w:t>D. Thêm một cặp G – C.</w:t>
      </w:r>
    </w:p>
    <w:p/>
    <w:p>
      <w:r>
        <w:rPr>
          <w:b/>
          <w:sz w:val="24"/>
        </w:rPr>
        <w:t>Câu 10: DNA tái tổ hợp là phân tử DNA:</w:t>
      </w:r>
    </w:p>
    <w:p>
      <w:pPr>
        <w:pStyle w:val="ListParagraph"/>
      </w:pPr>
      <w:r>
        <w:rPr>
          <w:sz w:val="22"/>
        </w:rPr>
        <w:t>A. Chỉ được tạo ra trong tự nhiên.</w:t>
      </w:r>
    </w:p>
    <w:p>
      <w:pPr>
        <w:pStyle w:val="ListParagraph"/>
      </w:pPr>
      <w:r>
        <w:rPr>
          <w:sz w:val="22"/>
        </w:rPr>
        <w:t>B. Được tạo ra bằng cách kết hợp các đoạn DNA có nguồn gốc khác nhau.</w:t>
      </w:r>
    </w:p>
    <w:p>
      <w:pPr>
        <w:pStyle w:val="ListParagraph"/>
      </w:pPr>
      <w:r>
        <w:rPr>
          <w:sz w:val="22"/>
        </w:rPr>
        <w:t>C. Chỉ chứa một loại nucleotide.</w:t>
      </w:r>
    </w:p>
    <w:p>
      <w:pPr>
        <w:pStyle w:val="ListParagraph"/>
      </w:pPr>
      <w:r>
        <w:rPr>
          <w:sz w:val="22"/>
        </w:rPr>
        <w:t>D. Không có khả năng nhân đôi.</w:t>
      </w:r>
    </w:p>
    <w:p/>
    <w:p>
      <w:r>
        <w:rPr>
          <w:b/>
          <w:sz w:val="24"/>
        </w:rPr>
        <w:t>Câu 11: Vector trong công nghệ gene thường được sử dụng để:</w:t>
      </w:r>
    </w:p>
    <w:p>
      <w:pPr>
        <w:pStyle w:val="ListParagraph"/>
      </w:pPr>
      <w:r>
        <w:rPr>
          <w:sz w:val="22"/>
        </w:rPr>
        <w:t>A. Phá hủy gene cần chuyển.</w:t>
      </w:r>
    </w:p>
    <w:p>
      <w:pPr>
        <w:pStyle w:val="ListParagraph"/>
      </w:pPr>
      <w:r>
        <w:rPr>
          <w:sz w:val="22"/>
        </w:rPr>
        <w:t>B. Vận chuyển gene từ tế bào này sang tế bào khác.</w:t>
      </w:r>
    </w:p>
    <w:p>
      <w:pPr>
        <w:pStyle w:val="ListParagraph"/>
      </w:pPr>
      <w:r>
        <w:rPr>
          <w:sz w:val="22"/>
        </w:rPr>
        <w:t>C. Làm biến đổi protein.</w:t>
      </w:r>
    </w:p>
    <w:p>
      <w:pPr>
        <w:pStyle w:val="ListParagraph"/>
      </w:pPr>
      <w:r>
        <w:rPr>
          <w:sz w:val="22"/>
        </w:rPr>
        <w:t>D. Ngăn cản quá trình nhân đôi DNA.</w:t>
      </w:r>
    </w:p>
    <w:p/>
    <w:p>
      <w:r>
        <w:rPr>
          <w:b/>
          <w:sz w:val="24"/>
        </w:rPr>
        <w:t>Câu 12: Hai loại vector thường được sử dụng trong công nghệ gene là:</w:t>
      </w:r>
    </w:p>
    <w:p>
      <w:pPr>
        <w:pStyle w:val="ListParagraph"/>
      </w:pPr>
      <w:r>
        <w:rPr>
          <w:sz w:val="22"/>
        </w:rPr>
        <w:t>A. Ribosome và tRNA.</w:t>
      </w:r>
    </w:p>
    <w:p>
      <w:pPr>
        <w:pStyle w:val="ListParagraph"/>
      </w:pPr>
      <w:r>
        <w:rPr>
          <w:sz w:val="22"/>
        </w:rPr>
        <w:t>B. Plasmid và virus.</w:t>
      </w:r>
    </w:p>
    <w:p>
      <w:pPr>
        <w:pStyle w:val="ListParagraph"/>
      </w:pPr>
      <w:r>
        <w:rPr>
          <w:sz w:val="22"/>
        </w:rPr>
        <w:t>C. mRNA và rRNA.</w:t>
      </w:r>
    </w:p>
    <w:p>
      <w:pPr>
        <w:pStyle w:val="ListParagraph"/>
      </w:pPr>
      <w:r>
        <w:rPr>
          <w:sz w:val="22"/>
        </w:rPr>
        <w:t>D. Protein và lipid.</w:t>
      </w:r>
    </w:p>
    <w:p/>
    <w:p>
      <w:r>
        <w:rPr>
          <w:b/>
          <w:sz w:val="24"/>
        </w:rPr>
        <w:t>Câu 13: Thành phần chủ yếu cấu tạo nên nhiễm sắc thể ở sinh vật nhân thực là:</w:t>
      </w:r>
    </w:p>
    <w:p>
      <w:pPr>
        <w:pStyle w:val="ListParagraph"/>
      </w:pPr>
      <w:r>
        <w:rPr>
          <w:sz w:val="22"/>
        </w:rPr>
        <w:t>A. DNA và protein histone.</w:t>
      </w:r>
    </w:p>
    <w:p>
      <w:pPr>
        <w:pStyle w:val="ListParagraph"/>
      </w:pPr>
      <w:r>
        <w:rPr>
          <w:sz w:val="22"/>
        </w:rPr>
        <w:t>B. RNA và lipid.</w:t>
      </w:r>
    </w:p>
    <w:p>
      <w:pPr>
        <w:pStyle w:val="ListParagraph"/>
      </w:pPr>
      <w:r>
        <w:rPr>
          <w:sz w:val="22"/>
        </w:rPr>
        <w:t>C. Protein và carbohydrate.</w:t>
      </w:r>
    </w:p>
    <w:p>
      <w:pPr>
        <w:pStyle w:val="ListParagraph"/>
      </w:pPr>
      <w:r>
        <w:rPr>
          <w:sz w:val="22"/>
        </w:rPr>
        <w:t>D. DNA và glucose.</w:t>
      </w:r>
    </w:p>
    <w:p/>
    <w:p>
      <w:r>
        <w:rPr>
          <w:b/>
          <w:sz w:val="24"/>
        </w:rPr>
        <w:t>Câu 14: Đơn vị cấu trúc cơ bản của nhiễm sắc thể ở sinh vật nhân thực là:</w:t>
      </w:r>
    </w:p>
    <w:p>
      <w:pPr>
        <w:pStyle w:val="ListParagraph"/>
      </w:pPr>
      <w:r>
        <w:rPr>
          <w:sz w:val="22"/>
        </w:rPr>
        <w:t>A. Chromatid.</w:t>
      </w:r>
    </w:p>
    <w:p>
      <w:pPr>
        <w:pStyle w:val="ListParagraph"/>
      </w:pPr>
      <w:r>
        <w:rPr>
          <w:sz w:val="22"/>
        </w:rPr>
        <w:t>B. Nucleosome.</w:t>
      </w:r>
    </w:p>
    <w:p>
      <w:pPr>
        <w:pStyle w:val="ListParagraph"/>
      </w:pPr>
      <w:r>
        <w:rPr>
          <w:sz w:val="22"/>
        </w:rPr>
        <w:t>C. Gene.</w:t>
      </w:r>
    </w:p>
    <w:p>
      <w:pPr>
        <w:pStyle w:val="ListParagraph"/>
      </w:pPr>
      <w:r>
        <w:rPr>
          <w:sz w:val="22"/>
        </w:rPr>
        <w:t>D. Ribosome.</w:t>
      </w:r>
    </w:p>
    <w:p/>
    <w:p>
      <w:r>
        <w:rPr>
          <w:b/>
          <w:sz w:val="24"/>
        </w:rPr>
        <w:t>Câu 15: Trình tự các mức độ cuộn xoắn của nhiễm sắc thể từ thấp đến cao là:</w:t>
      </w:r>
    </w:p>
    <w:p>
      <w:pPr>
        <w:pStyle w:val="ListParagraph"/>
      </w:pPr>
      <w:r>
        <w:rPr>
          <w:sz w:val="22"/>
        </w:rPr>
        <w:t>A. DNA → nucleosome → sợi nhiễm sắc → vùng xếp cuộn → chromatid.</w:t>
      </w:r>
    </w:p>
    <w:p>
      <w:pPr>
        <w:pStyle w:val="ListParagraph"/>
      </w:pPr>
      <w:r>
        <w:rPr>
          <w:sz w:val="22"/>
        </w:rPr>
        <w:t>B. DNA → chromatid → nucleosome → sợi nhiễm sắc.</w:t>
      </w:r>
    </w:p>
    <w:p>
      <w:pPr>
        <w:pStyle w:val="ListParagraph"/>
      </w:pPr>
      <w:r>
        <w:rPr>
          <w:sz w:val="22"/>
        </w:rPr>
        <w:t>C. Nucleosome → DNA → chromatid → sợi nhiễm sắc.</w:t>
      </w:r>
    </w:p>
    <w:p>
      <w:pPr>
        <w:pStyle w:val="ListParagraph"/>
      </w:pPr>
      <w:r>
        <w:rPr>
          <w:sz w:val="22"/>
        </w:rPr>
        <w:t>D. DNA → sợi nhiễm sắc → nucleosome → chromatid.</w:t>
      </w:r>
    </w:p>
    <w:p/>
    <w:p>
      <w:r>
        <w:rPr>
          <w:b/>
          <w:sz w:val="24"/>
        </w:rPr>
        <w:t>Câu 16: Vai trò của giảm phân và thụ tinh là:</w:t>
      </w:r>
    </w:p>
    <w:p>
      <w:pPr>
        <w:pStyle w:val="ListParagraph"/>
      </w:pPr>
      <w:r>
        <w:rPr>
          <w:sz w:val="22"/>
        </w:rPr>
        <w:t>A. Làm tăng số lượng nhiễm sắc thể qua các thế hệ.</w:t>
      </w:r>
    </w:p>
    <w:p>
      <w:pPr>
        <w:pStyle w:val="ListParagraph"/>
      </w:pPr>
      <w:r>
        <w:rPr>
          <w:sz w:val="22"/>
        </w:rPr>
        <w:t>B. Duy trì ổn định bộ nhiễm sắc thể đặc trưng của loài qua các thế hệ.</w:t>
      </w:r>
    </w:p>
    <w:p>
      <w:pPr>
        <w:pStyle w:val="ListParagraph"/>
      </w:pPr>
      <w:r>
        <w:rPr>
          <w:sz w:val="22"/>
        </w:rPr>
        <w:t>C. Làm giảm số lượng gene.</w:t>
      </w:r>
    </w:p>
    <w:p>
      <w:pPr>
        <w:pStyle w:val="ListParagraph"/>
      </w:pPr>
      <w:r>
        <w:rPr>
          <w:sz w:val="22"/>
        </w:rPr>
        <w:t>D. Tạo ra các tế bào có bộ nhiễm sắc thể giống nhau hoàn toàn.</w:t>
      </w:r>
    </w:p>
    <w:p/>
    <w:p>
      <w:r>
        <w:rPr>
          <w:b/>
          <w:sz w:val="24"/>
        </w:rPr>
        <w:t>Câu 17: Mendel đã tiến hành thí nghiệm chủ yếu trên đối tượng nào?</w:t>
      </w:r>
    </w:p>
    <w:p>
      <w:pPr>
        <w:pStyle w:val="ListParagraph"/>
      </w:pPr>
      <w:r>
        <w:rPr>
          <w:sz w:val="22"/>
        </w:rPr>
        <w:t>A. Cây ngô.</w:t>
      </w:r>
    </w:p>
    <w:p>
      <w:pPr>
        <w:pStyle w:val="ListParagraph"/>
      </w:pPr>
      <w:r>
        <w:rPr>
          <w:sz w:val="22"/>
        </w:rPr>
        <w:t>B. Cây đậu Hà Lan.</w:t>
      </w:r>
    </w:p>
    <w:p>
      <w:pPr>
        <w:pStyle w:val="ListParagraph"/>
      </w:pPr>
      <w:r>
        <w:rPr>
          <w:sz w:val="22"/>
        </w:rPr>
        <w:t>C. Cây lúa.</w:t>
      </w:r>
    </w:p>
    <w:p>
      <w:pPr>
        <w:pStyle w:val="ListParagraph"/>
      </w:pPr>
      <w:r>
        <w:rPr>
          <w:sz w:val="22"/>
        </w:rPr>
        <w:t>D. Ruồi giấm.</w:t>
      </w:r>
    </w:p>
    <w:p/>
    <w:p>
      <w:r>
        <w:rPr>
          <w:b/>
          <w:sz w:val="24"/>
        </w:rPr>
        <w:t>Câu 18: Mendel được xem là người đặt nền móng cho ngành khoa học nào?</w:t>
      </w:r>
    </w:p>
    <w:p>
      <w:pPr>
        <w:pStyle w:val="ListParagraph"/>
      </w:pPr>
      <w:r>
        <w:rPr>
          <w:sz w:val="22"/>
        </w:rPr>
        <w:t>A. Sinh thái học.</w:t>
      </w:r>
    </w:p>
    <w:p>
      <w:pPr>
        <w:pStyle w:val="ListParagraph"/>
      </w:pPr>
      <w:r>
        <w:rPr>
          <w:sz w:val="22"/>
        </w:rPr>
        <w:t>B. Di truyền học.</w:t>
      </w:r>
    </w:p>
    <w:p>
      <w:pPr>
        <w:pStyle w:val="ListParagraph"/>
      </w:pPr>
      <w:r>
        <w:rPr>
          <w:sz w:val="22"/>
        </w:rPr>
        <w:t>C. Tế bào học.</w:t>
      </w:r>
    </w:p>
    <w:p>
      <w:pPr>
        <w:pStyle w:val="ListParagraph"/>
      </w:pPr>
      <w:r>
        <w:rPr>
          <w:sz w:val="22"/>
        </w:rPr>
        <w:t>D. Giải phẫu học.</w:t>
      </w:r>
    </w:p>
    <w:p/>
    <w:p>
      <w:r>
        <w:rPr>
          <w:b/>
          <w:sz w:val="24"/>
        </w:rPr>
        <w:t>Câu 19: Theo quy luật phân li của Mendel, mỗi tính trạng do:</w:t>
      </w:r>
    </w:p>
    <w:p>
      <w:pPr>
        <w:pStyle w:val="ListParagraph"/>
      </w:pPr>
      <w:r>
        <w:rPr>
          <w:sz w:val="22"/>
        </w:rPr>
        <w:t>A. Một cặp nhân tố di truyền quy định.</w:t>
      </w:r>
    </w:p>
    <w:p>
      <w:pPr>
        <w:pStyle w:val="ListParagraph"/>
      </w:pPr>
      <w:r>
        <w:rPr>
          <w:sz w:val="22"/>
        </w:rPr>
        <w:t>B. Một loại nucleotide quy định.</w:t>
      </w:r>
    </w:p>
    <w:p>
      <w:pPr>
        <w:pStyle w:val="ListParagraph"/>
      </w:pPr>
      <w:r>
        <w:rPr>
          <w:sz w:val="22"/>
        </w:rPr>
        <w:t>C. Một phân tử protein quy định.</w:t>
      </w:r>
    </w:p>
    <w:p>
      <w:pPr>
        <w:pStyle w:val="ListParagraph"/>
      </w:pPr>
      <w:r>
        <w:rPr>
          <w:sz w:val="22"/>
        </w:rPr>
        <w:t>D. Hai tế bào quy định.</w:t>
      </w:r>
    </w:p>
    <w:p/>
    <w:p>
      <w:r>
        <w:rPr>
          <w:b/>
          <w:sz w:val="24"/>
        </w:rPr>
        <w:t>Câu 20: Khi lai hai cơ thể thuần chủng khác nhau về một cặp tính trạng tương phản, F1 thường có kiểu hình:</w:t>
      </w:r>
    </w:p>
    <w:p>
      <w:pPr>
        <w:pStyle w:val="ListParagraph"/>
      </w:pPr>
      <w:r>
        <w:rPr>
          <w:sz w:val="22"/>
        </w:rPr>
        <w:t>A. Phân li theo tỉ lệ 3 trội : 1 lặn.</w:t>
      </w:r>
    </w:p>
    <w:p>
      <w:pPr>
        <w:pStyle w:val="ListParagraph"/>
      </w:pPr>
      <w:r>
        <w:rPr>
          <w:sz w:val="22"/>
        </w:rPr>
        <w:t>B. Đồng tính về tính trạng trội.</w:t>
      </w:r>
    </w:p>
    <w:p>
      <w:pPr>
        <w:pStyle w:val="ListParagraph"/>
      </w:pPr>
      <w:r>
        <w:rPr>
          <w:sz w:val="22"/>
        </w:rPr>
        <w:t>C. Đồng tính về tính trạng lặn.</w:t>
      </w:r>
    </w:p>
    <w:p>
      <w:pPr>
        <w:pStyle w:val="ListParagraph"/>
      </w:pPr>
      <w:r>
        <w:rPr>
          <w:sz w:val="22"/>
        </w:rPr>
        <w:t>D. Phân li theo tỉ lệ 1 : 1.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