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PHẦN I. TRẮC NGHIỆM NHIỀU LỰA CHỌN</w:t>
      </w:r>
    </w:p>
    <w:p>
      <w:pPr>
        <w:jc w:val="center"/>
      </w:pPr>
      <w:r>
        <w:rPr>
          <w:sz w:val="22"/>
        </w:rPr>
        <w:t>Số câu: 26    Thời gian: _____ phút    Họ và tên: _________________________</w:t>
      </w:r>
    </w:p>
    <w:p/>
    <w:p>
      <w:r>
        <w:rPr>
          <w:b/>
          <w:sz w:val="24"/>
        </w:rPr>
        <w:t>Câu 1: Tổ chức sống nào sau đây thuộc cấp độ tổ chức cơ thể?</w:t>
      </w:r>
    </w:p>
    <w:p>
      <w:pPr>
        <w:pStyle w:val="ListParagraph"/>
      </w:pPr>
      <w:r>
        <w:rPr>
          <w:sz w:val="22"/>
        </w:rPr>
        <w:t>A. Ty thể.</w:t>
      </w:r>
    </w:p>
    <w:p>
      <w:pPr>
        <w:pStyle w:val="ListParagraph"/>
      </w:pPr>
      <w:r>
        <w:rPr>
          <w:sz w:val="22"/>
        </w:rPr>
        <w:t>B. Gan.</w:t>
      </w:r>
    </w:p>
    <w:p>
      <w:pPr>
        <w:pStyle w:val="ListParagraph"/>
      </w:pPr>
      <w:r>
        <w:rPr>
          <w:sz w:val="22"/>
        </w:rPr>
        <w:t>C. Rêu.</w:t>
      </w:r>
    </w:p>
    <w:p>
      <w:pPr>
        <w:pStyle w:val="ListParagraph"/>
      </w:pPr>
      <w:r>
        <w:rPr>
          <w:sz w:val="22"/>
        </w:rPr>
        <w:t>D. Dạ dày.</w:t>
      </w:r>
    </w:p>
    <w:p/>
    <w:p>
      <w:r>
        <w:rPr>
          <w:b/>
          <w:sz w:val="24"/>
        </w:rPr>
        <w:t>Câu 2: Đơn vị tổ chức cơ bản của mọi sinh vật là</w:t>
      </w:r>
    </w:p>
    <w:p>
      <w:pPr>
        <w:pStyle w:val="ListParagraph"/>
      </w:pPr>
      <w:r>
        <w:rPr>
          <w:sz w:val="22"/>
        </w:rPr>
        <w:t>A. ADN.</w:t>
      </w:r>
    </w:p>
    <w:p>
      <w:pPr>
        <w:pStyle w:val="ListParagraph"/>
      </w:pPr>
      <w:r>
        <w:rPr>
          <w:sz w:val="22"/>
        </w:rPr>
        <w:t>B. tế bào.</w:t>
      </w:r>
    </w:p>
    <w:p>
      <w:pPr>
        <w:pStyle w:val="ListParagraph"/>
      </w:pPr>
      <w:r>
        <w:rPr>
          <w:sz w:val="22"/>
        </w:rPr>
        <w:t>C. mô.</w:t>
      </w:r>
    </w:p>
    <w:p>
      <w:pPr>
        <w:pStyle w:val="ListParagraph"/>
      </w:pPr>
      <w:r>
        <w:rPr>
          <w:sz w:val="22"/>
        </w:rPr>
        <w:t>D. cơ quan.</w:t>
      </w:r>
    </w:p>
    <w:p/>
    <w:p>
      <w:r>
        <w:rPr>
          <w:b/>
          <w:sz w:val="24"/>
        </w:rPr>
        <w:t>Câu 3: Tổ chức sống nào sau đây thể hiện đầy đủ đặc điểm của sự sống?</w:t>
      </w:r>
    </w:p>
    <w:p>
      <w:pPr>
        <w:pStyle w:val="ListParagraph"/>
      </w:pPr>
      <w:r>
        <w:rPr>
          <w:sz w:val="22"/>
        </w:rPr>
        <w:t>A. Cơ quan.</w:t>
      </w:r>
    </w:p>
    <w:p>
      <w:pPr>
        <w:pStyle w:val="ListParagraph"/>
      </w:pPr>
      <w:r>
        <w:rPr>
          <w:sz w:val="22"/>
        </w:rPr>
        <w:t>B. Bào quan.</w:t>
      </w:r>
    </w:p>
    <w:p>
      <w:pPr>
        <w:pStyle w:val="ListParagraph"/>
      </w:pPr>
      <w:r>
        <w:rPr>
          <w:sz w:val="22"/>
        </w:rPr>
        <w:t>C. Phân tử.</w:t>
      </w:r>
    </w:p>
    <w:p>
      <w:pPr>
        <w:pStyle w:val="ListParagraph"/>
      </w:pPr>
      <w:r>
        <w:rPr>
          <w:sz w:val="22"/>
        </w:rPr>
        <w:t>D. Cơ thể.</w:t>
      </w:r>
    </w:p>
    <w:p/>
    <w:p>
      <w:r>
        <w:rPr>
          <w:b/>
          <w:sz w:val="24"/>
        </w:rPr>
        <w:t>Câu 4: Tổ chức sống nào sau đây thể hiện sự tương tác giữa các sinh vật với nhau và với môi trường?</w:t>
      </w:r>
    </w:p>
    <w:p>
      <w:pPr>
        <w:pStyle w:val="ListParagraph"/>
      </w:pPr>
      <w:r>
        <w:rPr>
          <w:sz w:val="22"/>
        </w:rPr>
        <w:t>A. Quần thể.</w:t>
      </w:r>
    </w:p>
    <w:p>
      <w:pPr>
        <w:pStyle w:val="ListParagraph"/>
      </w:pPr>
      <w:r>
        <w:rPr>
          <w:sz w:val="22"/>
        </w:rPr>
        <w:t>B. Cơ thể.</w:t>
      </w:r>
    </w:p>
    <w:p>
      <w:pPr>
        <w:pStyle w:val="ListParagraph"/>
      </w:pPr>
      <w:r>
        <w:rPr>
          <w:sz w:val="22"/>
        </w:rPr>
        <w:t>C. Hệ sinh thái.</w:t>
      </w:r>
    </w:p>
    <w:p>
      <w:pPr>
        <w:pStyle w:val="ListParagraph"/>
      </w:pPr>
      <w:r>
        <w:rPr>
          <w:sz w:val="22"/>
        </w:rPr>
        <w:t>D. Quần xã.</w:t>
      </w:r>
    </w:p>
    <w:p/>
    <w:p>
      <w:r>
        <w:rPr>
          <w:b/>
          <w:sz w:val="24"/>
        </w:rPr>
        <w:t>Câu 5: Thế giới sống được tổ chức thành nhiều cấp bậc từ nhỏ đến lớn gồm các cấp tổ chức cơ bản là</w:t>
      </w:r>
    </w:p>
    <w:p>
      <w:pPr>
        <w:pStyle w:val="ListParagraph"/>
      </w:pPr>
      <w:r>
        <w:rPr>
          <w:sz w:val="22"/>
        </w:rPr>
        <w:t>A. nguyên tử, bào quan, mô, cơ thể và quần thể.</w:t>
      </w:r>
    </w:p>
    <w:p>
      <w:pPr>
        <w:pStyle w:val="ListParagraph"/>
      </w:pPr>
      <w:r>
        <w:rPr>
          <w:sz w:val="22"/>
        </w:rPr>
        <w:t>B. bào quan, mô, cơ thể, quần thể và hệ sinh thái.</w:t>
      </w:r>
    </w:p>
    <w:p>
      <w:pPr>
        <w:pStyle w:val="ListParagraph"/>
      </w:pPr>
      <w:r>
        <w:rPr>
          <w:sz w:val="22"/>
        </w:rPr>
        <w:t>C. tế bào, cơ thể, quần thể, quần xã và hệ sinh thái.</w:t>
      </w:r>
    </w:p>
    <w:p>
      <w:pPr>
        <w:pStyle w:val="ListParagraph"/>
      </w:pPr>
      <w:r>
        <w:rPr>
          <w:sz w:val="22"/>
        </w:rPr>
        <w:t>D. nguyên tử, tế bào, cơ thể, quần thể và quần xã.</w:t>
      </w:r>
    </w:p>
    <w:p/>
    <w:p>
      <w:r>
        <w:rPr>
          <w:b/>
          <w:sz w:val="24"/>
        </w:rPr>
        <w:t>Câu 6: Cho các đặc điểm sau:</w:t>
        <w:br/>
        <w:t>(1) Sinh sản.</w:t>
        <w:br/>
        <w:t>(2) Sinh trưởng và phát triển.</w:t>
        <w:br/>
        <w:t>(3) Cảm ứng.</w:t>
        <w:br/>
        <w:t>(4) Chuyển hóa vật chất và năng lượng.</w:t>
        <w:br/>
        <w:t>Có bao nhiêu đặc điểm là biểu hiện của sự sống?</w:t>
      </w:r>
    </w:p>
    <w:p>
      <w:pPr>
        <w:pStyle w:val="ListParagraph"/>
      </w:pPr>
      <w:r>
        <w:rPr>
          <w:sz w:val="22"/>
        </w:rPr>
        <w:t>A. 1.</w:t>
      </w:r>
    </w:p>
    <w:p>
      <w:pPr>
        <w:pStyle w:val="ListParagraph"/>
      </w:pPr>
      <w:r>
        <w:rPr>
          <w:sz w:val="22"/>
        </w:rPr>
        <w:t>B. 3.</w:t>
      </w:r>
    </w:p>
    <w:p>
      <w:pPr>
        <w:pStyle w:val="ListParagraph"/>
      </w:pPr>
      <w:r>
        <w:rPr>
          <w:sz w:val="22"/>
        </w:rPr>
        <w:t>C. 4.</w:t>
      </w:r>
    </w:p>
    <w:p>
      <w:pPr>
        <w:pStyle w:val="ListParagraph"/>
      </w:pPr>
      <w:r>
        <w:rPr>
          <w:sz w:val="22"/>
        </w:rPr>
        <w:t>D. 2.</w:t>
      </w:r>
    </w:p>
    <w:p/>
    <w:p>
      <w:r>
        <w:rPr>
          <w:b/>
          <w:sz w:val="24"/>
        </w:rPr>
        <w:t>Câu 7: Ví dụ nào sau đây thuộc cấp độ tổ chức quần thể?</w:t>
      </w:r>
    </w:p>
    <w:p>
      <w:pPr>
        <w:pStyle w:val="ListParagraph"/>
      </w:pPr>
      <w:r>
        <w:rPr>
          <w:sz w:val="22"/>
        </w:rPr>
        <w:t>A. Con cá rô.</w:t>
      </w:r>
    </w:p>
    <w:p>
      <w:pPr>
        <w:pStyle w:val="ListParagraph"/>
      </w:pPr>
      <w:r>
        <w:rPr>
          <w:sz w:val="22"/>
        </w:rPr>
        <w:t>B. Đàn cá trong ao.</w:t>
      </w:r>
    </w:p>
    <w:p>
      <w:pPr>
        <w:pStyle w:val="ListParagraph"/>
      </w:pPr>
      <w:r>
        <w:rPr>
          <w:sz w:val="22"/>
        </w:rPr>
        <w:t>C. Đàn cá rô trong ao.</w:t>
      </w:r>
    </w:p>
    <w:p>
      <w:pPr>
        <w:pStyle w:val="ListParagraph"/>
      </w:pPr>
      <w:r>
        <w:rPr>
          <w:sz w:val="22"/>
        </w:rPr>
        <w:t>D. Ao cá.</w:t>
      </w:r>
    </w:p>
    <w:p/>
    <w:p>
      <w:r>
        <w:rPr>
          <w:b/>
          <w:sz w:val="24"/>
        </w:rPr>
        <w:t>Câu 8: Tập hợp sinh vật nào sau đây không phải là quần thể sinh vật?</w:t>
      </w:r>
    </w:p>
    <w:p>
      <w:pPr>
        <w:pStyle w:val="ListParagraph"/>
      </w:pPr>
      <w:r>
        <w:rPr>
          <w:sz w:val="22"/>
        </w:rPr>
        <w:t>A. Tập hợp cây trong rừng ngập mặn.</w:t>
      </w:r>
    </w:p>
    <w:p>
      <w:pPr>
        <w:pStyle w:val="ListParagraph"/>
      </w:pPr>
      <w:r>
        <w:rPr>
          <w:sz w:val="22"/>
        </w:rPr>
        <w:t>B. Tập hợp cây xoài trong một khu vườn.</w:t>
      </w:r>
    </w:p>
    <w:p>
      <w:pPr>
        <w:pStyle w:val="ListParagraph"/>
      </w:pPr>
      <w:r>
        <w:rPr>
          <w:sz w:val="22"/>
        </w:rPr>
        <w:t>C. Tập hợp cá rô phi trong một ao cá.</w:t>
      </w:r>
    </w:p>
    <w:p>
      <w:pPr>
        <w:pStyle w:val="ListParagraph"/>
      </w:pPr>
      <w:r>
        <w:rPr>
          <w:sz w:val="22"/>
        </w:rPr>
        <w:t>D. Tập hợp cây tràm trong rừng U Minh Hạ.</w:t>
      </w:r>
    </w:p>
    <w:p/>
    <w:p>
      <w:r>
        <w:rPr>
          <w:b/>
          <w:sz w:val="24"/>
        </w:rPr>
        <w:t>Câu 9: Ví dụ nào sau đây thuộc cấp bậc tổ chức thấp nhất?</w:t>
      </w:r>
    </w:p>
    <w:p>
      <w:pPr>
        <w:pStyle w:val="ListParagraph"/>
      </w:pPr>
      <w:r>
        <w:rPr>
          <w:sz w:val="22"/>
        </w:rPr>
        <w:t>A. Tim.</w:t>
      </w:r>
    </w:p>
    <w:p>
      <w:pPr>
        <w:pStyle w:val="ListParagraph"/>
      </w:pPr>
      <w:r>
        <w:rPr>
          <w:sz w:val="22"/>
        </w:rPr>
        <w:t>B. Mô tim.</w:t>
      </w:r>
    </w:p>
    <w:p>
      <w:pPr>
        <w:pStyle w:val="ListParagraph"/>
      </w:pPr>
      <w:r>
        <w:rPr>
          <w:sz w:val="22"/>
        </w:rPr>
        <w:t>C. Tế bào cơ tim.</w:t>
      </w:r>
    </w:p>
    <w:p>
      <w:pPr>
        <w:pStyle w:val="ListParagraph"/>
      </w:pPr>
      <w:r>
        <w:rPr>
          <w:sz w:val="22"/>
        </w:rPr>
        <w:t>D. Hệ tuần hoàn.</w:t>
      </w:r>
    </w:p>
    <w:p/>
    <w:p>
      <w:r>
        <w:rPr>
          <w:b/>
          <w:sz w:val="24"/>
        </w:rPr>
        <w:t>Câu 10: Tập hợp sinh vật nào sau đây là quần xã sinh vật?</w:t>
      </w:r>
    </w:p>
    <w:p>
      <w:pPr>
        <w:pStyle w:val="ListParagraph"/>
      </w:pPr>
      <w:r>
        <w:rPr>
          <w:sz w:val="22"/>
        </w:rPr>
        <w:t>A. Tập hợp những con gà tre sống trong một khu vườn.</w:t>
      </w:r>
    </w:p>
    <w:p>
      <w:pPr>
        <w:pStyle w:val="ListParagraph"/>
      </w:pPr>
      <w:r>
        <w:rPr>
          <w:sz w:val="22"/>
        </w:rPr>
        <w:t>B. Tập hợp những con tôm càng trong một vuông tôm.</w:t>
      </w:r>
    </w:p>
    <w:p>
      <w:pPr>
        <w:pStyle w:val="ListParagraph"/>
      </w:pPr>
      <w:r>
        <w:rPr>
          <w:sz w:val="22"/>
        </w:rPr>
        <w:t>C. Tập hợp những con Sếu đầu đỏ ở vườn quốc gia Tràm Chim.</w:t>
      </w:r>
    </w:p>
    <w:p>
      <w:pPr>
        <w:pStyle w:val="ListParagraph"/>
      </w:pPr>
      <w:r>
        <w:rPr>
          <w:sz w:val="22"/>
        </w:rPr>
        <w:t>D. Tập hợp những sinh vật sống trong rừng U Minh Thượng.</w:t>
      </w:r>
    </w:p>
    <w:p/>
    <w:p>
      <w:r>
        <w:rPr>
          <w:b/>
          <w:sz w:val="24"/>
        </w:rPr>
        <w:t>Câu 11: Hình dưới biểu hiện cấp độ tổ chức nào trong các cấp độ tổ chức cơ bản của thế giới sống? (Hình con chó)</w:t>
      </w:r>
    </w:p>
    <w:p>
      <w:pPr>
        <w:pStyle w:val="ListParagraph"/>
      </w:pPr>
      <w:r>
        <w:rPr>
          <w:sz w:val="22"/>
        </w:rPr>
        <w:t>A. Quần thể.</w:t>
      </w:r>
    </w:p>
    <w:p>
      <w:pPr>
        <w:pStyle w:val="ListParagraph"/>
      </w:pPr>
      <w:r>
        <w:rPr>
          <w:sz w:val="22"/>
        </w:rPr>
        <w:t>B. Tế bào.</w:t>
      </w:r>
    </w:p>
    <w:p>
      <w:pPr>
        <w:pStyle w:val="ListParagraph"/>
      </w:pPr>
      <w:r>
        <w:rPr>
          <w:sz w:val="22"/>
        </w:rPr>
        <w:t>C. Hệ cơ quan.</w:t>
      </w:r>
    </w:p>
    <w:p>
      <w:pPr>
        <w:pStyle w:val="ListParagraph"/>
      </w:pPr>
      <w:r>
        <w:rPr>
          <w:sz w:val="22"/>
        </w:rPr>
        <w:t>D. Cơ thể.</w:t>
      </w:r>
    </w:p>
    <w:p/>
    <w:p>
      <w:r>
        <w:rPr>
          <w:b/>
          <w:sz w:val="24"/>
        </w:rPr>
        <w:t>Câu 12: Hình dưới biểu hiện cấp độ tổ chức nào trong các cấp độ tổ chức của thế giới sống? (Hình ty thể)</w:t>
      </w:r>
    </w:p>
    <w:p>
      <w:pPr>
        <w:pStyle w:val="ListParagraph"/>
      </w:pPr>
      <w:r>
        <w:rPr>
          <w:sz w:val="22"/>
        </w:rPr>
        <w:t>A. Tế bào.</w:t>
      </w:r>
    </w:p>
    <w:p>
      <w:pPr>
        <w:pStyle w:val="ListParagraph"/>
      </w:pPr>
      <w:r>
        <w:rPr>
          <w:sz w:val="22"/>
        </w:rPr>
        <w:t>B. Quần thể.</w:t>
      </w:r>
    </w:p>
    <w:p>
      <w:pPr>
        <w:pStyle w:val="ListParagraph"/>
      </w:pPr>
      <w:r>
        <w:rPr>
          <w:sz w:val="22"/>
        </w:rPr>
        <w:t>C. Bào quan.</w:t>
      </w:r>
    </w:p>
    <w:p>
      <w:pPr>
        <w:pStyle w:val="ListParagraph"/>
      </w:pPr>
      <w:r>
        <w:rPr>
          <w:sz w:val="22"/>
        </w:rPr>
        <w:t>D. Hệ cơ quan.</w:t>
      </w:r>
    </w:p>
    <w:p/>
    <w:p>
      <w:r>
        <w:rPr>
          <w:b/>
          <w:sz w:val="24"/>
        </w:rPr>
        <w:t>Câu 13: Hình dưới biểu hiện cấp độ tổ chức nào trong các cấp độ tổ chức của thế giới sống? (Hình quả tim)</w:t>
      </w:r>
    </w:p>
    <w:p>
      <w:pPr>
        <w:pStyle w:val="ListParagraph"/>
      </w:pPr>
      <w:r>
        <w:rPr>
          <w:sz w:val="22"/>
        </w:rPr>
        <w:t>A. Tế bào.</w:t>
      </w:r>
    </w:p>
    <w:p>
      <w:pPr>
        <w:pStyle w:val="ListParagraph"/>
      </w:pPr>
      <w:r>
        <w:rPr>
          <w:sz w:val="22"/>
        </w:rPr>
        <w:t>B. Hệ cơ quan.</w:t>
      </w:r>
    </w:p>
    <w:p>
      <w:pPr>
        <w:pStyle w:val="ListParagraph"/>
      </w:pPr>
      <w:r>
        <w:rPr>
          <w:sz w:val="22"/>
        </w:rPr>
        <w:t>C. Bào quan.</w:t>
      </w:r>
    </w:p>
    <w:p>
      <w:pPr>
        <w:pStyle w:val="ListParagraph"/>
      </w:pPr>
      <w:r>
        <w:rPr>
          <w:sz w:val="22"/>
        </w:rPr>
        <w:t>D. Cơ quan.</w:t>
      </w:r>
    </w:p>
    <w:p/>
    <w:p>
      <w:r>
        <w:rPr>
          <w:b/>
          <w:sz w:val="24"/>
        </w:rPr>
        <w:t>Câu 14: Hình dưới biểu hiện cấp độ tổ chức nào trong các cấp độ tổ chức của thế giới sống? (Hình tế bào)</w:t>
      </w:r>
    </w:p>
    <w:p>
      <w:pPr>
        <w:pStyle w:val="ListParagraph"/>
      </w:pPr>
      <w:r>
        <w:rPr>
          <w:sz w:val="22"/>
        </w:rPr>
        <w:t>A. Tế bào.</w:t>
      </w:r>
    </w:p>
    <w:p>
      <w:pPr>
        <w:pStyle w:val="ListParagraph"/>
      </w:pPr>
      <w:r>
        <w:rPr>
          <w:sz w:val="22"/>
        </w:rPr>
        <w:t>B. Cơ quan.</w:t>
      </w:r>
    </w:p>
    <w:p>
      <w:pPr>
        <w:pStyle w:val="ListParagraph"/>
      </w:pPr>
      <w:r>
        <w:rPr>
          <w:sz w:val="22"/>
        </w:rPr>
        <w:t>C. Cơ thể.</w:t>
      </w:r>
    </w:p>
    <w:p>
      <w:pPr>
        <w:pStyle w:val="ListParagraph"/>
      </w:pPr>
      <w:r>
        <w:rPr>
          <w:sz w:val="22"/>
        </w:rPr>
        <w:t>D. Bào quan.</w:t>
      </w:r>
    </w:p>
    <w:p/>
    <w:p>
      <w:r>
        <w:rPr>
          <w:b/>
          <w:sz w:val="24"/>
        </w:rPr>
        <w:t>Câu 15: Hình nào sau đây không thuộc cấp độ tổ chức cơ bản của thế giới sống?</w:t>
      </w:r>
    </w:p>
    <w:p>
      <w:pPr>
        <w:pStyle w:val="ListParagraph"/>
      </w:pPr>
      <w:r>
        <w:rPr>
          <w:sz w:val="22"/>
        </w:rPr>
        <w:t>A. Hình 1: Tế bào</w:t>
      </w:r>
    </w:p>
    <w:p>
      <w:pPr>
        <w:pStyle w:val="ListParagraph"/>
      </w:pPr>
      <w:r>
        <w:rPr>
          <w:sz w:val="22"/>
        </w:rPr>
        <w:t>B. Hình 2: Con sóc (Cơ thể)</w:t>
      </w:r>
    </w:p>
    <w:p>
      <w:pPr>
        <w:pStyle w:val="ListParagraph"/>
      </w:pPr>
      <w:r>
        <w:rPr>
          <w:sz w:val="22"/>
        </w:rPr>
        <w:t>C. Hình 3: Rừng U Minh (Hệ sinh thái)</w:t>
      </w:r>
    </w:p>
    <w:p>
      <w:pPr>
        <w:pStyle w:val="ListParagraph"/>
      </w:pPr>
      <w:r>
        <w:rPr>
          <w:sz w:val="22"/>
        </w:rPr>
        <w:t>D. Hình 4: ADN (Phân tử)</w:t>
      </w:r>
    </w:p>
    <w:p/>
    <w:p>
      <w:r>
        <w:rPr>
          <w:b/>
          <w:sz w:val="24"/>
        </w:rPr>
        <w:t>Câu 16: Hình nào bên dưới biểu hiện đầy đủ các đặc điểm của sự sống?</w:t>
      </w:r>
    </w:p>
    <w:p>
      <w:pPr>
        <w:pStyle w:val="ListParagraph"/>
      </w:pPr>
      <w:r>
        <w:rPr>
          <w:sz w:val="22"/>
        </w:rPr>
        <w:t>A. Hình 1: Hệ hô hấp</w:t>
      </w:r>
    </w:p>
    <w:p>
      <w:pPr>
        <w:pStyle w:val="ListParagraph"/>
      </w:pPr>
      <w:r>
        <w:rPr>
          <w:sz w:val="22"/>
        </w:rPr>
        <w:t>B. Hình 2: Tế bào</w:t>
      </w:r>
    </w:p>
    <w:p>
      <w:pPr>
        <w:pStyle w:val="ListParagraph"/>
      </w:pPr>
      <w:r>
        <w:rPr>
          <w:sz w:val="22"/>
        </w:rPr>
        <w:t>C. Hình 3: Virus SARS-CoV-2</w:t>
      </w:r>
    </w:p>
    <w:p>
      <w:pPr>
        <w:pStyle w:val="ListParagraph"/>
      </w:pPr>
      <w:r>
        <w:rPr>
          <w:sz w:val="22"/>
        </w:rPr>
        <w:t>D. Hình 4: ADN</w:t>
      </w:r>
    </w:p>
    <w:p/>
    <w:p>
      <w:r>
        <w:rPr>
          <w:b/>
          <w:sz w:val="24"/>
        </w:rPr>
        <w:t>Câu 17: Hình nào sau đây thuộc cấp độ tổ chức lớn nhất?</w:t>
      </w:r>
    </w:p>
    <w:p>
      <w:pPr>
        <w:pStyle w:val="ListParagraph"/>
      </w:pPr>
      <w:r>
        <w:rPr>
          <w:sz w:val="22"/>
        </w:rPr>
        <w:t>A. Hình 1: Con sóc</w:t>
      </w:r>
    </w:p>
    <w:p>
      <w:pPr>
        <w:pStyle w:val="ListParagraph"/>
      </w:pPr>
      <w:r>
        <w:rPr>
          <w:sz w:val="22"/>
        </w:rPr>
        <w:t>B. Hình 2: Tế bào</w:t>
      </w:r>
    </w:p>
    <w:p>
      <w:pPr>
        <w:pStyle w:val="ListParagraph"/>
      </w:pPr>
      <w:r>
        <w:rPr>
          <w:sz w:val="22"/>
        </w:rPr>
        <w:t>C. Hình 3: Rừng U Minh</w:t>
      </w:r>
    </w:p>
    <w:p>
      <w:pPr>
        <w:pStyle w:val="ListParagraph"/>
      </w:pPr>
      <w:r>
        <w:rPr>
          <w:sz w:val="22"/>
        </w:rPr>
        <w:t>D. Hình 4: ADN</w:t>
      </w:r>
    </w:p>
    <w:p/>
    <w:p>
      <w:r>
        <w:rPr>
          <w:b/>
          <w:sz w:val="24"/>
        </w:rPr>
        <w:t>Câu 18: Khi nói về các cấp tổ chức của thế giới sống, phát biểu nào sau đây sai?</w:t>
      </w:r>
    </w:p>
    <w:p>
      <w:pPr>
        <w:pStyle w:val="ListParagraph"/>
      </w:pPr>
      <w:r>
        <w:rPr>
          <w:sz w:val="22"/>
        </w:rPr>
        <w:t>A. Tế bào vừa là đơn vị cấu trúc vừa là đơn vị chức năng.</w:t>
      </w:r>
    </w:p>
    <w:p>
      <w:pPr>
        <w:pStyle w:val="ListParagraph"/>
      </w:pPr>
      <w:r>
        <w:rPr>
          <w:sz w:val="22"/>
        </w:rPr>
        <w:t>B. Quần thể được xem là đơn vị tiến hóa trong tự nhiên.</w:t>
      </w:r>
    </w:p>
    <w:p>
      <w:pPr>
        <w:pStyle w:val="ListParagraph"/>
      </w:pPr>
      <w:r>
        <w:rPr>
          <w:sz w:val="22"/>
        </w:rPr>
        <w:t>C. Hệ sinh thái là cấp độ tổ chức bao gồm sinh vật và môi trường.</w:t>
      </w:r>
    </w:p>
    <w:p>
      <w:pPr>
        <w:pStyle w:val="ListParagraph"/>
      </w:pPr>
      <w:r>
        <w:rPr>
          <w:sz w:val="22"/>
        </w:rPr>
        <w:t>D. Quần xã là cấp độ tổ chức nhỏ hơn quần thể.</w:t>
      </w:r>
    </w:p>
    <w:p/>
    <w:p>
      <w:r>
        <w:rPr>
          <w:b/>
          <w:sz w:val="24"/>
        </w:rPr>
        <w:t>Câu 19: Phát biểu nào sau đây thể hiện khả năng tự điều chỉnh của cơ thể sống?</w:t>
      </w:r>
    </w:p>
    <w:p>
      <w:pPr>
        <w:pStyle w:val="ListParagraph"/>
      </w:pPr>
      <w:r>
        <w:rPr>
          <w:sz w:val="22"/>
        </w:rPr>
        <w:t>A. Hệ tuần hoàn bao gồm: tim, hệ mạch và dịch tuần hoàn.</w:t>
      </w:r>
    </w:p>
    <w:p>
      <w:pPr>
        <w:pStyle w:val="ListParagraph"/>
      </w:pPr>
      <w:r>
        <w:rPr>
          <w:sz w:val="22"/>
        </w:rPr>
        <w:t>B. Cơ thể sống đều được cấu tạo từ tế bào.</w:t>
      </w:r>
    </w:p>
    <w:p>
      <w:pPr>
        <w:pStyle w:val="ListParagraph"/>
      </w:pPr>
      <w:r>
        <w:rPr>
          <w:sz w:val="22"/>
        </w:rPr>
        <w:t>C. Hít thở là lấy khí ôxi và thải khí CO_2.</w:t>
      </w:r>
    </w:p>
    <w:p>
      <w:pPr>
        <w:pStyle w:val="ListParagraph"/>
      </w:pPr>
      <w:r>
        <w:rPr>
          <w:sz w:val="22"/>
        </w:rPr>
        <w:t>D. Khi trời lạnh, cơ thể run lên để tạo nhiệt.</w:t>
      </w:r>
    </w:p>
    <w:p/>
    <w:p>
      <w:r>
        <w:rPr>
          <w:b/>
          <w:sz w:val="24"/>
        </w:rPr>
        <w:t>Câu 20: Những người bị bệnh đái tháo đường (tiểu đường) là do cơ thể không thể chuyển hóa glucose trong máu thành glycogen dự trữ nên nồng độ glucose trong máu tăng và thải ra ngoài qua nước tiểu. Đây là ví dụ biểu hiện cơ thể đã mất đi đặc điểm nào sau đây?</w:t>
      </w:r>
    </w:p>
    <w:p>
      <w:pPr>
        <w:pStyle w:val="ListParagraph"/>
      </w:pPr>
      <w:r>
        <w:rPr>
          <w:sz w:val="22"/>
        </w:rPr>
        <w:t>A. Tính thứ bậc.</w:t>
      </w:r>
    </w:p>
    <w:p>
      <w:pPr>
        <w:pStyle w:val="ListParagraph"/>
      </w:pPr>
      <w:r>
        <w:rPr>
          <w:sz w:val="22"/>
        </w:rPr>
        <w:t>B. Hệ thống mở.</w:t>
      </w:r>
    </w:p>
    <w:p>
      <w:pPr>
        <w:pStyle w:val="ListParagraph"/>
      </w:pPr>
      <w:r>
        <w:rPr>
          <w:sz w:val="22"/>
        </w:rPr>
        <w:t>C. Tự điều chỉnh.</w:t>
      </w:r>
    </w:p>
    <w:p>
      <w:pPr>
        <w:pStyle w:val="ListParagraph"/>
      </w:pPr>
      <w:r>
        <w:rPr>
          <w:sz w:val="22"/>
        </w:rPr>
        <w:t>D. Tiến hóa.</w:t>
      </w:r>
    </w:p>
    <w:p/>
    <w:p>
      <w:r>
        <w:rPr>
          <w:b/>
          <w:sz w:val="24"/>
        </w:rPr>
        <w:t>Câu 21: Cho các phát biểu sau là Đúng hay Sai khi nói về tổ chức của thế giới sống?</w:t>
        <w:br/>
        <w:t>a. Mô là tập hợp các tế bào có cùng chức năng.</w:t>
        <w:br/>
        <w:t>b. Cơ quan là tập hợp các mô cùng thực hiện một chức năng nhất định.</w:t>
        <w:br/>
        <w:t>c. Quần thể là tập hợp các cá thể khác loài phân bố trong một khu vực nhất định.</w:t>
        <w:br/>
        <w:t>d. Quần xã gồm nhiều hệ sinh thái phân bố trong khu vực địa lý nhất định.</w:t>
      </w:r>
    </w:p>
    <w:p>
      <w:pPr>
        <w:pStyle w:val="ListParagraph"/>
      </w:pPr>
      <w:r>
        <w:rPr>
          <w:sz w:val="22"/>
        </w:rPr>
        <w:t>A. Đúng</w:t>
      </w:r>
    </w:p>
    <w:p>
      <w:pPr>
        <w:pStyle w:val="ListParagraph"/>
      </w:pPr>
      <w:r>
        <w:rPr>
          <w:sz w:val="22"/>
        </w:rPr>
        <w:t>B. Sai</w:t>
      </w:r>
    </w:p>
    <w:p/>
    <w:p>
      <w:r>
        <w:rPr>
          <w:b/>
          <w:sz w:val="24"/>
        </w:rPr>
        <w:t>Câu 22: Ví dụ nào sau đây là minh chứng cho đặc điểm tổ chức sống là hệ mở và khả năng tự điều chỉnh?</w:t>
        <w:br/>
        <w:t>a. Khi trời nóng thì người đổ mồ hôi.</w:t>
        <w:br/>
        <w:t>b. Hệ thần kinh ở động vật được cấu tạo từ các neuron.</w:t>
        <w:br/>
        <w:t>c. Thực vật thực hiện quá trình hô hấp lấy khí O_2 và thải khí CO_2.</w:t>
        <w:br/>
        <w:t>d. Sinh vật có hoạt động sinh sản khi đủ tuổi chín sinh lý.</w:t>
      </w:r>
    </w:p>
    <w:p>
      <w:pPr>
        <w:pStyle w:val="ListParagraph"/>
      </w:pPr>
      <w:r>
        <w:rPr>
          <w:sz w:val="22"/>
        </w:rPr>
        <w:t>A. Đúng</w:t>
      </w:r>
    </w:p>
    <w:p>
      <w:pPr>
        <w:pStyle w:val="ListParagraph"/>
      </w:pPr>
      <w:r>
        <w:rPr>
          <w:sz w:val="22"/>
        </w:rPr>
        <w:t>B. Sai</w:t>
      </w:r>
    </w:p>
    <w:p/>
    <w:p>
      <w:r>
        <w:rPr>
          <w:b/>
          <w:sz w:val="24"/>
        </w:rPr>
        <w:t>Câu 23: Trong các đặc điểm chung về các cấp tổ chức sống, phát biểu sau đây là Đúng hay Sai?</w:t>
        <w:br/>
        <w:t>a. Liên tục tiến hóa.</w:t>
        <w:br/>
        <w:t>b. Tổ chức theo nguyên tắc thứ bậc.</w:t>
        <w:br/>
        <w:t>c. Là một hệ thống kín.</w:t>
        <w:br/>
        <w:t>d. Có khả năng tự điều chỉnh.</w:t>
      </w:r>
    </w:p>
    <w:p>
      <w:pPr>
        <w:pStyle w:val="ListParagraph"/>
      </w:pPr>
      <w:r>
        <w:rPr>
          <w:sz w:val="22"/>
        </w:rPr>
        <w:t>A. Đúng</w:t>
      </w:r>
    </w:p>
    <w:p>
      <w:pPr>
        <w:pStyle w:val="ListParagraph"/>
      </w:pPr>
      <w:r>
        <w:rPr>
          <w:sz w:val="22"/>
        </w:rPr>
        <w:t>B. Sai</w:t>
      </w:r>
    </w:p>
    <w:p/>
    <w:p>
      <w:r>
        <w:rPr>
          <w:b/>
          <w:sz w:val="24"/>
        </w:rPr>
        <w:t>Câu 24: Nhận định nào sau là Đúng hay Sai khi nói về đặc điểm chỉ có ở tổ chức sống mà không có ở vật vô sinh?</w:t>
        <w:br/>
        <w:t>a. Tổ chức theo nguyên tắc thứ bậc.</w:t>
        <w:br/>
        <w:t>b. Liên tục tiến hóa.</w:t>
        <w:br/>
        <w:t>c. Là hệ kín, có tính ổn định và bền vững.</w:t>
        <w:br/>
        <w:t>d. Có khả năng cảm ứng và vận động.</w:t>
      </w:r>
    </w:p>
    <w:p>
      <w:pPr>
        <w:pStyle w:val="ListParagraph"/>
      </w:pPr>
      <w:r>
        <w:rPr>
          <w:sz w:val="22"/>
        </w:rPr>
        <w:t>A. Đúng</w:t>
      </w:r>
    </w:p>
    <w:p>
      <w:pPr>
        <w:pStyle w:val="ListParagraph"/>
      </w:pPr>
      <w:r>
        <w:rPr>
          <w:sz w:val="22"/>
        </w:rPr>
        <w:t>B. Sai</w:t>
      </w:r>
    </w:p>
    <w:p/>
    <w:p>
      <w:r>
        <w:rPr>
          <w:b/>
          <w:sz w:val="24"/>
        </w:rPr>
        <w:t>Câu 25: Cho các đặc điểm sau thì có bao nhiêu đặc điểm của các cấp độ tổ chức sống cơ bản?</w:t>
        <w:br/>
        <w:t>(1) Tổ chức theo nguyên tắc thứ bậc.</w:t>
        <w:br/>
        <w:t>(2) Là hệ kín, có tính bền vững và ổn định.</w:t>
        <w:br/>
        <w:t>(3) Liên tục tiến hóa.</w:t>
        <w:br/>
        <w:t>(4) Là hệ mở, có khả năng tự điều chỉnh.</w:t>
        <w:br/>
        <w:t>(5) Có khả năng cảm ứng và vận động.</w:t>
        <w:br/>
        <w:t>(6) Thường xuyên trao đổi chất với môi trường.</w:t>
      </w:r>
    </w:p>
    <w:p/>
    <w:p>
      <w:r>
        <w:rPr>
          <w:b/>
          <w:sz w:val="24"/>
        </w:rPr>
        <w:t>Câu 26: Cho các chức năng sống sau có bao nhiêu chức năng sống mà các cấp độ tổ chức sống cơ bản có thể thực hiện một cách độc lập?</w:t>
      </w:r>
    </w:p>
    <w:p/>
    <w:p>
      <w:r>
        <w:t>──────────────────────────────────────────────────</w:t>
      </w:r>
    </w:p>
    <w:p>
      <w:r>
        <w:rPr>
          <w:b/>
        </w:rPr>
        <w:t>BẢNG ĐÁP ÁN &amp; LỜI GIẢI CHI TIẾT</w:t>
      </w:r>
    </w:p>
    <w:p>
      <w:r>
        <w:rPr>
          <w:b/>
        </w:rPr>
        <w:t>Câu 1: Đáp án đúng: C</w:t>
      </w:r>
    </w:p>
    <w:p>
      <w:r>
        <w:rPr>
          <w:b/>
        </w:rPr>
        <w:t>Câu 2: Đáp án đúng: B</w:t>
      </w:r>
    </w:p>
    <w:p>
      <w:r>
        <w:rPr>
          <w:b/>
        </w:rPr>
        <w:t>Câu 3: Đáp án đúng: D</w:t>
      </w:r>
    </w:p>
    <w:p>
      <w:r>
        <w:rPr>
          <w:b/>
        </w:rPr>
        <w:t>Câu 4: Đáp án đúng: C</w:t>
      </w:r>
    </w:p>
    <w:p>
      <w:r>
        <w:rPr>
          <w:b/>
        </w:rPr>
        <w:t>Câu 5: Đáp án đúng: C</w:t>
      </w:r>
    </w:p>
    <w:p>
      <w:r>
        <w:rPr>
          <w:b/>
        </w:rPr>
        <w:t>Câu 6: Đáp án đúng: C</w:t>
      </w:r>
    </w:p>
    <w:p>
      <w:r>
        <w:rPr>
          <w:b/>
        </w:rPr>
        <w:t>Câu 7: Đáp án đúng: C</w:t>
      </w:r>
    </w:p>
    <w:p>
      <w:r>
        <w:rPr>
          <w:b/>
        </w:rPr>
        <w:t>Câu 8: Đáp án đúng: A</w:t>
      </w:r>
    </w:p>
    <w:p>
      <w:r>
        <w:rPr>
          <w:b/>
        </w:rPr>
        <w:t>Câu 9: Đáp án đúng: C</w:t>
      </w:r>
    </w:p>
    <w:p>
      <w:r>
        <w:rPr>
          <w:b/>
        </w:rPr>
        <w:t>Câu 10: Đáp án đúng: D</w:t>
      </w:r>
    </w:p>
    <w:p>
      <w:r>
        <w:rPr>
          <w:b/>
        </w:rPr>
        <w:t>Câu 11: Đáp án đúng: D</w:t>
      </w:r>
    </w:p>
    <w:p>
      <w:r>
        <w:rPr>
          <w:b/>
        </w:rPr>
        <w:t>Câu 12: Đáp án đúng: C</w:t>
      </w:r>
    </w:p>
    <w:p>
      <w:r>
        <w:rPr>
          <w:b/>
        </w:rPr>
        <w:t>Câu 13: Đáp án đúng: D</w:t>
      </w:r>
    </w:p>
    <w:p>
      <w:r>
        <w:rPr>
          <w:b/>
        </w:rPr>
        <w:t>Câu 14: Đáp án đúng: A</w:t>
      </w:r>
    </w:p>
    <w:p>
      <w:r>
        <w:rPr>
          <w:b/>
        </w:rPr>
        <w:t>Câu 15: Đáp án đúng: D</w:t>
      </w:r>
    </w:p>
    <w:p>
      <w:r>
        <w:rPr>
          <w:b/>
        </w:rPr>
        <w:t>Câu 16: Đáp án đúng: B</w:t>
      </w:r>
    </w:p>
    <w:p>
      <w:r>
        <w:rPr>
          <w:b/>
        </w:rPr>
        <w:t>Câu 17: Đáp án đúng: C</w:t>
      </w:r>
    </w:p>
    <w:p>
      <w:r>
        <w:rPr>
          <w:b/>
        </w:rPr>
        <w:t>Câu 18: Đáp án đúng: D</w:t>
      </w:r>
    </w:p>
    <w:p>
      <w:r>
        <w:rPr>
          <w:b/>
        </w:rPr>
        <w:t>Câu 19: Đáp án đúng: D</w:t>
      </w:r>
    </w:p>
    <w:p>
      <w:r>
        <w:rPr>
          <w:b/>
        </w:rPr>
        <w:t>Câu 20: Đáp án đúng: C</w:t>
      </w:r>
    </w:p>
    <w:p>
      <w:r>
        <w:rPr>
          <w:b/>
        </w:rPr>
        <w:t>Câu 21: Đáp án đúng: None</w:t>
      </w:r>
    </w:p>
    <w:p>
      <w:r>
        <w:rPr>
          <w:b/>
        </w:rPr>
        <w:t>Câu 22: Đáp án đúng: None</w:t>
      </w:r>
    </w:p>
    <w:p>
      <w:r>
        <w:rPr>
          <w:b/>
        </w:rPr>
        <w:t>Câu 23: Đáp án đúng: None</w:t>
      </w:r>
    </w:p>
    <w:p>
      <w:r>
        <w:rPr>
          <w:b/>
        </w:rPr>
        <w:t>Câu 24: Đáp án đúng: None</w:t>
      </w:r>
    </w:p>
    <w:p>
      <w:r>
        <w:rPr>
          <w:b/>
        </w:rPr>
        <w:t>Câu 25: Đáp án đúng: 5</w:t>
      </w:r>
    </w:p>
    <w:p>
      <w:r>
        <w:rPr>
          <w:b/>
        </w:rPr>
        <w:t>Câu 26: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