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10 câu tiếng Anh về câu ước 1 2 3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I wish I ___ taller.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2: She wishes she ___ to the concert last night.</w:t>
      </w:r>
    </w:p>
    <w:p>
      <w:pPr>
        <w:pStyle w:val="ListParagraph"/>
      </w:pPr>
      <w:r>
        <w:rPr>
          <w:sz w:val="22"/>
        </w:rPr>
        <w:t>A. goes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had gone</w:t>
      </w:r>
    </w:p>
    <w:p>
      <w:pPr>
        <w:pStyle w:val="ListParagraph"/>
      </w:pPr>
      <w:r>
        <w:rPr>
          <w:sz w:val="22"/>
        </w:rPr>
        <w:t>D. would go</w:t>
      </w:r>
    </w:p>
    <w:p/>
    <w:p>
      <w:r>
        <w:rPr>
          <w:b/>
          <w:sz w:val="24"/>
        </w:rPr>
        <w:t>Câu 3: If only I ___ speak French.</w:t>
      </w:r>
    </w:p>
    <w:p>
      <w:pPr>
        <w:pStyle w:val="ListParagraph"/>
      </w:pPr>
      <w:r>
        <w:rPr>
          <w:sz w:val="22"/>
        </w:rPr>
        <w:t>A. can</w:t>
      </w:r>
    </w:p>
    <w:p>
      <w:pPr>
        <w:pStyle w:val="ListParagraph"/>
      </w:pPr>
      <w:r>
        <w:rPr>
          <w:sz w:val="22"/>
        </w:rPr>
        <w:t>B. could</w:t>
      </w:r>
    </w:p>
    <w:p>
      <w:pPr>
        <w:pStyle w:val="ListParagraph"/>
      </w:pPr>
      <w:r>
        <w:rPr>
          <w:sz w:val="22"/>
        </w:rPr>
        <w:t>C. would</w:t>
      </w:r>
    </w:p>
    <w:p>
      <w:pPr>
        <w:pStyle w:val="ListParagraph"/>
      </w:pPr>
      <w:r>
        <w:rPr>
          <w:sz w:val="22"/>
        </w:rPr>
        <w:t>D. will</w:t>
      </w:r>
    </w:p>
    <w:p/>
    <w:p>
      <w:r>
        <w:rPr>
          <w:b/>
          <w:sz w:val="24"/>
        </w:rPr>
        <w:t>Câu 4: I wish you ___ making that noise.</w:t>
      </w:r>
    </w:p>
    <w:p>
      <w:pPr>
        <w:pStyle w:val="ListParagraph"/>
      </w:pPr>
      <w:r>
        <w:rPr>
          <w:sz w:val="22"/>
        </w:rPr>
        <w:t>A. stop</w:t>
      </w:r>
    </w:p>
    <w:p>
      <w:pPr>
        <w:pStyle w:val="ListParagraph"/>
      </w:pPr>
      <w:r>
        <w:rPr>
          <w:sz w:val="22"/>
        </w:rPr>
        <w:t>B. stopped</w:t>
      </w:r>
    </w:p>
    <w:p>
      <w:pPr>
        <w:pStyle w:val="ListParagraph"/>
      </w:pPr>
      <w:r>
        <w:rPr>
          <w:sz w:val="22"/>
        </w:rPr>
        <w:t>C. would stop</w:t>
      </w:r>
    </w:p>
    <w:p>
      <w:pPr>
        <w:pStyle w:val="ListParagraph"/>
      </w:pPr>
      <w:r>
        <w:rPr>
          <w:sz w:val="22"/>
        </w:rPr>
        <w:t>D. had stopped</w:t>
      </w:r>
    </w:p>
    <w:p/>
    <w:p>
      <w:r>
        <w:rPr>
          <w:b/>
          <w:sz w:val="24"/>
        </w:rPr>
        <w:t>Câu 5: They wish they ___ the bus this morning.</w:t>
      </w:r>
    </w:p>
    <w:p>
      <w:pPr>
        <w:pStyle w:val="ListParagraph"/>
      </w:pPr>
      <w:r>
        <w:rPr>
          <w:sz w:val="22"/>
        </w:rPr>
        <w:t>A. catch</w:t>
      </w:r>
    </w:p>
    <w:p>
      <w:pPr>
        <w:pStyle w:val="ListParagraph"/>
      </w:pPr>
      <w:r>
        <w:rPr>
          <w:sz w:val="22"/>
        </w:rPr>
        <w:t>B. caught</w:t>
      </w:r>
    </w:p>
    <w:p>
      <w:pPr>
        <w:pStyle w:val="ListParagraph"/>
      </w:pPr>
      <w:r>
        <w:rPr>
          <w:sz w:val="22"/>
        </w:rPr>
        <w:t>C. had caught</w:t>
      </w:r>
    </w:p>
    <w:p>
      <w:pPr>
        <w:pStyle w:val="ListParagraph"/>
      </w:pPr>
      <w:r>
        <w:rPr>
          <w:sz w:val="22"/>
        </w:rPr>
        <w:t>D. would catch</w:t>
      </w:r>
    </w:p>
    <w:p/>
    <w:p>
      <w:r>
        <w:rPr>
          <w:b/>
          <w:sz w:val="24"/>
        </w:rPr>
        <w:t>Câu 6: He wishes he ___ so rude to his parents yesterday.</w:t>
      </w:r>
    </w:p>
    <w:p>
      <w:pPr>
        <w:pStyle w:val="ListParagraph"/>
      </w:pPr>
      <w:r>
        <w:rPr>
          <w:sz w:val="22"/>
        </w:rPr>
        <w:t>A. isn't</w:t>
      </w:r>
    </w:p>
    <w:p>
      <w:pPr>
        <w:pStyle w:val="ListParagraph"/>
      </w:pPr>
      <w:r>
        <w:rPr>
          <w:sz w:val="22"/>
        </w:rPr>
        <w:t>B. wasn't</w:t>
      </w:r>
    </w:p>
    <w:p>
      <w:pPr>
        <w:pStyle w:val="ListParagraph"/>
      </w:pPr>
      <w:r>
        <w:rPr>
          <w:sz w:val="22"/>
        </w:rPr>
        <w:t>C. hadn't been</w:t>
      </w:r>
    </w:p>
    <w:p>
      <w:pPr>
        <w:pStyle w:val="ListParagraph"/>
      </w:pPr>
      <w:r>
        <w:rPr>
          <w:sz w:val="22"/>
        </w:rPr>
        <w:t>D. wouldn't be</w:t>
      </w:r>
    </w:p>
    <w:p/>
    <w:p>
      <w:r>
        <w:rPr>
          <w:b/>
          <w:sz w:val="24"/>
        </w:rPr>
        <w:t>Câu 7: I wish I ___ a better job now.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had</w:t>
      </w:r>
    </w:p>
    <w:p>
      <w:pPr>
        <w:pStyle w:val="ListParagraph"/>
      </w:pPr>
      <w:r>
        <w:rPr>
          <w:sz w:val="22"/>
        </w:rPr>
        <w:t>C. had had</w:t>
      </w:r>
    </w:p>
    <w:p>
      <w:pPr>
        <w:pStyle w:val="ListParagraph"/>
      </w:pPr>
      <w:r>
        <w:rPr>
          <w:sz w:val="22"/>
        </w:rPr>
        <w:t>D. would have</w:t>
      </w:r>
    </w:p>
    <w:p/>
    <w:p>
      <w:r>
        <w:rPr>
          <w:b/>
          <w:sz w:val="24"/>
        </w:rPr>
        <w:t>Câu 8: She wishes her brother ___ here at the moment.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will be</w:t>
      </w:r>
    </w:p>
    <w:p/>
    <w:p>
      <w:r>
        <w:rPr>
          <w:b/>
          <w:sz w:val="24"/>
        </w:rPr>
        <w:t>Câu 9: If only it ___ raining soon.</w:t>
      </w:r>
    </w:p>
    <w:p>
      <w:pPr>
        <w:pStyle w:val="ListParagraph"/>
      </w:pPr>
      <w:r>
        <w:rPr>
          <w:sz w:val="22"/>
        </w:rPr>
        <w:t>A. stops</w:t>
      </w:r>
    </w:p>
    <w:p>
      <w:pPr>
        <w:pStyle w:val="ListParagraph"/>
      </w:pPr>
      <w:r>
        <w:rPr>
          <w:sz w:val="22"/>
        </w:rPr>
        <w:t>B. stopped</w:t>
      </w:r>
    </w:p>
    <w:p>
      <w:pPr>
        <w:pStyle w:val="ListParagraph"/>
      </w:pPr>
      <w:r>
        <w:rPr>
          <w:sz w:val="22"/>
        </w:rPr>
        <w:t>C. would stop</w:t>
      </w:r>
    </w:p>
    <w:p>
      <w:pPr>
        <w:pStyle w:val="ListParagraph"/>
      </w:pPr>
      <w:r>
        <w:rPr>
          <w:sz w:val="22"/>
        </w:rPr>
        <w:t>D. had stopped</w:t>
      </w:r>
    </w:p>
    <w:p/>
    <w:p>
      <w:r>
        <w:rPr>
          <w:b/>
          <w:sz w:val="24"/>
        </w:rPr>
        <w:t>Câu 10: We wish we ___ visit you next week.</w:t>
      </w:r>
    </w:p>
    <w:p>
      <w:pPr>
        <w:pStyle w:val="ListParagraph"/>
      </w:pPr>
      <w:r>
        <w:rPr>
          <w:sz w:val="22"/>
        </w:rPr>
        <w:t>A. can</w:t>
      </w:r>
    </w:p>
    <w:p>
      <w:pPr>
        <w:pStyle w:val="ListParagraph"/>
      </w:pPr>
      <w:r>
        <w:rPr>
          <w:sz w:val="22"/>
        </w:rPr>
        <w:t>B. could</w:t>
      </w:r>
    </w:p>
    <w:p>
      <w:pPr>
        <w:pStyle w:val="ListParagraph"/>
      </w:pPr>
      <w:r>
        <w:rPr>
          <w:sz w:val="22"/>
        </w:rPr>
        <w:t>C. would</w:t>
      </w:r>
    </w:p>
    <w:p>
      <w:pPr>
        <w:pStyle w:val="ListParagraph"/>
      </w:pPr>
      <w:r>
        <w:rPr>
          <w:sz w:val="22"/>
        </w:rPr>
        <w:t>D. had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