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 4 12: Yến tạ tấn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1 yến bằng bao nhiêu ki-lô-gam?</w:t>
      </w:r>
    </w:p>
    <w:p>
      <w:pPr>
        <w:pStyle w:val="ListParagraph"/>
      </w:pPr>
      <w:r>
        <w:rPr>
          <w:sz w:val="22"/>
        </w:rPr>
        <w:t>A. 10 kg</w:t>
      </w:r>
    </w:p>
    <w:p>
      <w:pPr>
        <w:pStyle w:val="ListParagraph"/>
      </w:pPr>
      <w:r>
        <w:rPr>
          <w:sz w:val="22"/>
        </w:rPr>
        <w:t>B. 1000 kg</w:t>
      </w:r>
    </w:p>
    <w:p>
      <w:pPr>
        <w:pStyle w:val="ListParagraph"/>
      </w:pPr>
      <w:r>
        <w:rPr>
          <w:sz w:val="22"/>
        </w:rPr>
        <w:t>C. 100 kg</w:t>
      </w:r>
    </w:p>
    <w:p>
      <w:pPr>
        <w:pStyle w:val="ListParagraph"/>
      </w:pPr>
      <w:r>
        <w:rPr>
          <w:sz w:val="22"/>
        </w:rPr>
        <w:t>D. 1 kg</w:t>
      </w:r>
    </w:p>
    <w:p/>
    <w:p>
      <w:r>
        <w:rPr>
          <w:b/>
          <w:sz w:val="24"/>
        </w:rPr>
        <w:t>Câu 2: 5 tạ bằng bao nhiêu ki-lô-gam?</w:t>
      </w:r>
    </w:p>
    <w:p>
      <w:pPr>
        <w:pStyle w:val="ListParagraph"/>
      </w:pPr>
      <w:r>
        <w:rPr>
          <w:sz w:val="22"/>
        </w:rPr>
        <w:t>A. 5000 kg</w:t>
      </w:r>
    </w:p>
    <w:p>
      <w:pPr>
        <w:pStyle w:val="ListParagraph"/>
      </w:pPr>
      <w:r>
        <w:rPr>
          <w:sz w:val="22"/>
        </w:rPr>
        <w:t>B. 50 kg</w:t>
      </w:r>
    </w:p>
    <w:p>
      <w:pPr>
        <w:pStyle w:val="ListParagraph"/>
      </w:pPr>
      <w:r>
        <w:rPr>
          <w:sz w:val="22"/>
        </w:rPr>
        <w:t>C. 5 kg</w:t>
      </w:r>
    </w:p>
    <w:p>
      <w:pPr>
        <w:pStyle w:val="ListParagraph"/>
      </w:pPr>
      <w:r>
        <w:rPr>
          <w:sz w:val="22"/>
        </w:rPr>
        <w:t>D. 500 kg</w:t>
      </w:r>
    </w:p>
    <w:p/>
    <w:p>
      <w:r>
        <w:rPr>
          <w:b/>
          <w:sz w:val="24"/>
        </w:rPr>
        <w:t>Câu 3: 3 tấn bằng bao nhiêu ki-lô-gam?</w:t>
      </w:r>
    </w:p>
    <w:p>
      <w:pPr>
        <w:pStyle w:val="ListParagraph"/>
      </w:pPr>
      <w:r>
        <w:rPr>
          <w:sz w:val="22"/>
        </w:rPr>
        <w:t>A. 3000 kg</w:t>
      </w:r>
    </w:p>
    <w:p>
      <w:pPr>
        <w:pStyle w:val="ListParagraph"/>
      </w:pPr>
      <w:r>
        <w:rPr>
          <w:sz w:val="22"/>
        </w:rPr>
        <w:t>B. 300 kg</w:t>
      </w:r>
    </w:p>
    <w:p>
      <w:pPr>
        <w:pStyle w:val="ListParagraph"/>
      </w:pPr>
      <w:r>
        <w:rPr>
          <w:sz w:val="22"/>
        </w:rPr>
        <w:t>C. 30 kg</w:t>
      </w:r>
    </w:p>
    <w:p>
      <w:pPr>
        <w:pStyle w:val="ListParagraph"/>
      </w:pPr>
      <w:r>
        <w:rPr>
          <w:sz w:val="22"/>
        </w:rPr>
        <w:t>D. 30000 kg</w:t>
      </w:r>
    </w:p>
    <w:p/>
    <w:p>
      <w:r>
        <w:rPr>
          <w:b/>
          <w:sz w:val="24"/>
        </w:rPr>
        <w:t>Câu 4: 1 tấn bằng bao nhiêu tạ?</w:t>
      </w:r>
    </w:p>
    <w:p>
      <w:pPr>
        <w:pStyle w:val="ListParagraph"/>
      </w:pPr>
      <w:r>
        <w:rPr>
          <w:sz w:val="22"/>
        </w:rPr>
        <w:t>A. 10 tạ</w:t>
      </w:r>
    </w:p>
    <w:p>
      <w:pPr>
        <w:pStyle w:val="ListParagraph"/>
      </w:pPr>
      <w:r>
        <w:rPr>
          <w:sz w:val="22"/>
        </w:rPr>
        <w:t>B. 100 tạ</w:t>
      </w:r>
    </w:p>
    <w:p>
      <w:pPr>
        <w:pStyle w:val="ListParagraph"/>
      </w:pPr>
      <w:r>
        <w:rPr>
          <w:sz w:val="22"/>
        </w:rPr>
        <w:t>C. 1 tạ</w:t>
      </w:r>
    </w:p>
    <w:p>
      <w:pPr>
        <w:pStyle w:val="ListParagraph"/>
      </w:pPr>
      <w:r>
        <w:rPr>
          <w:sz w:val="22"/>
        </w:rPr>
        <w:t>D. 1000 tạ</w:t>
      </w:r>
    </w:p>
    <w:p/>
    <w:p>
      <w:r>
        <w:rPr>
          <w:b/>
          <w:sz w:val="24"/>
        </w:rPr>
        <w:t>Câu 5: 2 yến 5 kg bằng bao nhiêu ki-lô-gam?</w:t>
      </w:r>
    </w:p>
    <w:p>
      <w:pPr>
        <w:pStyle w:val="ListParagraph"/>
      </w:pPr>
      <w:r>
        <w:rPr>
          <w:sz w:val="22"/>
        </w:rPr>
        <w:t>A. 250 kg</w:t>
      </w:r>
    </w:p>
    <w:p>
      <w:pPr>
        <w:pStyle w:val="ListParagraph"/>
      </w:pPr>
      <w:r>
        <w:rPr>
          <w:sz w:val="22"/>
        </w:rPr>
        <w:t>B. 25 kg</w:t>
      </w:r>
    </w:p>
    <w:p>
      <w:pPr>
        <w:pStyle w:val="ListParagraph"/>
      </w:pPr>
      <w:r>
        <w:rPr>
          <w:sz w:val="22"/>
        </w:rPr>
        <w:t>C. 205 kg</w:t>
      </w:r>
    </w:p>
    <w:p>
      <w:pPr>
        <w:pStyle w:val="ListParagraph"/>
      </w:pPr>
      <w:r>
        <w:rPr>
          <w:sz w:val="22"/>
        </w:rPr>
        <w:t>D. 7 kg</w:t>
      </w:r>
    </w:p>
    <w:p/>
    <w:p>
      <w:r>
        <w:rPr>
          <w:b/>
          <w:sz w:val="24"/>
        </w:rPr>
        <w:t>Câu 6: 4 tạ 30 kg bằng bao nhiêu ki-lô-gam?</w:t>
      </w:r>
    </w:p>
    <w:p>
      <w:pPr>
        <w:pStyle w:val="ListParagraph"/>
      </w:pPr>
      <w:r>
        <w:rPr>
          <w:sz w:val="22"/>
        </w:rPr>
        <w:t>A. 430 kg</w:t>
      </w:r>
    </w:p>
    <w:p>
      <w:pPr>
        <w:pStyle w:val="ListParagraph"/>
      </w:pPr>
      <w:r>
        <w:rPr>
          <w:sz w:val="22"/>
        </w:rPr>
        <w:t>B. 403 kg</w:t>
      </w:r>
    </w:p>
    <w:p>
      <w:pPr>
        <w:pStyle w:val="ListParagraph"/>
      </w:pPr>
      <w:r>
        <w:rPr>
          <w:sz w:val="22"/>
        </w:rPr>
        <w:t>C. 43 kg</w:t>
      </w:r>
    </w:p>
    <w:p>
      <w:pPr>
        <w:pStyle w:val="ListParagraph"/>
      </w:pPr>
      <w:r>
        <w:rPr>
          <w:sz w:val="22"/>
        </w:rPr>
        <w:t>D. 4300 kg</w:t>
      </w:r>
    </w:p>
    <w:p/>
    <w:p>
      <w:r>
        <w:rPr>
          <w:b/>
          <w:sz w:val="24"/>
        </w:rPr>
        <w:t>Câu 7: 1 tấn 200 kg bằng bao nhiêu ki-lô-gam?</w:t>
      </w:r>
    </w:p>
    <w:p>
      <w:pPr>
        <w:pStyle w:val="ListParagraph"/>
      </w:pPr>
      <w:r>
        <w:rPr>
          <w:sz w:val="22"/>
        </w:rPr>
        <w:t>A. 1002 kg</w:t>
      </w:r>
    </w:p>
    <w:p>
      <w:pPr>
        <w:pStyle w:val="ListParagraph"/>
      </w:pPr>
      <w:r>
        <w:rPr>
          <w:sz w:val="22"/>
        </w:rPr>
        <w:t>B. 1020 kg</w:t>
      </w:r>
    </w:p>
    <w:p>
      <w:pPr>
        <w:pStyle w:val="ListParagraph"/>
      </w:pPr>
      <w:r>
        <w:rPr>
          <w:sz w:val="22"/>
        </w:rPr>
        <w:t>C. 1200 kg</w:t>
      </w:r>
    </w:p>
    <w:p>
      <w:pPr>
        <w:pStyle w:val="ListParagraph"/>
      </w:pPr>
      <w:r>
        <w:rPr>
          <w:sz w:val="22"/>
        </w:rPr>
        <w:t>D. 12000 kg</w:t>
      </w:r>
    </w:p>
    <w:p/>
    <w:p>
      <w:r>
        <w:rPr>
          <w:b/>
          <w:sz w:val="24"/>
        </w:rPr>
        <w:t>Câu 8: Điền số thích hợp: 7 tấn = ... tạ</w:t>
      </w:r>
    </w:p>
    <w:p>
      <w:pPr>
        <w:pStyle w:val="ListParagraph"/>
      </w:pPr>
      <w:r>
        <w:rPr>
          <w:sz w:val="22"/>
        </w:rPr>
        <w:t>A. 7 tạ</w:t>
      </w:r>
    </w:p>
    <w:p>
      <w:pPr>
        <w:pStyle w:val="ListParagraph"/>
      </w:pPr>
      <w:r>
        <w:rPr>
          <w:sz w:val="22"/>
        </w:rPr>
        <w:t>B. 70 tạ</w:t>
      </w:r>
    </w:p>
    <w:p>
      <w:pPr>
        <w:pStyle w:val="ListParagraph"/>
      </w:pPr>
      <w:r>
        <w:rPr>
          <w:sz w:val="22"/>
        </w:rPr>
        <w:t>C. 700 tạ</w:t>
      </w:r>
    </w:p>
    <w:p>
      <w:pPr>
        <w:pStyle w:val="ListParagraph"/>
      </w:pPr>
      <w:r>
        <w:rPr>
          <w:sz w:val="22"/>
        </w:rPr>
        <w:t>D. 7000 tạ</w:t>
      </w:r>
    </w:p>
    <w:p/>
    <w:p>
      <w:r>
        <w:rPr>
          <w:b/>
          <w:sz w:val="24"/>
        </w:rPr>
        <w:t>Câu 9: Điền số thích hợp: 60 yến = ... tạ</w:t>
      </w:r>
    </w:p>
    <w:p>
      <w:pPr>
        <w:pStyle w:val="ListParagraph"/>
      </w:pPr>
      <w:r>
        <w:rPr>
          <w:sz w:val="22"/>
        </w:rPr>
        <w:t>A. 60 tạ</w:t>
      </w:r>
    </w:p>
    <w:p>
      <w:pPr>
        <w:pStyle w:val="ListParagraph"/>
      </w:pPr>
      <w:r>
        <w:rPr>
          <w:sz w:val="22"/>
        </w:rPr>
        <w:t>B. 0,6 tạ</w:t>
      </w:r>
    </w:p>
    <w:p>
      <w:pPr>
        <w:pStyle w:val="ListParagraph"/>
      </w:pPr>
      <w:r>
        <w:rPr>
          <w:sz w:val="22"/>
        </w:rPr>
        <w:t>C. 600 tạ</w:t>
      </w:r>
    </w:p>
    <w:p>
      <w:pPr>
        <w:pStyle w:val="ListParagraph"/>
      </w:pPr>
      <w:r>
        <w:rPr>
          <w:sz w:val="22"/>
        </w:rPr>
        <w:t>D. 6 tạ</w:t>
      </w:r>
    </w:p>
    <w:p/>
    <w:p>
      <w:r>
        <w:rPr>
          <w:b/>
          <w:sz w:val="24"/>
        </w:rPr>
        <w:t>Câu 10: Một xe chở 2 tấn gạo và 3 tạ ngô. Tổng khối lượng xe chở là bao nhiêu ki-lô-gam?</w:t>
      </w:r>
    </w:p>
    <w:p>
      <w:pPr>
        <w:pStyle w:val="ListParagraph"/>
      </w:pPr>
      <w:r>
        <w:rPr>
          <w:sz w:val="22"/>
        </w:rPr>
        <w:t>A. 5000 kg</w:t>
      </w:r>
    </w:p>
    <w:p>
      <w:pPr>
        <w:pStyle w:val="ListParagraph"/>
      </w:pPr>
      <w:r>
        <w:rPr>
          <w:sz w:val="22"/>
        </w:rPr>
        <w:t>B. 2300 kg</w:t>
      </w:r>
    </w:p>
    <w:p>
      <w:pPr>
        <w:pStyle w:val="ListParagraph"/>
      </w:pPr>
      <w:r>
        <w:rPr>
          <w:sz w:val="22"/>
        </w:rPr>
        <w:t>C. 230 kg</w:t>
      </w:r>
    </w:p>
    <w:p>
      <w:pPr>
        <w:pStyle w:val="ListParagraph"/>
      </w:pPr>
      <w:r>
        <w:rPr>
          <w:sz w:val="22"/>
        </w:rPr>
        <w:t>D. 2030 kg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1 yến = 10 kg.</w:t>
      </w:r>
    </w:p>
    <w:p>
      <w:r>
        <w:rPr>
          <w:b/>
        </w:rPr>
        <w:t>Câu 2: Đáp án đúng: D</w:t>
      </w:r>
    </w:p>
    <w:p>
      <w:r>
        <w:rPr>
          <w:i/>
        </w:rPr>
        <w:t>Giải thích: 1 tạ = 100 kg nên 5 tạ = 500 kg.</w:t>
      </w:r>
    </w:p>
    <w:p>
      <w:r>
        <w:rPr>
          <w:b/>
        </w:rPr>
        <w:t>Câu 3: Đáp án đúng: A</w:t>
      </w:r>
    </w:p>
    <w:p>
      <w:r>
        <w:rPr>
          <w:i/>
        </w:rPr>
        <w:t>Giải thích: 1 tấn = 1000 kg nên 3 tấn = 3000 kg.</w:t>
      </w:r>
    </w:p>
    <w:p>
      <w:r>
        <w:rPr>
          <w:b/>
        </w:rPr>
        <w:t>Câu 4: Đáp án đúng: A</w:t>
      </w:r>
    </w:p>
    <w:p>
      <w:r>
        <w:rPr>
          <w:i/>
        </w:rPr>
        <w:t>Giải thích: 1 tấn = 10 tạ.</w:t>
      </w:r>
    </w:p>
    <w:p>
      <w:r>
        <w:rPr>
          <w:b/>
        </w:rPr>
        <w:t>Câu 5: Đáp án đúng: B</w:t>
      </w:r>
    </w:p>
    <w:p>
      <w:r>
        <w:rPr>
          <w:i/>
        </w:rPr>
        <w:t>Giải thích: 2 yến = 20 kg, thêm 5 kg được 25 kg.</w:t>
      </w:r>
    </w:p>
    <w:p>
      <w:r>
        <w:rPr>
          <w:b/>
        </w:rPr>
        <w:t>Câu 6: Đáp án đúng: A</w:t>
      </w:r>
    </w:p>
    <w:p>
      <w:r>
        <w:rPr>
          <w:i/>
        </w:rPr>
        <w:t>Giải thích: 4 tạ = 400 kg, thêm 30 kg được 430 kg.</w:t>
      </w:r>
    </w:p>
    <w:p>
      <w:r>
        <w:rPr>
          <w:b/>
        </w:rPr>
        <w:t>Câu 7: Đáp án đúng: C</w:t>
      </w:r>
    </w:p>
    <w:p>
      <w:r>
        <w:rPr>
          <w:i/>
        </w:rPr>
        <w:t>Giải thích: 1 tấn = 1000 kg, thêm 200 kg được 1200 kg.</w:t>
      </w:r>
    </w:p>
    <w:p>
      <w:r>
        <w:rPr>
          <w:b/>
        </w:rPr>
        <w:t>Câu 8: Đáp án đúng: B</w:t>
      </w:r>
    </w:p>
    <w:p>
      <w:r>
        <w:rPr>
          <w:i/>
        </w:rPr>
        <w:t>Giải thích: 1 tấn = 10 tạ nên 7 tấn = 70 tạ.</w:t>
      </w:r>
    </w:p>
    <w:p>
      <w:r>
        <w:rPr>
          <w:b/>
        </w:rPr>
        <w:t>Câu 9: Đáp án đúng: D</w:t>
      </w:r>
    </w:p>
    <w:p>
      <w:r>
        <w:rPr>
          <w:i/>
        </w:rPr>
        <w:t>Giải thích: 10 yến = 1 tạ nên 60 yến = 6 tạ.</w:t>
      </w:r>
    </w:p>
    <w:p>
      <w:r>
        <w:rPr>
          <w:b/>
        </w:rPr>
        <w:t>Câu 10: Đáp án đúng: B</w:t>
      </w:r>
    </w:p>
    <w:p>
      <w:r>
        <w:rPr>
          <w:i/>
        </w:rPr>
        <w:t>Giải thích: 2 tấn = 2000 kg, 3 tạ = 300 kg, tổng là 2300 kg.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