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Lịch sử - I. Trắc nghiệm nhiều lựa chọn</w:t>
      </w:r>
    </w:p>
    <w:p>
      <w:pPr>
        <w:jc w:val="center"/>
      </w:pPr>
      <w:r>
        <w:rPr>
          <w:sz w:val="22"/>
        </w:rPr>
        <w:t>Số câu: 24    Thời gian: _____ phút    Họ và tên: _________________________</w:t>
      </w:r>
    </w:p>
    <w:p/>
    <w:p>
      <w:r>
        <w:rPr>
          <w:b/>
          <w:sz w:val="24"/>
        </w:rPr>
        <w:t>Câu 1: Một trong những mục tiêu của các cuộc cách mạng tư sản từ giữa thế kỉ XVI đến đầu thế kỉ XX là</w:t>
      </w:r>
    </w:p>
    <w:p>
      <w:pPr>
        <w:pStyle w:val="ListParagraph"/>
      </w:pPr>
      <w:r>
        <w:rPr>
          <w:sz w:val="22"/>
        </w:rPr>
        <w:t>A. đưa giai cấp công nhân lên nắm chính quyền.</w:t>
      </w:r>
    </w:p>
    <w:p>
      <w:pPr>
        <w:pStyle w:val="ListParagraph"/>
      </w:pPr>
      <w:r>
        <w:rPr>
          <w:sz w:val="22"/>
        </w:rPr>
        <w:t>B. xóa bỏ những rào cản của chế độ phong kiến.</w:t>
      </w:r>
    </w:p>
    <w:p>
      <w:pPr>
        <w:pStyle w:val="ListParagraph"/>
      </w:pPr>
      <w:r>
        <w:rPr>
          <w:sz w:val="22"/>
        </w:rPr>
        <w:t>C. xóa bỏ triệt để những mâu thuẫn trong xã hội.</w:t>
      </w:r>
    </w:p>
    <w:p>
      <w:pPr>
        <w:pStyle w:val="ListParagraph"/>
      </w:pPr>
      <w:r>
        <w:rPr>
          <w:sz w:val="22"/>
        </w:rPr>
        <w:t>D. xác lập sự thống trị của chủ nghĩa thực dân.</w:t>
      </w:r>
    </w:p>
    <w:p/>
    <w:p>
      <w:r>
        <w:rPr>
          <w:b/>
          <w:sz w:val="24"/>
        </w:rPr>
        <w:t>Câu 2: Lực lượng giữ vai trò lãnh đạo trong cuộc Cách mạng tư sản Anh ở thế kỉ XVII là</w:t>
      </w:r>
    </w:p>
    <w:p>
      <w:pPr>
        <w:pStyle w:val="ListParagraph"/>
      </w:pPr>
      <w:r>
        <w:rPr>
          <w:sz w:val="22"/>
        </w:rPr>
        <w:t>A. giai cấp tư sản kết hợp với tầng lớp quý tộc mới.</w:t>
      </w:r>
    </w:p>
    <w:p>
      <w:pPr>
        <w:pStyle w:val="ListParagraph"/>
      </w:pPr>
      <w:r>
        <w:rPr>
          <w:sz w:val="22"/>
        </w:rPr>
        <w:t>B. tầng lớp chủ nô kết hợp với giai cấp công nhân.</w:t>
      </w:r>
    </w:p>
    <w:p>
      <w:pPr>
        <w:pStyle w:val="ListParagraph"/>
      </w:pPr>
      <w:r>
        <w:rPr>
          <w:sz w:val="22"/>
        </w:rPr>
        <w:t>C. các nhà tư tưởng Triết học Ánh sáng nổi tiếng.</w:t>
      </w:r>
    </w:p>
    <w:p>
      <w:pPr>
        <w:pStyle w:val="ListParagraph"/>
      </w:pPr>
      <w:r>
        <w:rPr>
          <w:sz w:val="22"/>
        </w:rPr>
        <w:t>D. tầng lớp bình dân và khối liên minh nông dân.</w:t>
      </w:r>
    </w:p>
    <w:p/>
    <w:p>
      <w:r>
        <w:rPr>
          <w:b/>
          <w:sz w:val="24"/>
        </w:rPr>
        <w:t>Câu 3: Lực lượng nào sau đây tham gia lãnh đạo cuộc Chiến tranh giành độc lập của 13 thuộc địa Anh ở Bắc Mỹ?</w:t>
      </w:r>
    </w:p>
    <w:p>
      <w:pPr>
        <w:pStyle w:val="ListParagraph"/>
      </w:pPr>
      <w:r>
        <w:rPr>
          <w:sz w:val="22"/>
        </w:rPr>
        <w:t>A. Tư sản và chủ nô.</w:t>
      </w:r>
    </w:p>
    <w:p>
      <w:pPr>
        <w:pStyle w:val="ListParagraph"/>
      </w:pPr>
      <w:r>
        <w:rPr>
          <w:sz w:val="22"/>
        </w:rPr>
        <w:t>B. nông dân.</w:t>
      </w:r>
    </w:p>
    <w:p>
      <w:pPr>
        <w:pStyle w:val="ListParagraph"/>
      </w:pPr>
      <w:r>
        <w:rPr>
          <w:sz w:val="22"/>
        </w:rPr>
        <w:t>C. công nhân.</w:t>
      </w:r>
    </w:p>
    <w:p>
      <w:pPr>
        <w:pStyle w:val="ListParagraph"/>
      </w:pPr>
      <w:r>
        <w:rPr>
          <w:sz w:val="22"/>
        </w:rPr>
        <w:t>D. chủ nô.</w:t>
      </w:r>
    </w:p>
    <w:p/>
    <w:p>
      <w:r>
        <w:rPr>
          <w:b/>
          <w:sz w:val="24"/>
        </w:rPr>
        <w:t>Câu 4: Trong các cuộc cách mạng tư sản từ giữa thế kỉ XVI đến đầu thế kỉ XX, động lực quyết định thắng lợi của cách mạng là</w:t>
      </w:r>
    </w:p>
    <w:p>
      <w:pPr>
        <w:pStyle w:val="ListParagraph"/>
      </w:pPr>
      <w:r>
        <w:rPr>
          <w:sz w:val="22"/>
        </w:rPr>
        <w:t>A. mục tiêu của cách mạng.</w:t>
      </w:r>
    </w:p>
    <w:p>
      <w:pPr>
        <w:pStyle w:val="ListParagraph"/>
      </w:pPr>
      <w:r>
        <w:rPr>
          <w:sz w:val="22"/>
        </w:rPr>
        <w:t>B. kết quả cuối cùng.</w:t>
      </w:r>
    </w:p>
    <w:p>
      <w:pPr>
        <w:pStyle w:val="ListParagraph"/>
      </w:pPr>
      <w:r>
        <w:rPr>
          <w:sz w:val="22"/>
        </w:rPr>
        <w:t>C. quần chúng nhân dân.</w:t>
      </w:r>
    </w:p>
    <w:p>
      <w:pPr>
        <w:pStyle w:val="ListParagraph"/>
      </w:pPr>
      <w:r>
        <w:rPr>
          <w:sz w:val="22"/>
        </w:rPr>
        <w:t>D. phương pháp đấu tranh.</w:t>
      </w:r>
    </w:p>
    <w:p/>
    <w:p>
      <w:r>
        <w:rPr>
          <w:b/>
          <w:sz w:val="24"/>
        </w:rPr>
        <w:t>Câu 5: Nền tảng tư tưởng tư sản của cuộc Cách mạng tư sản Pháp cuối thế kỉ XVIII là</w:t>
      </w:r>
    </w:p>
    <w:p>
      <w:pPr>
        <w:pStyle w:val="ListParagraph"/>
      </w:pPr>
      <w:r>
        <w:rPr>
          <w:sz w:val="22"/>
        </w:rPr>
        <w:t>A. phong trào Văn hóa Phục hưng nổi tiếng.</w:t>
      </w:r>
    </w:p>
    <w:p>
      <w:pPr>
        <w:pStyle w:val="ListParagraph"/>
      </w:pPr>
      <w:r>
        <w:rPr>
          <w:sz w:val="22"/>
        </w:rPr>
        <w:t>B. tư tưởng Cải cách tôn giáo dòng Tin Lành.</w:t>
      </w:r>
    </w:p>
    <w:p>
      <w:pPr>
        <w:pStyle w:val="ListParagraph"/>
      </w:pPr>
      <w:r>
        <w:rPr>
          <w:sz w:val="22"/>
        </w:rPr>
        <w:t>C. trào lưu Triết học Ánh sáng tiến bộ.</w:t>
      </w:r>
    </w:p>
    <w:p>
      <w:pPr>
        <w:pStyle w:val="ListParagraph"/>
      </w:pPr>
      <w:r>
        <w:rPr>
          <w:sz w:val="22"/>
        </w:rPr>
        <w:t>D. hệ tư tưởng phong kiến chuyên chế bảo thủ.</w:t>
      </w:r>
    </w:p>
    <w:p/>
    <w:p>
      <w:r>
        <w:rPr>
          <w:b/>
          <w:sz w:val="24"/>
        </w:rPr>
        <w:t>Câu 6: Cuộc Chiến tranh giành độc lập của 13 thuộc địa Anh ở Bắc Mỹ nhằm mục tiêu</w:t>
      </w:r>
    </w:p>
    <w:p>
      <w:pPr>
        <w:pStyle w:val="ListParagraph"/>
      </w:pPr>
      <w:r>
        <w:rPr>
          <w:sz w:val="22"/>
        </w:rPr>
        <w:t>A. lật đổ chế độ phong kiến chuyên chế.</w:t>
      </w:r>
    </w:p>
    <w:p>
      <w:pPr>
        <w:pStyle w:val="ListParagraph"/>
      </w:pPr>
      <w:r>
        <w:rPr>
          <w:sz w:val="22"/>
        </w:rPr>
        <w:t>B. giải phóng dân tộc khỏi ách đô hộ.</w:t>
      </w:r>
    </w:p>
    <w:p>
      <w:pPr>
        <w:pStyle w:val="ListParagraph"/>
      </w:pPr>
      <w:r>
        <w:rPr>
          <w:sz w:val="22"/>
        </w:rPr>
        <w:t>C. đánh đuổi đế quốc thực dân Pháp.</w:t>
      </w:r>
    </w:p>
    <w:p>
      <w:pPr>
        <w:pStyle w:val="ListParagraph"/>
      </w:pPr>
      <w:r>
        <w:rPr>
          <w:sz w:val="22"/>
        </w:rPr>
        <w:t>D. thống nhất đất nước bị chia cắt.</w:t>
      </w:r>
    </w:p>
    <w:p/>
    <w:p>
      <w:r>
        <w:rPr>
          <w:b/>
          <w:sz w:val="24"/>
        </w:rPr>
        <w:t>Câu 7: Các cuộc cách mạng tư sản từ giữa thế kỉ XVI đến đầu thế kỉ XX thắng lợi không có ý nghĩa quan trọng nào sau đây:</w:t>
      </w:r>
    </w:p>
    <w:p>
      <w:pPr>
        <w:pStyle w:val="ListParagraph"/>
      </w:pPr>
      <w:r>
        <w:rPr>
          <w:sz w:val="22"/>
        </w:rPr>
        <w:t>A. Mở đường cho cách mạng công nghiệp.</w:t>
      </w:r>
    </w:p>
    <w:p>
      <w:pPr>
        <w:pStyle w:val="ListParagraph"/>
      </w:pPr>
      <w:r>
        <w:rPr>
          <w:sz w:val="22"/>
        </w:rPr>
        <w:t>B. Mở đường cho chủ nghĩa tư bản phát triển.</w:t>
      </w:r>
    </w:p>
    <w:p>
      <w:pPr>
        <w:pStyle w:val="ListParagraph"/>
      </w:pPr>
      <w:r>
        <w:rPr>
          <w:sz w:val="22"/>
        </w:rPr>
        <w:t>C. Thúc đẩy lực lượng sản xuất phát triển.</w:t>
      </w:r>
    </w:p>
    <w:p>
      <w:pPr>
        <w:pStyle w:val="ListParagraph"/>
      </w:pPr>
      <w:r>
        <w:rPr>
          <w:sz w:val="22"/>
        </w:rPr>
        <w:t>D. Đưa giai cấp công nhân lên nắm chính quyền.</w:t>
      </w:r>
    </w:p>
    <w:p/>
    <w:p>
      <w:r>
        <w:rPr>
          <w:b/>
          <w:sz w:val="24"/>
        </w:rPr>
        <w:t>Câu 8: Hình thức chính trị được thiết lập tại Anh sau khi Cách mạng tư sản hoàn thành là</w:t>
      </w:r>
    </w:p>
    <w:p>
      <w:pPr>
        <w:pStyle w:val="ListParagraph"/>
      </w:pPr>
      <w:r>
        <w:rPr>
          <w:sz w:val="22"/>
        </w:rPr>
        <w:t>A. cộng hòa tổng thống.</w:t>
      </w:r>
    </w:p>
    <w:p>
      <w:pPr>
        <w:pStyle w:val="ListParagraph"/>
      </w:pPr>
      <w:r>
        <w:rPr>
          <w:sz w:val="22"/>
        </w:rPr>
        <w:t>B. quân chủ lập hiến.</w:t>
      </w:r>
    </w:p>
    <w:p>
      <w:pPr>
        <w:pStyle w:val="ListParagraph"/>
      </w:pPr>
      <w:r>
        <w:rPr>
          <w:sz w:val="22"/>
        </w:rPr>
        <w:t>C. cộng hòa dân chủ.</w:t>
      </w:r>
    </w:p>
    <w:p>
      <w:pPr>
        <w:pStyle w:val="ListParagraph"/>
      </w:pPr>
      <w:r>
        <w:rPr>
          <w:sz w:val="22"/>
        </w:rPr>
        <w:t>D. quân chủ chuyên chế.</w:t>
      </w:r>
    </w:p>
    <w:p/>
    <w:p>
      <w:r>
        <w:rPr>
          <w:b/>
          <w:sz w:val="24"/>
        </w:rPr>
        <w:t>Câu 9: Cuộc cách mạng tư sản nào được đánh giá là cuộc "đại cách mạng" trong lịch sử?</w:t>
      </w:r>
    </w:p>
    <w:p>
      <w:pPr>
        <w:pStyle w:val="ListParagraph"/>
      </w:pPr>
      <w:r>
        <w:rPr>
          <w:sz w:val="22"/>
        </w:rPr>
        <w:t>A. Cách mạng tư sản Pháp.</w:t>
      </w:r>
    </w:p>
    <w:p>
      <w:pPr>
        <w:pStyle w:val="ListParagraph"/>
      </w:pPr>
      <w:r>
        <w:rPr>
          <w:sz w:val="22"/>
        </w:rPr>
        <w:t>B. Cách mạng tư sản Hà Lan.</w:t>
      </w:r>
    </w:p>
    <w:p>
      <w:pPr>
        <w:pStyle w:val="ListParagraph"/>
      </w:pPr>
      <w:r>
        <w:rPr>
          <w:sz w:val="22"/>
        </w:rPr>
        <w:t>C. Cách mạng tư sản Anh.</w:t>
      </w:r>
    </w:p>
    <w:p>
      <w:pPr>
        <w:pStyle w:val="ListParagraph"/>
      </w:pPr>
      <w:r>
        <w:rPr>
          <w:sz w:val="22"/>
        </w:rPr>
        <w:t>D. Cách mạng tư sản Mỹ.</w:t>
      </w:r>
    </w:p>
    <w:p/>
    <w:p>
      <w:r>
        <w:rPr>
          <w:b/>
          <w:sz w:val="24"/>
        </w:rPr>
        <w:t>Câu 10: Đặc điểm nổi bật của tình hình chính trị nước Anh và Pháp trước khi bùng nổ cách mạng tư sản là</w:t>
      </w:r>
    </w:p>
    <w:p>
      <w:pPr>
        <w:pStyle w:val="ListParagraph"/>
      </w:pPr>
      <w:r>
        <w:rPr>
          <w:sz w:val="22"/>
        </w:rPr>
        <w:t>A. tồn tại chế độ quân chủ chuyên chế.</w:t>
      </w:r>
    </w:p>
    <w:p>
      <w:pPr>
        <w:pStyle w:val="ListParagraph"/>
      </w:pPr>
      <w:r>
        <w:rPr>
          <w:sz w:val="22"/>
        </w:rPr>
        <w:t>B. là thuộc địa của chủ nghĩa thực dân.</w:t>
      </w:r>
    </w:p>
    <w:p>
      <w:pPr>
        <w:pStyle w:val="ListParagraph"/>
      </w:pPr>
      <w:r>
        <w:rPr>
          <w:sz w:val="22"/>
        </w:rPr>
        <w:t>C. xuất hiện kinh tế tư bản chủ nghĩa.</w:t>
      </w:r>
    </w:p>
    <w:p>
      <w:pPr>
        <w:pStyle w:val="ListParagraph"/>
      </w:pPr>
      <w:r>
        <w:rPr>
          <w:sz w:val="22"/>
        </w:rPr>
        <w:t>D. xuất hiện trào lưu triết học ánh sáng.</w:t>
      </w:r>
    </w:p>
    <w:p/>
    <w:p>
      <w:r>
        <w:rPr>
          <w:b/>
          <w:sz w:val="24"/>
        </w:rPr>
        <w:t>Câu 11: Cuộc Chiến tranh giành độc lập của 13 thuộc địa Anh ở Bắc Mỹ (thế kỉ XVIII) đã đạt được kết quả nào</w:t>
      </w:r>
    </w:p>
    <w:p>
      <w:pPr>
        <w:pStyle w:val="ListParagraph"/>
      </w:pPr>
      <w:r>
        <w:rPr>
          <w:sz w:val="22"/>
        </w:rPr>
        <w:t>A. Lật đổ sự thống trị của thực dân Anh, giành độc lập dân tộc.</w:t>
      </w:r>
    </w:p>
    <w:p>
      <w:pPr>
        <w:pStyle w:val="ListParagraph"/>
      </w:pPr>
      <w:r>
        <w:rPr>
          <w:sz w:val="22"/>
        </w:rPr>
        <w:t>B. Lật đổ chế độ phong kiến chuyên chế, xây dựng nền cộng hòa dân chủ.</w:t>
      </w:r>
    </w:p>
    <w:p>
      <w:pPr>
        <w:pStyle w:val="ListParagraph"/>
      </w:pPr>
      <w:r>
        <w:rPr>
          <w:sz w:val="22"/>
        </w:rPr>
        <w:t>C. Lật đổ chế độ quân chủ chuyên chế, thiết lập chế độ quân chủ lập hiến.</w:t>
      </w:r>
    </w:p>
    <w:p>
      <w:pPr>
        <w:pStyle w:val="ListParagraph"/>
      </w:pPr>
      <w:r>
        <w:rPr>
          <w:sz w:val="22"/>
        </w:rPr>
        <w:t>D. Xóa bỏ tình trạng phong kiến cát cứ; thống nhất lãnh thổ, thị trường dân tộc.</w:t>
      </w:r>
    </w:p>
    <w:p/>
    <w:p>
      <w:r>
        <w:rPr>
          <w:b/>
          <w:sz w:val="24"/>
        </w:rPr>
        <w:t>Câu 12: Nội dung nào sau đây là tiền đề về kinh tế dẫn đến sự bùng nổ và thắng lợi của các cuộc cách mạng tư sản từ giữa thế kỉ XVI đến đầu thế kỉ XX?</w:t>
      </w:r>
    </w:p>
    <w:p>
      <w:pPr>
        <w:pStyle w:val="ListParagraph"/>
      </w:pPr>
      <w:r>
        <w:rPr>
          <w:sz w:val="22"/>
        </w:rPr>
        <w:t>A. Quan hệ sản xuất tư bản chủ nghĩa thay thế hoàn toàn quan hệ phong kiến.</w:t>
      </w:r>
    </w:p>
    <w:p>
      <w:pPr>
        <w:pStyle w:val="ListParagraph"/>
      </w:pPr>
      <w:r>
        <w:rPr>
          <w:sz w:val="22"/>
        </w:rPr>
        <w:t>B. Triết học Ánh sáng ra đời, thức tỉnh, dọn đường cho quần chúng đấu tranh.</w:t>
      </w:r>
    </w:p>
    <w:p>
      <w:pPr>
        <w:pStyle w:val="ListParagraph"/>
      </w:pPr>
      <w:r>
        <w:rPr>
          <w:sz w:val="22"/>
        </w:rPr>
        <w:t>C. Giai cấp tư sản và đồng minh có thế lực rất lớn cả về kinh tế và chính trị.</w:t>
      </w:r>
    </w:p>
    <w:p>
      <w:pPr>
        <w:pStyle w:val="ListParagraph"/>
      </w:pPr>
      <w:r>
        <w:rPr>
          <w:sz w:val="22"/>
        </w:rPr>
        <w:t>D. Kinh tế tư bản chủ nghĩa ra đời và phát triển trong lòng chế độ phong kiến.</w:t>
      </w:r>
    </w:p>
    <w:p/>
    <w:p>
      <w:r>
        <w:rPr>
          <w:b/>
          <w:sz w:val="24"/>
        </w:rPr>
        <w:t>Câu 13: Nội dung nào sau đây là tiền đề về chính trị dẫn đến sự bùng nổ và thắng lợi của các cuộc cách mạng tư sản từ giữa thế kỉ XVI đến đầu thế kỉ XX?</w:t>
      </w:r>
    </w:p>
    <w:p>
      <w:pPr>
        <w:pStyle w:val="ListParagraph"/>
      </w:pPr>
      <w:r>
        <w:rPr>
          <w:sz w:val="22"/>
        </w:rPr>
        <w:t>A. Quan hệ sản xuất tư bản chủ nghĩa thay thế hoàn toàn quan hệ phong kiến.</w:t>
      </w:r>
    </w:p>
    <w:p>
      <w:pPr>
        <w:pStyle w:val="ListParagraph"/>
      </w:pPr>
      <w:r>
        <w:rPr>
          <w:sz w:val="22"/>
        </w:rPr>
        <w:t>B. Giai cấp tư sản và đồng minh có thế lực rất lớn cả về kinh tế và chính trị.</w:t>
      </w:r>
    </w:p>
    <w:p>
      <w:pPr>
        <w:pStyle w:val="ListParagraph"/>
      </w:pPr>
      <w:r>
        <w:rPr>
          <w:sz w:val="22"/>
        </w:rPr>
        <w:t>C. Triết học Ánh sáng ra đời, thức tỉnh, dọn đường cho quần chúng đấu tranh.</w:t>
      </w:r>
    </w:p>
    <w:p>
      <w:pPr>
        <w:pStyle w:val="ListParagraph"/>
      </w:pPr>
      <w:r>
        <w:rPr>
          <w:sz w:val="22"/>
        </w:rPr>
        <w:t>D. Chế độ cai trị của nhà nước phong kiến, gây ra sự bất mãn trong xã hội.</w:t>
      </w:r>
    </w:p>
    <w:p/>
    <w:p>
      <w:r>
        <w:rPr>
          <w:b/>
          <w:sz w:val="24"/>
        </w:rPr>
        <w:t>Câu 14: Nội dung nào sau đây là tiền đề về xã hội dẫn đến sự bùng nổ và thắng lợi của các cuộc cách mạng tư sản từ giữa thế kỉ XVI đến đầu thế kỉ XX?</w:t>
      </w:r>
    </w:p>
    <w:p>
      <w:pPr>
        <w:pStyle w:val="ListParagraph"/>
      </w:pPr>
      <w:r>
        <w:rPr>
          <w:sz w:val="22"/>
        </w:rPr>
        <w:t>A. Quan hệ sản xuất tư bản chủ nghĩa thay thế hoàn toàn quan hệ phong kiến.</w:t>
      </w:r>
    </w:p>
    <w:p>
      <w:pPr>
        <w:pStyle w:val="ListParagraph"/>
      </w:pPr>
      <w:r>
        <w:rPr>
          <w:sz w:val="22"/>
        </w:rPr>
        <w:t>B. Giai cấp tư sản và đồng minh có thế lực rất lớn cả về kinh tế và chính trị.</w:t>
      </w:r>
    </w:p>
    <w:p>
      <w:pPr>
        <w:pStyle w:val="ListParagraph"/>
      </w:pPr>
      <w:r>
        <w:rPr>
          <w:sz w:val="22"/>
        </w:rPr>
        <w:t>C. Triết học Ánh sáng ra đời, thức tỉnh, dọn đường cho quần chúng đấu tranh.</w:t>
      </w:r>
    </w:p>
    <w:p>
      <w:pPr>
        <w:pStyle w:val="ListParagraph"/>
      </w:pPr>
      <w:r>
        <w:rPr>
          <w:sz w:val="22"/>
        </w:rPr>
        <w:t>D. Mâu thuẫn giữa giai cấp tư sản với quý tộc phong kiến ngày càng sâu sắc.</w:t>
      </w:r>
    </w:p>
    <w:p/>
    <w:p>
      <w:r>
        <w:rPr>
          <w:b/>
          <w:sz w:val="24"/>
        </w:rPr>
        <w:t>Câu 15: Nội dung nào sau đây là tiền đề về tư tưởng dẫn đến sự bùng nổ và thắng lợi của cuộc cách mạng tư sản Pháp ở thế kỉ XVIII?</w:t>
      </w:r>
    </w:p>
    <w:p>
      <w:pPr>
        <w:pStyle w:val="ListParagraph"/>
      </w:pPr>
      <w:r>
        <w:rPr>
          <w:sz w:val="22"/>
        </w:rPr>
        <w:t>A. Quan hệ sản xuất tư bản chủ nghĩa thay thế hoàn toàn quan hệ phong kiến.</w:t>
      </w:r>
    </w:p>
    <w:p>
      <w:pPr>
        <w:pStyle w:val="ListParagraph"/>
      </w:pPr>
      <w:r>
        <w:rPr>
          <w:sz w:val="22"/>
        </w:rPr>
        <w:t>B. Giai cấp tư sản và đồng minh có thế lực rất lớn cả về kinh tế và chính trị.</w:t>
      </w:r>
    </w:p>
    <w:p>
      <w:pPr>
        <w:pStyle w:val="ListParagraph"/>
      </w:pPr>
      <w:r>
        <w:rPr>
          <w:sz w:val="22"/>
        </w:rPr>
        <w:t>C. Triết học Ánh sáng ra đời, thức tỉnh, dọn đường cho quần chúng đấu tranh.</w:t>
      </w:r>
    </w:p>
    <w:p>
      <w:pPr>
        <w:pStyle w:val="ListParagraph"/>
      </w:pPr>
      <w:r>
        <w:rPr>
          <w:sz w:val="22"/>
        </w:rPr>
        <w:t>D. Mâu thuẫn giữa giai cấp tư sản với quý tộc phong kiến ngày càng sâu sắc.</w:t>
      </w:r>
    </w:p>
    <w:p/>
    <w:p>
      <w:r>
        <w:rPr>
          <w:b/>
          <w:sz w:val="24"/>
        </w:rPr>
        <w:t>Câu 16: Hình thức của cuộc cách mạng tư sản Anh là</w:t>
      </w:r>
    </w:p>
    <w:p>
      <w:pPr>
        <w:pStyle w:val="ListParagraph"/>
      </w:pPr>
      <w:r>
        <w:rPr>
          <w:sz w:val="22"/>
        </w:rPr>
        <w:t>A. chiến tranh giành độc lập.</w:t>
      </w:r>
    </w:p>
    <w:p>
      <w:pPr>
        <w:pStyle w:val="ListParagraph"/>
      </w:pPr>
      <w:r>
        <w:rPr>
          <w:sz w:val="22"/>
        </w:rPr>
        <w:t>B. nội chiến.</w:t>
      </w:r>
    </w:p>
    <w:p>
      <w:pPr>
        <w:pStyle w:val="ListParagraph"/>
      </w:pPr>
      <w:r>
        <w:rPr>
          <w:sz w:val="22"/>
        </w:rPr>
        <w:t>C. chiến tranh xâm lược.</w:t>
      </w:r>
    </w:p>
    <w:p>
      <w:pPr>
        <w:pStyle w:val="ListParagraph"/>
      </w:pPr>
      <w:r>
        <w:rPr>
          <w:sz w:val="22"/>
        </w:rPr>
        <w:t>D. đấu tranh chính trị, hòa bình.</w:t>
      </w:r>
    </w:p>
    <w:p/>
    <w:p>
      <w:r>
        <w:rPr>
          <w:b/>
          <w:sz w:val="24"/>
        </w:rPr>
        <w:t>Câu 17: Cách mạng Pháp cuối thế kỷ XVIII được xem là cuộc cách mạng tư sản triệt để vì</w:t>
      </w:r>
    </w:p>
    <w:p>
      <w:pPr>
        <w:pStyle w:val="ListParagraph"/>
      </w:pPr>
      <w:r>
        <w:rPr>
          <w:sz w:val="22"/>
        </w:rPr>
        <w:t>A. đã đưa giai cấp tư sản lên nắm quyền.</w:t>
      </w:r>
    </w:p>
    <w:p>
      <w:pPr>
        <w:pStyle w:val="ListParagraph"/>
      </w:pPr>
      <w:r>
        <w:rPr>
          <w:sz w:val="22"/>
        </w:rPr>
        <w:t>B. đã thiết lập chế độ cộng hòa.</w:t>
      </w:r>
    </w:p>
    <w:p>
      <w:pPr>
        <w:pStyle w:val="ListParagraph"/>
      </w:pPr>
      <w:r>
        <w:rPr>
          <w:sz w:val="22"/>
        </w:rPr>
        <w:t>C. đã giải quyết vấn đề ruộng đất cho nông dân.</w:t>
      </w:r>
    </w:p>
    <w:p>
      <w:pPr>
        <w:pStyle w:val="ListParagraph"/>
      </w:pPr>
      <w:r>
        <w:rPr>
          <w:sz w:val="22"/>
        </w:rPr>
        <w:t>D. hoàn thành các nhiệm vụ dân tộc và dân chủ.</w:t>
      </w:r>
    </w:p>
    <w:p/>
    <w:p>
      <w:r>
        <w:rPr>
          <w:b/>
          <w:sz w:val="24"/>
        </w:rPr>
        <w:t>Câu 18: Cách mạng tư sản Anh và Pháp có những nét tương đồng về</w:t>
      </w:r>
    </w:p>
    <w:p>
      <w:pPr>
        <w:pStyle w:val="ListParagraph"/>
      </w:pPr>
      <w:r>
        <w:rPr>
          <w:sz w:val="22"/>
        </w:rPr>
        <w:t>A. lãnh đạo đều là giai cấp tư sản và quý tộc mới.</w:t>
      </w:r>
    </w:p>
    <w:p>
      <w:pPr>
        <w:pStyle w:val="ListParagraph"/>
      </w:pPr>
      <w:r>
        <w:rPr>
          <w:sz w:val="22"/>
        </w:rPr>
        <w:t>B. tính chất triệt để của cuộc cách mạng.</w:t>
      </w:r>
    </w:p>
    <w:p>
      <w:pPr>
        <w:pStyle w:val="ListParagraph"/>
      </w:pPr>
      <w:r>
        <w:rPr>
          <w:sz w:val="22"/>
        </w:rPr>
        <w:t>C. xu hướng phát triển đất nước sau cách mạng.</w:t>
      </w:r>
    </w:p>
    <w:p>
      <w:pPr>
        <w:pStyle w:val="ListParagraph"/>
      </w:pPr>
      <w:r>
        <w:rPr>
          <w:sz w:val="22"/>
        </w:rPr>
        <w:t>D. hình thức các cuộc cách mạng tư sản.</w:t>
      </w:r>
    </w:p>
    <w:p/>
    <w:p>
      <w:r>
        <w:rPr>
          <w:b/>
          <w:sz w:val="24"/>
        </w:rPr>
        <w:t>Câu 19: Điểm khác biệt về tình hình chính trị Bắc Mĩ so với nước Anh và Pháp trước khi cách mạng tư sản bùng nổ là</w:t>
      </w:r>
    </w:p>
    <w:p>
      <w:pPr>
        <w:pStyle w:val="ListParagraph"/>
      </w:pPr>
      <w:r>
        <w:rPr>
          <w:sz w:val="22"/>
        </w:rPr>
        <w:t>A. Bị thực dân phương Tây kìm hãm.</w:t>
      </w:r>
    </w:p>
    <w:p>
      <w:pPr>
        <w:pStyle w:val="ListParagraph"/>
      </w:pPr>
      <w:r>
        <w:rPr>
          <w:sz w:val="22"/>
        </w:rPr>
        <w:t>B. Chế độ phong kiến tồn tại và kìm hãm.</w:t>
      </w:r>
    </w:p>
    <w:p>
      <w:pPr>
        <w:pStyle w:val="ListParagraph"/>
      </w:pPr>
      <w:r>
        <w:rPr>
          <w:sz w:val="22"/>
        </w:rPr>
        <w:t>C. Xuất hiện quý tộc mới.</w:t>
      </w:r>
    </w:p>
    <w:p>
      <w:pPr>
        <w:pStyle w:val="ListParagraph"/>
      </w:pPr>
      <w:r>
        <w:rPr>
          <w:sz w:val="22"/>
        </w:rPr>
        <w:t>D. Xuất hiện chế độ 3 đẳng cấp.</w:t>
      </w:r>
    </w:p>
    <w:p/>
    <w:p>
      <w:r>
        <w:rPr>
          <w:b/>
          <w:sz w:val="24"/>
        </w:rPr>
        <w:t>Câu 20: Cuộc cách mạng tư sản Pháp (cuối thế kỷ XVIII) và cách mạng tư sản Anh (thế kỷ XVII) có điểm khác biệt nào sau đây?</w:t>
      </w:r>
    </w:p>
    <w:p>
      <w:pPr>
        <w:pStyle w:val="ListParagraph"/>
      </w:pPr>
      <w:r>
        <w:rPr>
          <w:sz w:val="22"/>
        </w:rPr>
        <w:t>A. Tạo điều kiện cho kinh tế tư bản phát triển.</w:t>
      </w:r>
    </w:p>
    <w:p>
      <w:pPr>
        <w:pStyle w:val="ListParagraph"/>
      </w:pPr>
      <w:r>
        <w:rPr>
          <w:sz w:val="22"/>
        </w:rPr>
        <w:t>B. Do giai cấp tư sản và quý tộc mới lãnh đạo.</w:t>
      </w:r>
    </w:p>
    <w:p>
      <w:pPr>
        <w:pStyle w:val="ListParagraph"/>
      </w:pPr>
      <w:r>
        <w:rPr>
          <w:sz w:val="22"/>
        </w:rPr>
        <w:t>C. Giải quyết vấn đề ruộng đất cho nông dân.</w:t>
      </w:r>
    </w:p>
    <w:p>
      <w:pPr>
        <w:pStyle w:val="ListParagraph"/>
      </w:pPr>
      <w:r>
        <w:rPr>
          <w:sz w:val="22"/>
        </w:rPr>
        <w:t>D. Xóa bỏ phong kiến, thiết lập quân chủ lập hiến.</w:t>
      </w:r>
    </w:p>
    <w:p/>
    <w:p>
      <w:r>
        <w:rPr>
          <w:b/>
          <w:sz w:val="24"/>
        </w:rPr>
        <w:t>Câu 21: Nội dung nào sau đây phản ánh đúng điểm tiến bộ của Tuyên ngôn Độc lập (1776) ở nước Mỹ và Tuyên ngôn Nhân quyền và Dân quyền (1789) ở nước Pháp?</w:t>
      </w:r>
    </w:p>
    <w:p>
      <w:pPr>
        <w:pStyle w:val="ListParagraph"/>
      </w:pPr>
      <w:r>
        <w:rPr>
          <w:sz w:val="22"/>
        </w:rPr>
        <w:t>A. Đề cao quyền công dân và quyền con người.</w:t>
      </w:r>
    </w:p>
    <w:p>
      <w:pPr>
        <w:pStyle w:val="ListParagraph"/>
      </w:pPr>
      <w:r>
        <w:rPr>
          <w:sz w:val="22"/>
        </w:rPr>
        <w:t>B. Bảo vệ quyền lợi cho tất cả các tầng lớp trong xã hội.</w:t>
      </w:r>
    </w:p>
    <w:p>
      <w:pPr>
        <w:pStyle w:val="ListParagraph"/>
      </w:pPr>
      <w:r>
        <w:rPr>
          <w:sz w:val="22"/>
        </w:rPr>
        <w:t>C. Bảo vệ quyền lợi tư hữu cho giai cấp tư sản.</w:t>
      </w:r>
    </w:p>
    <w:p>
      <w:pPr>
        <w:pStyle w:val="ListParagraph"/>
      </w:pPr>
      <w:r>
        <w:rPr>
          <w:sz w:val="22"/>
        </w:rPr>
        <w:t>D. Quyền tư hữu là quyền thiêng liêng, bất khả xâm phạm.</w:t>
      </w:r>
    </w:p>
    <w:p/>
    <w:p>
      <w:r>
        <w:rPr>
          <w:b/>
          <w:sz w:val="24"/>
        </w:rPr>
        <w:t>Câu 22: Nội dung nào dưới đây phản ánh đúng vai trò của trào lưu Triết học Ánh sáng đối với cách mạng tư sản Pháp vào cuối thế kỷ XVIII?</w:t>
      </w:r>
    </w:p>
    <w:p>
      <w:pPr>
        <w:pStyle w:val="ListParagraph"/>
      </w:pPr>
      <w:r>
        <w:rPr>
          <w:sz w:val="22"/>
        </w:rPr>
        <w:t>A. Lên án chế độ tư bản chủ nghĩa, đưa ra lí thuyết xây dựng nhà nước xã hội chủ nghĩa.</w:t>
      </w:r>
    </w:p>
    <w:p>
      <w:pPr>
        <w:pStyle w:val="ListParagraph"/>
      </w:pPr>
      <w:r>
        <w:rPr>
          <w:sz w:val="22"/>
        </w:rPr>
        <w:t>B. Lên án chế độ phong kiến, giáo hội Thiên chúa và mặt trái của chủ nghĩa tư bản.</w:t>
      </w:r>
    </w:p>
    <w:p>
      <w:pPr>
        <w:pStyle w:val="ListParagraph"/>
      </w:pPr>
      <w:r>
        <w:rPr>
          <w:sz w:val="22"/>
        </w:rPr>
        <w:t>C. Tấn công hệ tư tưởng chế độ phong kiến, dọn đường cho cách mạng xã hội bùng nổ.</w:t>
      </w:r>
    </w:p>
    <w:p>
      <w:pPr>
        <w:pStyle w:val="ListParagraph"/>
      </w:pPr>
      <w:r>
        <w:rPr>
          <w:sz w:val="22"/>
        </w:rPr>
        <w:t>D. Lên án chế độ tư bản chủ nghĩa, chế độ phong kiến, đề nghị xây dựng chế độ tiến bộ.</w:t>
      </w:r>
    </w:p>
    <w:p/>
    <w:p>
      <w:r>
        <w:rPr>
          <w:b/>
          <w:sz w:val="24"/>
        </w:rPr>
        <w:t>Câu 23: Cách mạng tư sản Pháp (cuối thế kỉ XVIII) được đánh giá là cuộc cách mạng tư sản triệt để nhất thời cận đại vì lí do nào sau đây?</w:t>
      </w:r>
    </w:p>
    <w:p>
      <w:pPr>
        <w:pStyle w:val="ListParagraph"/>
      </w:pPr>
      <w:r>
        <w:rPr>
          <w:sz w:val="22"/>
        </w:rPr>
        <w:t>A. Giai cấp tư sản lãnh đạo liên minh với quý tộc lãnh đạo quần chúng nhân dân.</w:t>
      </w:r>
    </w:p>
    <w:p>
      <w:pPr>
        <w:pStyle w:val="ListParagraph"/>
      </w:pPr>
      <w:r>
        <w:rPr>
          <w:sz w:val="22"/>
        </w:rPr>
        <w:t>B. Lật đổ chế độ phong kiến chuyên chế và nhân dân được làm chủ đất nước.</w:t>
      </w:r>
    </w:p>
    <w:p>
      <w:pPr>
        <w:pStyle w:val="ListParagraph"/>
      </w:pPr>
      <w:r>
        <w:rPr>
          <w:sz w:val="22"/>
        </w:rPr>
        <w:t>C. Giải quyết vấn đề ruộng đất cho nông dân và thực hiện các quyền bình đẳng.</w:t>
      </w:r>
    </w:p>
    <w:p>
      <w:pPr>
        <w:pStyle w:val="ListParagraph"/>
      </w:pPr>
      <w:r>
        <w:rPr>
          <w:sz w:val="22"/>
        </w:rPr>
        <w:t>D. Các nhiệm vụ của một cuộc cách mạng tư sản đã được giải quyết triệt để.</w:t>
      </w:r>
    </w:p>
    <w:p/>
    <w:p>
      <w:r>
        <w:rPr>
          <w:b/>
          <w:sz w:val="24"/>
        </w:rPr>
        <w:t>Câu 24: Các cuộc cách mạng tư sản thời cận đại tuy có nhiều điểm khác nhau nhưng đều dẫn đến</w:t>
      </w:r>
    </w:p>
    <w:p>
      <w:pPr>
        <w:pStyle w:val="ListParagraph"/>
      </w:pPr>
      <w:r>
        <w:rPr>
          <w:sz w:val="22"/>
        </w:rPr>
        <w:t>A. sự xác lập quan hệ sản xuất tư sản chủ nghĩa.</w:t>
      </w:r>
    </w:p>
    <w:p>
      <w:pPr>
        <w:pStyle w:val="ListParagraph"/>
      </w:pPr>
      <w:r>
        <w:rPr>
          <w:sz w:val="22"/>
        </w:rPr>
        <w:t>B. tạo ra một nền dân chủ, tự do thực sự.</w:t>
      </w:r>
    </w:p>
    <w:p>
      <w:pPr>
        <w:pStyle w:val="ListParagraph"/>
      </w:pPr>
      <w:r>
        <w:rPr>
          <w:sz w:val="22"/>
        </w:rPr>
        <w:t>C. lật đổ chế độ phong kiến, thiết lập nền cộng hòa.</w:t>
      </w:r>
    </w:p>
    <w:p>
      <w:pPr>
        <w:pStyle w:val="ListParagraph"/>
      </w:pPr>
      <w:r>
        <w:rPr>
          <w:sz w:val="22"/>
        </w:rPr>
        <w:t>D. tạo ra một lực lượng sản xuất nhiều hơn và đồ sộ hơn.</w:t>
      </w:r>
    </w:p>
    <w:p/>
    <w:p>
      <w:r>
        <w:t>──────────────────────────────────────────────────</w:t>
      </w:r>
    </w:p>
    <w:p>
      <w:r>
        <w:rPr>
          <w:b/>
        </w:rPr>
        <w:t>BẢNG ĐÁP ÁN &amp; LỜI GIẢI CHI TIẾT</w:t>
      </w:r>
    </w:p>
    <w:p>
      <w:r>
        <w:rPr>
          <w:b/>
        </w:rPr>
        <w:t>Câu 1: Đáp án đúng: B</w:t>
      </w:r>
    </w:p>
    <w:p>
      <w:r>
        <w:rPr>
          <w:b/>
        </w:rPr>
        <w:t>Câu 2: Đáp án đúng: A</w:t>
      </w:r>
    </w:p>
    <w:p>
      <w:r>
        <w:rPr>
          <w:b/>
        </w:rPr>
        <w:t>Câu 3: Đáp án đúng: A</w:t>
      </w:r>
    </w:p>
    <w:p>
      <w:r>
        <w:rPr>
          <w:b/>
        </w:rPr>
        <w:t>Câu 4: Đáp án đúng: C</w:t>
      </w:r>
    </w:p>
    <w:p>
      <w:r>
        <w:rPr>
          <w:b/>
        </w:rPr>
        <w:t>Câu 5: Đáp án đúng: C</w:t>
      </w:r>
    </w:p>
    <w:p>
      <w:r>
        <w:rPr>
          <w:b/>
        </w:rPr>
        <w:t>Câu 6: Đáp án đúng: B</w:t>
      </w:r>
    </w:p>
    <w:p>
      <w:r>
        <w:rPr>
          <w:b/>
        </w:rPr>
        <w:t>Câu 7: Đáp án đúng: D</w:t>
      </w:r>
    </w:p>
    <w:p>
      <w:r>
        <w:rPr>
          <w:b/>
        </w:rPr>
        <w:t>Câu 8: Đáp án đúng: B</w:t>
      </w:r>
    </w:p>
    <w:p>
      <w:r>
        <w:rPr>
          <w:b/>
        </w:rPr>
        <w:t>Câu 9: Đáp án đúng: A</w:t>
      </w:r>
    </w:p>
    <w:p>
      <w:r>
        <w:rPr>
          <w:b/>
        </w:rPr>
        <w:t>Câu 10: Đáp án đúng: A</w:t>
      </w:r>
    </w:p>
    <w:p>
      <w:r>
        <w:rPr>
          <w:b/>
        </w:rPr>
        <w:t>Câu 11: Đáp án đúng: A</w:t>
      </w:r>
    </w:p>
    <w:p>
      <w:r>
        <w:rPr>
          <w:b/>
        </w:rPr>
        <w:t>Câu 12: Đáp án đúng: D</w:t>
      </w:r>
    </w:p>
    <w:p>
      <w:r>
        <w:rPr>
          <w:b/>
        </w:rPr>
        <w:t>Câu 13: Đáp án đúng: D</w:t>
      </w:r>
    </w:p>
    <w:p>
      <w:r>
        <w:rPr>
          <w:b/>
        </w:rPr>
        <w:t>Câu 14: Đáp án đúng: D</w:t>
      </w:r>
    </w:p>
    <w:p>
      <w:r>
        <w:rPr>
          <w:b/>
        </w:rPr>
        <w:t>Câu 15: Đáp án đúng: C</w:t>
      </w:r>
    </w:p>
    <w:p>
      <w:r>
        <w:rPr>
          <w:b/>
        </w:rPr>
        <w:t>Câu 16: Đáp án đúng: B</w:t>
      </w:r>
    </w:p>
    <w:p>
      <w:r>
        <w:rPr>
          <w:b/>
        </w:rPr>
        <w:t>Câu 17: Đáp án đúng: D</w:t>
      </w:r>
    </w:p>
    <w:p>
      <w:r>
        <w:rPr>
          <w:b/>
        </w:rPr>
        <w:t>Câu 18: Đáp án đúng: C</w:t>
      </w:r>
    </w:p>
    <w:p>
      <w:r>
        <w:rPr>
          <w:b/>
        </w:rPr>
        <w:t>Câu 19: Đáp án đúng: A</w:t>
      </w:r>
    </w:p>
    <w:p>
      <w:r>
        <w:rPr>
          <w:b/>
        </w:rPr>
        <w:t>Câu 20: Đáp án đúng: C</w:t>
      </w:r>
    </w:p>
    <w:p>
      <w:r>
        <w:rPr>
          <w:b/>
        </w:rPr>
        <w:t>Câu 21: Đáp án đúng: A</w:t>
      </w:r>
    </w:p>
    <w:p>
      <w:r>
        <w:rPr>
          <w:b/>
        </w:rPr>
        <w:t>Câu 22: Đáp án đúng: C</w:t>
      </w:r>
    </w:p>
    <w:p>
      <w:r>
        <w:rPr>
          <w:b/>
        </w:rPr>
        <w:t>Câu 23: Đáp án đúng: D</w:t>
      </w:r>
    </w:p>
    <w:p>
      <w:r>
        <w:rPr>
          <w:b/>
        </w:rPr>
        <w:t>Câu 24: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