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bài tập 1. tạo 20 câu trắc nghiệm về nội dung 2.1.</w:t>
      </w:r>
    </w:p>
    <w:p>
      <w:pPr>
        <w:jc w:val="center"/>
      </w:pPr>
      <w:r>
        <w:rPr>
          <w:sz w:val="22"/>
        </w:rPr>
        <w:t>Số câu: 20    Thời gian: _____ phút    Họ và tên: _________________________</w:t>
      </w:r>
    </w:p>
    <w:p/>
    <w:p>
      <w:r>
        <w:rPr>
          <w:b/>
          <w:sz w:val="24"/>
        </w:rPr>
        <w:t>Câu 1: Theo quan niệm của chủ nghĩa duy vật biện chứng, vật chất là gì?</w:t>
      </w:r>
    </w:p>
    <w:p>
      <w:pPr>
        <w:pStyle w:val="ListParagraph"/>
      </w:pPr>
      <w:r>
        <w:rPr>
          <w:sz w:val="22"/>
        </w:rPr>
        <w:t>A. Một thực thể tinh thần tuyệt đối</w:t>
      </w:r>
    </w:p>
    <w:p>
      <w:pPr>
        <w:pStyle w:val="ListParagraph"/>
      </w:pPr>
      <w:r>
        <w:rPr>
          <w:sz w:val="22"/>
        </w:rPr>
        <w:t>B. Thực tại khách quan được đem lại cho con người trong cảm giác, được cảm giác của chúng ta chép lại, chụp lại, phản ánh, và tồn tại không lệ thuộc vào cảm giác</w:t>
      </w:r>
    </w:p>
    <w:p>
      <w:pPr>
        <w:pStyle w:val="ListParagraph"/>
      </w:pPr>
      <w:r>
        <w:rPr>
          <w:sz w:val="22"/>
        </w:rPr>
        <w:t>C. Sản phẩm của ý thức con người</w:t>
      </w:r>
    </w:p>
    <w:p>
      <w:pPr>
        <w:pStyle w:val="ListParagraph"/>
      </w:pPr>
      <w:r>
        <w:rPr>
          <w:sz w:val="22"/>
        </w:rPr>
        <w:t>D. Một khái niệm trừu tượng không có thực</w:t>
      </w:r>
    </w:p>
    <w:p/>
    <w:p>
      <w:r>
        <w:rPr>
          <w:b/>
          <w:sz w:val="24"/>
        </w:rPr>
        <w:t>Câu 2: Định nghĩa về vật chất của V.I. Lênin được nêu trong tác phẩm nào?</w:t>
      </w:r>
    </w:p>
    <w:p>
      <w:pPr>
        <w:pStyle w:val="ListParagraph"/>
      </w:pPr>
      <w:r>
        <w:rPr>
          <w:sz w:val="22"/>
        </w:rPr>
        <w:t>A. Chủ nghĩa duy vật và chủ nghĩa kinh nghiệm phê phán</w:t>
      </w:r>
    </w:p>
    <w:p>
      <w:pPr>
        <w:pStyle w:val="ListParagraph"/>
      </w:pPr>
      <w:r>
        <w:rPr>
          <w:sz w:val="22"/>
        </w:rPr>
        <w:t>B. Bút ký triết học</w:t>
      </w:r>
    </w:p>
    <w:p>
      <w:pPr>
        <w:pStyle w:val="ListParagraph"/>
      </w:pPr>
      <w:r>
        <w:rPr>
          <w:sz w:val="22"/>
        </w:rPr>
        <w:t>C. Nhà nước và cách mạng</w:t>
      </w:r>
    </w:p>
    <w:p>
      <w:pPr>
        <w:pStyle w:val="ListParagraph"/>
      </w:pPr>
      <w:r>
        <w:rPr>
          <w:sz w:val="22"/>
        </w:rPr>
        <w:t>D. Tuyên ngôn của Đảng Cộng sản</w:t>
      </w:r>
    </w:p>
    <w:p/>
    <w:p>
      <w:r>
        <w:rPr>
          <w:b/>
          <w:sz w:val="24"/>
        </w:rPr>
        <w:t>Câu 3: Theo V.I. Lênin, vật chất là một phạm trù triết học dùng để chỉ điều gì?</w:t>
      </w:r>
    </w:p>
    <w:p>
      <w:pPr>
        <w:pStyle w:val="ListParagraph"/>
      </w:pPr>
      <w:r>
        <w:rPr>
          <w:sz w:val="22"/>
        </w:rPr>
        <w:t>A. Thực tại khách quan được đem lại cho con người trong cảm giác</w:t>
      </w:r>
    </w:p>
    <w:p>
      <w:pPr>
        <w:pStyle w:val="ListParagraph"/>
      </w:pPr>
      <w:r>
        <w:rPr>
          <w:sz w:val="22"/>
        </w:rPr>
        <w:t>B. Những gì con người có thể nhìn thấy bằng mắt thường</w:t>
      </w:r>
    </w:p>
    <w:p>
      <w:pPr>
        <w:pStyle w:val="ListParagraph"/>
      </w:pPr>
      <w:r>
        <w:rPr>
          <w:sz w:val="22"/>
        </w:rPr>
        <w:t>C. Những sự vật cụ thể đang tồn tại</w:t>
      </w:r>
    </w:p>
    <w:p>
      <w:pPr>
        <w:pStyle w:val="ListParagraph"/>
      </w:pPr>
      <w:r>
        <w:rPr>
          <w:sz w:val="22"/>
        </w:rPr>
        <w:t>D. Những hiện tượng tinh thần</w:t>
      </w:r>
    </w:p>
    <w:p/>
    <w:p>
      <w:r>
        <w:rPr>
          <w:b/>
          <w:sz w:val="24"/>
        </w:rPr>
        <w:t>Câu 4: Thuộc tính cơ bản nhất của vật chất theo quan niệm duy vật biện chứng là gì?</w:t>
      </w:r>
    </w:p>
    <w:p>
      <w:pPr>
        <w:pStyle w:val="ListParagraph"/>
      </w:pPr>
      <w:r>
        <w:rPr>
          <w:sz w:val="22"/>
        </w:rPr>
        <w:t>A. Tính vận động</w:t>
      </w:r>
    </w:p>
    <w:p>
      <w:pPr>
        <w:pStyle w:val="ListParagraph"/>
      </w:pPr>
      <w:r>
        <w:rPr>
          <w:sz w:val="22"/>
        </w:rPr>
        <w:t>B. Tính đứng im</w:t>
      </w:r>
    </w:p>
    <w:p>
      <w:pPr>
        <w:pStyle w:val="ListParagraph"/>
      </w:pPr>
      <w:r>
        <w:rPr>
          <w:sz w:val="22"/>
        </w:rPr>
        <w:t>C. Tính khách quan</w:t>
      </w:r>
    </w:p>
    <w:p>
      <w:pPr>
        <w:pStyle w:val="ListParagraph"/>
      </w:pPr>
      <w:r>
        <w:rPr>
          <w:sz w:val="22"/>
        </w:rPr>
        <w:t>D. Tính chủ quan</w:t>
      </w:r>
    </w:p>
    <w:p/>
    <w:p>
      <w:r>
        <w:rPr>
          <w:b/>
          <w:sz w:val="24"/>
        </w:rPr>
        <w:t>Câu 5: Theo chủ nghĩa duy vật biện chứng, ý thức là gì?</w:t>
      </w:r>
    </w:p>
    <w:p>
      <w:pPr>
        <w:pStyle w:val="ListParagraph"/>
      </w:pPr>
      <w:r>
        <w:rPr>
          <w:sz w:val="22"/>
        </w:rPr>
        <w:t>A. Một thực thể tồn tại độc lập với vật chất</w:t>
      </w:r>
    </w:p>
    <w:p>
      <w:pPr>
        <w:pStyle w:val="ListParagraph"/>
      </w:pPr>
      <w:r>
        <w:rPr>
          <w:sz w:val="22"/>
        </w:rPr>
        <w:t>B. Sự phản ánh thế giới khách quan vào bộ óc con người một cách năng động, sáng tạo</w:t>
      </w:r>
    </w:p>
    <w:p>
      <w:pPr>
        <w:pStyle w:val="ListParagraph"/>
      </w:pPr>
      <w:r>
        <w:rPr>
          <w:sz w:val="22"/>
        </w:rPr>
        <w:t>C. Sản phẩm của thần linh</w:t>
      </w:r>
    </w:p>
    <w:p>
      <w:pPr>
        <w:pStyle w:val="ListParagraph"/>
      </w:pPr>
      <w:r>
        <w:rPr>
          <w:sz w:val="22"/>
        </w:rPr>
        <w:t>D. Bản chất của vật chất</w:t>
      </w:r>
    </w:p>
    <w:p/>
    <w:p>
      <w:r>
        <w:rPr>
          <w:b/>
          <w:sz w:val="24"/>
        </w:rPr>
        <w:t>Câu 6: Vật chất tồn tại dưới hình thức nào?</w:t>
      </w:r>
    </w:p>
    <w:p>
      <w:pPr>
        <w:pStyle w:val="ListParagraph"/>
      </w:pPr>
      <w:r>
        <w:rPr>
          <w:sz w:val="22"/>
        </w:rPr>
        <w:t>A. Chỉ tồn tại dưới dạng vật thể hữu hình</w:t>
      </w:r>
    </w:p>
    <w:p>
      <w:pPr>
        <w:pStyle w:val="ListParagraph"/>
      </w:pPr>
      <w:r>
        <w:rPr>
          <w:sz w:val="22"/>
        </w:rPr>
        <w:t>B. Chỉ tồn tại dưới dạng trường năng lượng</w:t>
      </w:r>
    </w:p>
    <w:p>
      <w:pPr>
        <w:pStyle w:val="ListParagraph"/>
      </w:pPr>
      <w:r>
        <w:rPr>
          <w:sz w:val="22"/>
        </w:rPr>
        <w:t>C. Tồn tại dưới nhiều hình thức, dạng cụ thể khác nhau</w:t>
      </w:r>
    </w:p>
    <w:p>
      <w:pPr>
        <w:pStyle w:val="ListParagraph"/>
      </w:pPr>
      <w:r>
        <w:rPr>
          <w:sz w:val="22"/>
        </w:rPr>
        <w:t>D. Chỉ tồn tại trong ý thức con người</w:t>
      </w:r>
    </w:p>
    <w:p/>
    <w:p>
      <w:r>
        <w:rPr>
          <w:b/>
          <w:sz w:val="24"/>
        </w:rPr>
        <w:t>Câu 7: Theo quan niệm duy vật biện chứng, vận động của vật chất là gì?</w:t>
      </w:r>
    </w:p>
    <w:p>
      <w:pPr>
        <w:pStyle w:val="ListParagraph"/>
      </w:pPr>
      <w:r>
        <w:rPr>
          <w:sz w:val="22"/>
        </w:rPr>
        <w:t>A. Sự thay đổi vị trí trong không gian</w:t>
      </w:r>
    </w:p>
    <w:p>
      <w:pPr>
        <w:pStyle w:val="ListParagraph"/>
      </w:pPr>
      <w:r>
        <w:rPr>
          <w:sz w:val="22"/>
        </w:rPr>
        <w:t>B. Mọi sự biến đổi nói chung</w:t>
      </w:r>
    </w:p>
    <w:p>
      <w:pPr>
        <w:pStyle w:val="ListParagraph"/>
      </w:pPr>
      <w:r>
        <w:rPr>
          <w:sz w:val="22"/>
        </w:rPr>
        <w:t>C. Sự tăng lên về số lượng</w:t>
      </w:r>
    </w:p>
    <w:p>
      <w:pPr>
        <w:pStyle w:val="ListParagraph"/>
      </w:pPr>
      <w:r>
        <w:rPr>
          <w:sz w:val="22"/>
        </w:rPr>
        <w:t>D. Sự thay đổi chất lượng</w:t>
      </w:r>
    </w:p>
    <w:p/>
    <w:p>
      <w:r>
        <w:rPr>
          <w:b/>
          <w:sz w:val="24"/>
        </w:rPr>
        <w:t>Câu 8: Theo chủ nghĩa duy vật biện chứng, đứng im là gì?</w:t>
      </w:r>
    </w:p>
    <w:p>
      <w:pPr>
        <w:pStyle w:val="ListParagraph"/>
      </w:pPr>
      <w:r>
        <w:rPr>
          <w:sz w:val="22"/>
        </w:rPr>
        <w:t>A. Trạng thái tuyệt đối của vật chất</w:t>
      </w:r>
    </w:p>
    <w:p>
      <w:pPr>
        <w:pStyle w:val="ListParagraph"/>
      </w:pPr>
      <w:r>
        <w:rPr>
          <w:sz w:val="22"/>
        </w:rPr>
        <w:t>B. Một trạng thái đặc biệt của vận động, là vận động trong thế cân bằng</w:t>
      </w:r>
    </w:p>
    <w:p>
      <w:pPr>
        <w:pStyle w:val="ListParagraph"/>
      </w:pPr>
      <w:r>
        <w:rPr>
          <w:sz w:val="22"/>
        </w:rPr>
        <w:t>C. Sự không vận động hoàn toàn</w:t>
      </w:r>
    </w:p>
    <w:p>
      <w:pPr>
        <w:pStyle w:val="ListParagraph"/>
      </w:pPr>
      <w:r>
        <w:rPr>
          <w:sz w:val="22"/>
        </w:rPr>
        <w:t>D. Sự phủ định vận động</w:t>
      </w:r>
    </w:p>
    <w:p/>
    <w:p>
      <w:r>
        <w:rPr>
          <w:b/>
          <w:sz w:val="24"/>
        </w:rPr>
        <w:t>Câu 9: Không gian và thời gian theo quan niệm duy vật biện chứng là gì?</w:t>
      </w:r>
    </w:p>
    <w:p>
      <w:pPr>
        <w:pStyle w:val="ListParagraph"/>
      </w:pPr>
      <w:r>
        <w:rPr>
          <w:sz w:val="22"/>
        </w:rPr>
        <w:t>A. Những hình thức tồn tại của vật chất</w:t>
      </w:r>
    </w:p>
    <w:p>
      <w:pPr>
        <w:pStyle w:val="ListParagraph"/>
      </w:pPr>
      <w:r>
        <w:rPr>
          <w:sz w:val="22"/>
        </w:rPr>
        <w:t>B. Những thực thể tinh thần</w:t>
      </w:r>
    </w:p>
    <w:p>
      <w:pPr>
        <w:pStyle w:val="ListParagraph"/>
      </w:pPr>
      <w:r>
        <w:rPr>
          <w:sz w:val="22"/>
        </w:rPr>
        <w:t>C. Những khái niệm chủ quan của con người</w:t>
      </w:r>
    </w:p>
    <w:p>
      <w:pPr>
        <w:pStyle w:val="ListParagraph"/>
      </w:pPr>
      <w:r>
        <w:rPr>
          <w:sz w:val="22"/>
        </w:rPr>
        <w:t>D. Những thuộc tính của ý thức</w:t>
      </w:r>
    </w:p>
    <w:p/>
    <w:p>
      <w:r>
        <w:rPr>
          <w:b/>
          <w:sz w:val="24"/>
        </w:rPr>
        <w:t>Câu 10: Theo V.I. Lênin, vật chất có thuộc tính nào sau đây?</w:t>
      </w:r>
    </w:p>
    <w:p>
      <w:pPr>
        <w:pStyle w:val="ListParagraph"/>
      </w:pPr>
      <w:r>
        <w:rPr>
          <w:sz w:val="22"/>
        </w:rPr>
        <w:t>A. Tính khách quan, tồn tại không lệ thuộc vào cảm giác</w:t>
      </w:r>
    </w:p>
    <w:p>
      <w:pPr>
        <w:pStyle w:val="ListParagraph"/>
      </w:pPr>
      <w:r>
        <w:rPr>
          <w:sz w:val="22"/>
        </w:rPr>
        <w:t>B. Tính chủ quan, phụ thuộc vào cảm giác</w:t>
      </w:r>
    </w:p>
    <w:p>
      <w:pPr>
        <w:pStyle w:val="ListParagraph"/>
      </w:pPr>
      <w:r>
        <w:rPr>
          <w:sz w:val="22"/>
        </w:rPr>
        <w:t>C. Tính siêu hình</w:t>
      </w:r>
    </w:p>
    <w:p>
      <w:pPr>
        <w:pStyle w:val="ListParagraph"/>
      </w:pPr>
      <w:r>
        <w:rPr>
          <w:sz w:val="22"/>
        </w:rPr>
        <w:t>D. Tính biện chứng</w:t>
      </w:r>
    </w:p>
    <w:p/>
    <w:p>
      <w:r>
        <w:rPr>
          <w:b/>
          <w:sz w:val="24"/>
        </w:rPr>
        <w:t>Câu 11: Theo quan niệm duy vật biện chứng, ý thức có nguồn gốc từ đâu?</w:t>
      </w:r>
    </w:p>
    <w:p>
      <w:pPr>
        <w:pStyle w:val="ListParagraph"/>
      </w:pPr>
      <w:r>
        <w:rPr>
          <w:sz w:val="22"/>
        </w:rPr>
        <w:t>A. Từ thế giới khách quan và bộ óc con người</w:t>
      </w:r>
    </w:p>
    <w:p>
      <w:pPr>
        <w:pStyle w:val="ListParagraph"/>
      </w:pPr>
      <w:r>
        <w:rPr>
          <w:sz w:val="22"/>
        </w:rPr>
        <w:t>B. Từ thần linh</w:t>
      </w:r>
    </w:p>
    <w:p>
      <w:pPr>
        <w:pStyle w:val="ListParagraph"/>
      </w:pPr>
      <w:r>
        <w:rPr>
          <w:sz w:val="22"/>
        </w:rPr>
        <w:t>C. Từ tư duy thuần túy</w:t>
      </w:r>
    </w:p>
    <w:p>
      <w:pPr>
        <w:pStyle w:val="ListParagraph"/>
      </w:pPr>
      <w:r>
        <w:rPr>
          <w:sz w:val="22"/>
        </w:rPr>
        <w:t>D. Từ cảm giác chủ quan</w:t>
      </w:r>
    </w:p>
    <w:p/>
    <w:p>
      <w:r>
        <w:rPr>
          <w:b/>
          <w:sz w:val="24"/>
        </w:rPr>
        <w:t>Câu 12: Theo chủ nghĩa duy vật biện chứng, mối quan hệ giữa vật chất và ý thức là gì?</w:t>
      </w:r>
    </w:p>
    <w:p>
      <w:pPr>
        <w:pStyle w:val="ListParagraph"/>
      </w:pPr>
      <w:r>
        <w:rPr>
          <w:sz w:val="22"/>
        </w:rPr>
        <w:t>A. Vật chất quyết định ý thức, ý thức có thể tác động trở lại vật chất</w:t>
      </w:r>
    </w:p>
    <w:p>
      <w:pPr>
        <w:pStyle w:val="ListParagraph"/>
      </w:pPr>
      <w:r>
        <w:rPr>
          <w:sz w:val="22"/>
        </w:rPr>
        <w:t>B. Ý thức quyết định vật chất</w:t>
      </w:r>
    </w:p>
    <w:p>
      <w:pPr>
        <w:pStyle w:val="ListParagraph"/>
      </w:pPr>
      <w:r>
        <w:rPr>
          <w:sz w:val="22"/>
        </w:rPr>
        <w:t>C. Vật chất và ý thức tồn tại độc lập, không liên quan</w:t>
      </w:r>
    </w:p>
    <w:p>
      <w:pPr>
        <w:pStyle w:val="ListParagraph"/>
      </w:pPr>
      <w:r>
        <w:rPr>
          <w:sz w:val="22"/>
        </w:rPr>
        <w:t>D. Ý thức là bản chất của vật chất</w:t>
      </w:r>
    </w:p>
    <w:p/>
    <w:p>
      <w:r>
        <w:rPr>
          <w:b/>
          <w:sz w:val="24"/>
        </w:rPr>
        <w:t>Câu 13: Theo quan niệm duy vật biện chứng, vật chất có trước hay ý thức có trước?</w:t>
      </w:r>
    </w:p>
    <w:p>
      <w:pPr>
        <w:pStyle w:val="ListParagraph"/>
      </w:pPr>
      <w:r>
        <w:rPr>
          <w:sz w:val="22"/>
        </w:rPr>
        <w:t>A. Ý thức có trước</w:t>
      </w:r>
    </w:p>
    <w:p>
      <w:pPr>
        <w:pStyle w:val="ListParagraph"/>
      </w:pPr>
      <w:r>
        <w:rPr>
          <w:sz w:val="22"/>
        </w:rPr>
        <w:t>B. Vật chất có trước</w:t>
      </w:r>
    </w:p>
    <w:p>
      <w:pPr>
        <w:pStyle w:val="ListParagraph"/>
      </w:pPr>
      <w:r>
        <w:rPr>
          <w:sz w:val="22"/>
        </w:rPr>
        <w:t>C. Cả hai cùng có trước</w:t>
      </w:r>
    </w:p>
    <w:p>
      <w:pPr>
        <w:pStyle w:val="ListParagraph"/>
      </w:pPr>
      <w:r>
        <w:rPr>
          <w:sz w:val="22"/>
        </w:rPr>
        <w:t>D. Không xác định được</w:t>
      </w:r>
    </w:p>
    <w:p/>
    <w:p>
      <w:r>
        <w:rPr>
          <w:b/>
          <w:sz w:val="24"/>
        </w:rPr>
        <w:t>Câu 14: Theo V.I. Lênin, vật chất là thực tại khách quan được đem lại cho con người trong đâu?</w:t>
      </w:r>
    </w:p>
    <w:p>
      <w:pPr>
        <w:pStyle w:val="ListParagraph"/>
      </w:pPr>
      <w:r>
        <w:rPr>
          <w:sz w:val="22"/>
        </w:rPr>
        <w:t>A. Trong cảm giác</w:t>
      </w:r>
    </w:p>
    <w:p>
      <w:pPr>
        <w:pStyle w:val="ListParagraph"/>
      </w:pPr>
      <w:r>
        <w:rPr>
          <w:sz w:val="22"/>
        </w:rPr>
        <w:t>B. Trong tư duy</w:t>
      </w:r>
    </w:p>
    <w:p>
      <w:pPr>
        <w:pStyle w:val="ListParagraph"/>
      </w:pPr>
      <w:r>
        <w:rPr>
          <w:sz w:val="22"/>
        </w:rPr>
        <w:t>C. Trong lý trí</w:t>
      </w:r>
    </w:p>
    <w:p>
      <w:pPr>
        <w:pStyle w:val="ListParagraph"/>
      </w:pPr>
      <w:r>
        <w:rPr>
          <w:sz w:val="22"/>
        </w:rPr>
        <w:t>D. Trong niềm tin</w:t>
      </w:r>
    </w:p>
    <w:p/>
    <w:p>
      <w:r>
        <w:rPr>
          <w:b/>
          <w:sz w:val="24"/>
        </w:rPr>
        <w:t>Câu 15: Theo chủ nghĩa duy vật biện chứng, vận động là thuộc tính của vật chất hay do cái gì khác tạo ra?</w:t>
      </w:r>
    </w:p>
    <w:p>
      <w:pPr>
        <w:pStyle w:val="ListParagraph"/>
      </w:pPr>
      <w:r>
        <w:rPr>
          <w:sz w:val="22"/>
        </w:rPr>
        <w:t>A. Vận động là thuộc tính cố hữu của vật chất</w:t>
      </w:r>
    </w:p>
    <w:p>
      <w:pPr>
        <w:pStyle w:val="ListParagraph"/>
      </w:pPr>
      <w:r>
        <w:rPr>
          <w:sz w:val="22"/>
        </w:rPr>
        <w:t>B. Vận động do thần linh tạo ra</w:t>
      </w:r>
    </w:p>
    <w:p>
      <w:pPr>
        <w:pStyle w:val="ListParagraph"/>
      </w:pPr>
      <w:r>
        <w:rPr>
          <w:sz w:val="22"/>
        </w:rPr>
        <w:t>C. Vận động do ý thức tạo ra</w:t>
      </w:r>
    </w:p>
    <w:p>
      <w:pPr>
        <w:pStyle w:val="ListParagraph"/>
      </w:pPr>
      <w:r>
        <w:rPr>
          <w:sz w:val="22"/>
        </w:rPr>
        <w:t>D. Vận động là ngẫu nhiên</w:t>
      </w:r>
    </w:p>
    <w:p/>
    <w:p>
      <w:r>
        <w:rPr>
          <w:b/>
          <w:sz w:val="24"/>
        </w:rPr>
        <w:t>Câu 16: Theo quan niệm duy vật biện chứng, đứng im có tính chất gì?</w:t>
      </w:r>
    </w:p>
    <w:p>
      <w:pPr>
        <w:pStyle w:val="ListParagraph"/>
      </w:pPr>
      <w:r>
        <w:rPr>
          <w:sz w:val="22"/>
        </w:rPr>
        <w:t>A. Tuyệt đối</w:t>
      </w:r>
    </w:p>
    <w:p>
      <w:pPr>
        <w:pStyle w:val="ListParagraph"/>
      </w:pPr>
      <w:r>
        <w:rPr>
          <w:sz w:val="22"/>
        </w:rPr>
        <w:t>B. Tương đối, tạm thời</w:t>
      </w:r>
    </w:p>
    <w:p>
      <w:pPr>
        <w:pStyle w:val="ListParagraph"/>
      </w:pPr>
      <w:r>
        <w:rPr>
          <w:sz w:val="22"/>
        </w:rPr>
        <w:t>C. Vĩnh viễn</w:t>
      </w:r>
    </w:p>
    <w:p>
      <w:pPr>
        <w:pStyle w:val="ListParagraph"/>
      </w:pPr>
      <w:r>
        <w:rPr>
          <w:sz w:val="22"/>
        </w:rPr>
        <w:t>D. Không tồn tại</w:t>
      </w:r>
    </w:p>
    <w:p/>
    <w:p>
      <w:r>
        <w:rPr>
          <w:b/>
          <w:sz w:val="24"/>
        </w:rPr>
        <w:t>Câu 17: Theo chủ nghĩa duy vật biện chứng, ý thức có tính chất gì?</w:t>
      </w:r>
    </w:p>
    <w:p>
      <w:pPr>
        <w:pStyle w:val="ListParagraph"/>
      </w:pPr>
      <w:r>
        <w:rPr>
          <w:sz w:val="22"/>
        </w:rPr>
        <w:t>A. Tính khách quan</w:t>
      </w:r>
    </w:p>
    <w:p>
      <w:pPr>
        <w:pStyle w:val="ListParagraph"/>
      </w:pPr>
      <w:r>
        <w:rPr>
          <w:sz w:val="22"/>
        </w:rPr>
        <w:t>B. Tính chủ quan, năng động, sáng tạo</w:t>
      </w:r>
    </w:p>
    <w:p>
      <w:pPr>
        <w:pStyle w:val="ListParagraph"/>
      </w:pPr>
      <w:r>
        <w:rPr>
          <w:sz w:val="22"/>
        </w:rPr>
        <w:t>C. Tính siêu hình</w:t>
      </w:r>
    </w:p>
    <w:p>
      <w:pPr>
        <w:pStyle w:val="ListParagraph"/>
      </w:pPr>
      <w:r>
        <w:rPr>
          <w:sz w:val="22"/>
        </w:rPr>
        <w:t>D. Tính bất biến</w:t>
      </w:r>
    </w:p>
    <w:p/>
    <w:p>
      <w:r>
        <w:rPr>
          <w:b/>
          <w:sz w:val="24"/>
        </w:rPr>
        <w:t>Câu 18: Theo V.I. Lênin, vật chất là cái tồn tại như thế nào so với cảm giác?</w:t>
      </w:r>
    </w:p>
    <w:p>
      <w:pPr>
        <w:pStyle w:val="ListParagraph"/>
      </w:pPr>
      <w:r>
        <w:rPr>
          <w:sz w:val="22"/>
        </w:rPr>
        <w:t>A. Tồn tại lệ thuộc vào cảm giác</w:t>
      </w:r>
    </w:p>
    <w:p>
      <w:pPr>
        <w:pStyle w:val="ListParagraph"/>
      </w:pPr>
      <w:r>
        <w:rPr>
          <w:sz w:val="22"/>
        </w:rPr>
        <w:t>B. Tồn tại không lệ thuộc vào cảm giác</w:t>
      </w:r>
    </w:p>
    <w:p>
      <w:pPr>
        <w:pStyle w:val="ListParagraph"/>
      </w:pPr>
      <w:r>
        <w:rPr>
          <w:sz w:val="22"/>
        </w:rPr>
        <w:t>C. Tồn tại đồng thời với cảm giác</w:t>
      </w:r>
    </w:p>
    <w:p>
      <w:pPr>
        <w:pStyle w:val="ListParagraph"/>
      </w:pPr>
      <w:r>
        <w:rPr>
          <w:sz w:val="22"/>
        </w:rPr>
        <w:t>D. Tồn tại sau cảm giác</w:t>
      </w:r>
    </w:p>
    <w:p/>
    <w:p>
      <w:r>
        <w:rPr>
          <w:b/>
          <w:sz w:val="24"/>
        </w:rPr>
        <w:t>Câu 19: Theo quan niệm duy vật biện chứng, không gian và thời gian có tính chất gì?</w:t>
      </w:r>
    </w:p>
    <w:p>
      <w:pPr>
        <w:pStyle w:val="ListParagraph"/>
      </w:pPr>
      <w:r>
        <w:rPr>
          <w:sz w:val="22"/>
        </w:rPr>
        <w:t>A. Khách quan, gắn liền với vật chất vận động</w:t>
      </w:r>
    </w:p>
    <w:p>
      <w:pPr>
        <w:pStyle w:val="ListParagraph"/>
      </w:pPr>
      <w:r>
        <w:rPr>
          <w:sz w:val="22"/>
        </w:rPr>
        <w:t>B. Chủ quan, do con người tạo ra</w:t>
      </w:r>
    </w:p>
    <w:p>
      <w:pPr>
        <w:pStyle w:val="ListParagraph"/>
      </w:pPr>
      <w:r>
        <w:rPr>
          <w:sz w:val="22"/>
        </w:rPr>
        <w:t>C. Tuyệt đối, bất biến</w:t>
      </w:r>
    </w:p>
    <w:p>
      <w:pPr>
        <w:pStyle w:val="ListParagraph"/>
      </w:pPr>
      <w:r>
        <w:rPr>
          <w:sz w:val="22"/>
        </w:rPr>
        <w:t>D. Tách rời vật chất</w:t>
      </w:r>
    </w:p>
    <w:p/>
    <w:p>
      <w:r>
        <w:rPr>
          <w:b/>
          <w:sz w:val="24"/>
        </w:rPr>
        <w:t>Câu 20: Theo chủ nghĩa duy vật biện chứng, vật chất có thể bị tiêu diệt không?</w:t>
      </w:r>
    </w:p>
    <w:p>
      <w:pPr>
        <w:pStyle w:val="ListParagraph"/>
      </w:pPr>
      <w:r>
        <w:rPr>
          <w:sz w:val="22"/>
        </w:rPr>
        <w:t>A. Có, vật chất có thể bị tiêu diệt</w:t>
      </w:r>
    </w:p>
    <w:p>
      <w:pPr>
        <w:pStyle w:val="ListParagraph"/>
      </w:pPr>
      <w:r>
        <w:rPr>
          <w:sz w:val="22"/>
        </w:rPr>
        <w:t>B. Không, vật chất không thể bị tiêu diệt, chỉ chuyển hóa từ dạng này sang dạng khác</w:t>
      </w:r>
    </w:p>
    <w:p>
      <w:pPr>
        <w:pStyle w:val="ListParagraph"/>
      </w:pPr>
      <w:r>
        <w:rPr>
          <w:sz w:val="22"/>
        </w:rPr>
        <w:t>C. Vật chất tự sinh ra và tự mất đi</w:t>
      </w:r>
    </w:p>
    <w:p>
      <w:pPr>
        <w:pStyle w:val="ListParagraph"/>
      </w:pPr>
      <w:r>
        <w:rPr>
          <w:sz w:val="22"/>
        </w:rPr>
        <w:t>D. Vật chất chỉ tồn tại trong một thời gian nhất định</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C</w:t>
      </w:r>
    </w:p>
    <w:p>
      <w:r>
        <w:rPr>
          <w:b/>
        </w:rPr>
        <w:t>Câu 5: Đáp án đúng: B</w:t>
      </w:r>
    </w:p>
    <w:p>
      <w:r>
        <w:rPr>
          <w:b/>
        </w:rPr>
        <w:t>Câu 6: Đáp án đúng: C</w:t>
      </w:r>
    </w:p>
    <w:p>
      <w:r>
        <w:rPr>
          <w:b/>
        </w:rPr>
        <w:t>Câu 7: Đáp án đúng: B</w:t>
      </w:r>
    </w:p>
    <w:p>
      <w:r>
        <w:rPr>
          <w:b/>
        </w:rPr>
        <w:t>Câu 8: Đáp án đúng: B</w:t>
      </w:r>
    </w:p>
    <w:p>
      <w:r>
        <w:rPr>
          <w:b/>
        </w:rPr>
        <w:t>Câu 9: Đáp án đúng: A</w:t>
      </w:r>
    </w:p>
    <w:p>
      <w:r>
        <w:rPr>
          <w:b/>
        </w:rPr>
        <w:t>Câu 10: Đáp án đúng: A</w:t>
      </w:r>
    </w:p>
    <w:p>
      <w:r>
        <w:rPr>
          <w:b/>
        </w:rPr>
        <w:t>Câu 11: Đáp án đúng: A</w:t>
      </w:r>
    </w:p>
    <w:p>
      <w:r>
        <w:rPr>
          <w:b/>
        </w:rPr>
        <w:t>Câu 12: Đáp án đúng: A</w:t>
      </w:r>
    </w:p>
    <w:p>
      <w:r>
        <w:rPr>
          <w:b/>
        </w:rPr>
        <w:t>Câu 13: Đáp án đúng: B</w:t>
      </w:r>
    </w:p>
    <w:p>
      <w:r>
        <w:rPr>
          <w:b/>
        </w:rPr>
        <w:t>Câu 14: Đáp án đúng: A</w:t>
      </w:r>
    </w:p>
    <w:p>
      <w:r>
        <w:rPr>
          <w:b/>
        </w:rPr>
        <w:t>Câu 15: Đáp án đúng: A</w:t>
      </w:r>
    </w:p>
    <w:p>
      <w:r>
        <w:rPr>
          <w:b/>
        </w:rPr>
        <w:t>Câu 16: Đáp án đúng: B</w:t>
      </w:r>
    </w:p>
    <w:p>
      <w:r>
        <w:rPr>
          <w:b/>
        </w:rPr>
        <w:t>Câu 17: Đáp án đúng: B</w:t>
      </w:r>
    </w:p>
    <w:p>
      <w:r>
        <w:rPr>
          <w:b/>
        </w:rPr>
        <w:t>Câu 18: Đáp án đúng: B</w:t>
      </w:r>
    </w:p>
    <w:p>
      <w:r>
        <w:rPr>
          <w:b/>
        </w:rPr>
        <w:t>Câu 19: Đáp án đúng: A</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