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cương tin giữa kì- lớp 10</w:t>
      </w:r>
    </w:p>
    <w:p>
      <w:pPr>
        <w:jc w:val="center"/>
      </w:pPr>
      <w:r>
        <w:rPr>
          <w:sz w:val="22"/>
        </w:rPr>
        <w:t>Số câu: 51    Thời gian: _____ phút    Họ và tên: _________________________</w:t>
      </w:r>
    </w:p>
    <w:p/>
    <w:p>
      <w:r>
        <w:rPr>
          <w:b/>
          <w:sz w:val="24"/>
        </w:rPr>
        <w:t>Câu 1: Trong tin học, dữ liệu là?</w:t>
      </w:r>
    </w:p>
    <w:p>
      <w:pPr>
        <w:pStyle w:val="ListParagraph"/>
      </w:pPr>
      <w:r>
        <w:rPr>
          <w:sz w:val="22"/>
        </w:rPr>
        <w:t>A. Là văn bản và hình ảnh.</w:t>
      </w:r>
    </w:p>
    <w:p>
      <w:pPr>
        <w:pStyle w:val="ListParagraph"/>
      </w:pPr>
      <w:r>
        <w:rPr>
          <w:sz w:val="22"/>
        </w:rPr>
        <w:t>B. Chỉ trong một cơ quan</w:t>
      </w:r>
    </w:p>
    <w:p>
      <w:pPr>
        <w:pStyle w:val="ListParagraph"/>
      </w:pPr>
      <w:r>
        <w:rPr>
          <w:sz w:val="22"/>
        </w:rPr>
        <w:t>C. Là tất cả những gì mang lại cho chúng ta hiểu biết.</w:t>
      </w:r>
    </w:p>
    <w:p>
      <w:pPr>
        <w:pStyle w:val="ListParagraph"/>
      </w:pPr>
      <w:r>
        <w:rPr>
          <w:sz w:val="22"/>
        </w:rPr>
        <w:t>D. Thông tin đã được đưa vào máy tính để máy tính có thể nhận biết và xử lí được.</w:t>
      </w:r>
    </w:p>
    <w:p/>
    <w:p>
      <w:r>
        <w:rPr>
          <w:b/>
          <w:sz w:val="24"/>
        </w:rPr>
        <w:t>Câu 2: Quá trình xử lí thông tin gồm các bước nào?</w:t>
      </w:r>
    </w:p>
    <w:p>
      <w:pPr>
        <w:pStyle w:val="ListParagraph"/>
      </w:pPr>
      <w:r>
        <w:rPr>
          <w:sz w:val="22"/>
        </w:rPr>
        <w:t>A. Tiếp nhận dữ liệu, xử lí dữ liệu, đưa ra kết quả.</w:t>
      </w:r>
    </w:p>
    <w:p>
      <w:pPr>
        <w:pStyle w:val="ListParagraph"/>
      </w:pPr>
      <w:r>
        <w:rPr>
          <w:sz w:val="22"/>
        </w:rPr>
        <w:t>B. Tiếp nhận thông tin, xử lí thông tin, đưa ra kết quả.</w:t>
      </w:r>
    </w:p>
    <w:p>
      <w:pPr>
        <w:pStyle w:val="ListParagraph"/>
      </w:pPr>
      <w:r>
        <w:rPr>
          <w:sz w:val="22"/>
        </w:rPr>
        <w:t>C. Tiếp nhận thông tin, chuyển thành dữ liệu, tính toán dữ liệu, đưa ra kết quả.</w:t>
      </w:r>
    </w:p>
    <w:p>
      <w:pPr>
        <w:pStyle w:val="ListParagraph"/>
      </w:pPr>
      <w:r>
        <w:rPr>
          <w:sz w:val="22"/>
        </w:rPr>
        <w:t>D. Cả ba đáp án đều sai.</w:t>
      </w:r>
    </w:p>
    <w:p/>
    <w:p>
      <w:r>
        <w:rPr>
          <w:b/>
          <w:sz w:val="24"/>
        </w:rPr>
        <w:t>Câu 3: Định nghĩa nào về byte là đúng?</w:t>
      </w:r>
    </w:p>
    <w:p>
      <w:pPr>
        <w:pStyle w:val="ListParagraph"/>
      </w:pPr>
      <w:r>
        <w:rPr>
          <w:sz w:val="22"/>
        </w:rPr>
        <w:t>A. Là một kí tự.</w:t>
      </w:r>
    </w:p>
    <w:p>
      <w:pPr>
        <w:pStyle w:val="ListParagraph"/>
      </w:pPr>
      <w:r>
        <w:rPr>
          <w:sz w:val="22"/>
        </w:rPr>
        <w:t>B. Là đơn vị dữ liệu 8 bit.</w:t>
      </w:r>
    </w:p>
    <w:p>
      <w:pPr>
        <w:pStyle w:val="ListParagraph"/>
      </w:pPr>
      <w:r>
        <w:rPr>
          <w:sz w:val="22"/>
        </w:rPr>
        <w:t>C. Là đơn vị đo tốc độ của máy tính.</w:t>
      </w:r>
    </w:p>
    <w:p>
      <w:pPr>
        <w:pStyle w:val="ListParagraph"/>
      </w:pPr>
      <w:r>
        <w:rPr>
          <w:sz w:val="22"/>
        </w:rPr>
        <w:t>D. Là một dãy tám chữ số.</w:t>
      </w:r>
    </w:p>
    <w:p/>
    <w:p>
      <w:r>
        <w:rPr>
          <w:b/>
          <w:sz w:val="24"/>
        </w:rPr>
        <w:t>Câu 4: 1MB = ? KB. Chọn phương án đúng nhất để điền vào dấu "?".</w:t>
      </w:r>
    </w:p>
    <w:p>
      <w:pPr>
        <w:pStyle w:val="ListParagraph"/>
      </w:pPr>
      <w:r>
        <w:rPr>
          <w:sz w:val="22"/>
        </w:rPr>
        <w:t>A. 1024.</w:t>
      </w:r>
    </w:p>
    <w:p>
      <w:pPr>
        <w:pStyle w:val="ListParagraph"/>
      </w:pPr>
      <w:r>
        <w:rPr>
          <w:sz w:val="22"/>
        </w:rPr>
        <w:t>B. 8.</w:t>
      </w:r>
    </w:p>
    <w:p>
      <w:pPr>
        <w:pStyle w:val="ListParagraph"/>
      </w:pPr>
      <w:r>
        <w:rPr>
          <w:sz w:val="22"/>
        </w:rPr>
        <w:t>C. 100.</w:t>
      </w:r>
    </w:p>
    <w:p>
      <w:pPr>
        <w:pStyle w:val="ListParagraph"/>
      </w:pPr>
      <w:r>
        <w:rPr>
          <w:sz w:val="22"/>
        </w:rPr>
        <w:t>D. 1000.</w:t>
      </w:r>
    </w:p>
    <w:p/>
    <w:p>
      <w:r>
        <w:rPr>
          <w:b/>
          <w:sz w:val="24"/>
        </w:rPr>
        <w:t>Câu 5: 2 GB = ? B. Chọn phương án đúng nhất để điền vào dấu “?”.</w:t>
      </w:r>
    </w:p>
    <w:p>
      <w:pPr>
        <w:pStyle w:val="ListParagraph"/>
      </w:pPr>
      <w:r>
        <w:rPr>
          <w:sz w:val="22"/>
        </w:rPr>
        <w:t>A. 2147483648.</w:t>
      </w:r>
    </w:p>
    <w:p>
      <w:pPr>
        <w:pStyle w:val="ListParagraph"/>
      </w:pPr>
      <w:r>
        <w:rPr>
          <w:sz w:val="22"/>
        </w:rPr>
        <w:t>B. 1024.</w:t>
      </w:r>
    </w:p>
    <w:p>
      <w:pPr>
        <w:pStyle w:val="ListParagraph"/>
      </w:pPr>
      <w:r>
        <w:rPr>
          <w:sz w:val="22"/>
        </w:rPr>
        <w:t>C. 1024^2.</w:t>
      </w:r>
    </w:p>
    <w:p>
      <w:pPr>
        <w:pStyle w:val="ListParagraph"/>
      </w:pPr>
      <w:r>
        <w:rPr>
          <w:sz w:val="22"/>
        </w:rPr>
        <w:t>D. 1024^3.</w:t>
      </w:r>
    </w:p>
    <w:p/>
    <w:p>
      <w:r>
        <w:rPr>
          <w:b/>
          <w:sz w:val="24"/>
        </w:rPr>
        <w:t>Câu 6: Dữ liệu được đưa vào máy tính nhờ các thiết bị nào sau đây?</w:t>
      </w:r>
    </w:p>
    <w:p>
      <w:pPr>
        <w:pStyle w:val="ListParagraph"/>
      </w:pPr>
      <w:r>
        <w:rPr>
          <w:sz w:val="22"/>
        </w:rPr>
        <w:t>A. Màn hình.</w:t>
      </w:r>
    </w:p>
    <w:p>
      <w:pPr>
        <w:pStyle w:val="ListParagraph"/>
      </w:pPr>
      <w:r>
        <w:rPr>
          <w:sz w:val="22"/>
        </w:rPr>
        <w:t>B. Bàn phím.</w:t>
      </w:r>
    </w:p>
    <w:p>
      <w:pPr>
        <w:pStyle w:val="ListParagraph"/>
      </w:pPr>
      <w:r>
        <w:rPr>
          <w:sz w:val="22"/>
        </w:rPr>
        <w:t>C. Máy chiếu.</w:t>
      </w:r>
    </w:p>
    <w:p>
      <w:pPr>
        <w:pStyle w:val="ListParagraph"/>
      </w:pPr>
      <w:r>
        <w:rPr>
          <w:sz w:val="22"/>
        </w:rPr>
        <w:t>D. Máy in.</w:t>
      </w:r>
    </w:p>
    <w:p/>
    <w:p>
      <w:r>
        <w:rPr>
          <w:b/>
          <w:sz w:val="24"/>
        </w:rPr>
        <w:t>Câu 7: Một cuốn sách A gồm 200 trang (có hình ảnh) nếu lưu trữ trên đĩa chiếm khoảng 10 MB. Hỏi một đĩa cứng 40GB thì có thể chứa được khoảng bao nhiêu cuốn sách có lượng thông tin xấp xỉ như cuốn sách A?</w:t>
      </w:r>
    </w:p>
    <w:p>
      <w:pPr>
        <w:pStyle w:val="ListParagraph"/>
      </w:pPr>
      <w:r>
        <w:rPr>
          <w:sz w:val="22"/>
        </w:rPr>
        <w:t>A. 4096.</w:t>
      </w:r>
    </w:p>
    <w:p>
      <w:pPr>
        <w:pStyle w:val="ListParagraph"/>
      </w:pPr>
      <w:r>
        <w:rPr>
          <w:sz w:val="22"/>
        </w:rPr>
        <w:t>B. 40960.</w:t>
      </w:r>
    </w:p>
    <w:p>
      <w:pPr>
        <w:pStyle w:val="ListParagraph"/>
      </w:pPr>
      <w:r>
        <w:rPr>
          <w:sz w:val="22"/>
        </w:rPr>
        <w:t>C. 1000.</w:t>
      </w:r>
    </w:p>
    <w:p>
      <w:pPr>
        <w:pStyle w:val="ListParagraph"/>
      </w:pPr>
      <w:r>
        <w:rPr>
          <w:sz w:val="22"/>
        </w:rPr>
        <w:t>D. 10000.</w:t>
      </w:r>
    </w:p>
    <w:p/>
    <w:p>
      <w:r>
        <w:rPr>
          <w:b/>
          <w:sz w:val="24"/>
        </w:rPr>
        <w:t>Câu 8: Hình 1.3 là danh sách các tệp ảnh lấy ra từ thẻ nhớ của một máy ảnh số. Em hãy tính toán một thẻ nhớ 16 GB có thể chứa được tối đa là bao nhiêu ảnh tính theo độ lớn trung bình của ảnh?</w:t>
      </w:r>
    </w:p>
    <w:p>
      <w:pPr>
        <w:pStyle w:val="ListParagraph"/>
      </w:pPr>
      <w:r>
        <w:rPr>
          <w:sz w:val="22"/>
        </w:rPr>
        <w:t>A. 2182.</w:t>
      </w:r>
    </w:p>
    <w:p>
      <w:pPr>
        <w:pStyle w:val="ListParagraph"/>
      </w:pPr>
      <w:r>
        <w:rPr>
          <w:sz w:val="22"/>
        </w:rPr>
        <w:t>B. 16777216.</w:t>
      </w:r>
    </w:p>
    <w:p>
      <w:pPr>
        <w:pStyle w:val="ListParagraph"/>
      </w:pPr>
      <w:r>
        <w:rPr>
          <w:sz w:val="22"/>
        </w:rPr>
        <w:t>C. 30783.</w:t>
      </w:r>
    </w:p>
    <w:p>
      <w:pPr>
        <w:pStyle w:val="ListParagraph"/>
      </w:pPr>
      <w:r>
        <w:rPr>
          <w:sz w:val="22"/>
        </w:rPr>
        <w:t>D. 545.</w:t>
      </w:r>
    </w:p>
    <w:p/>
    <w:p>
      <w:r>
        <w:rPr>
          <w:b/>
          <w:sz w:val="24"/>
        </w:rPr>
        <w:t>Câu 9: Đâu không phải là thiết bị thông minh?</w:t>
      </w:r>
    </w:p>
    <w:p>
      <w:pPr>
        <w:pStyle w:val="ListParagraph"/>
      </w:pPr>
      <w:r>
        <w:rPr>
          <w:sz w:val="22"/>
        </w:rPr>
        <w:t>A. Điện thoại thông minh.</w:t>
      </w:r>
    </w:p>
    <w:p>
      <w:pPr>
        <w:pStyle w:val="ListParagraph"/>
      </w:pPr>
      <w:r>
        <w:rPr>
          <w:sz w:val="22"/>
        </w:rPr>
        <w:t>B. Camera kết nối Internet.</w:t>
      </w:r>
    </w:p>
    <w:p>
      <w:pPr>
        <w:pStyle w:val="ListParagraph"/>
      </w:pPr>
      <w:r>
        <w:rPr>
          <w:sz w:val="22"/>
        </w:rPr>
        <w:t>C. Đồng hồ vạn niên.</w:t>
      </w:r>
    </w:p>
    <w:p>
      <w:pPr>
        <w:pStyle w:val="ListParagraph"/>
      </w:pPr>
      <w:r>
        <w:rPr>
          <w:sz w:val="22"/>
        </w:rPr>
        <w:t>D. Máy tính bảng.</w:t>
      </w:r>
    </w:p>
    <w:p/>
    <w:p>
      <w:r>
        <w:rPr>
          <w:b/>
          <w:sz w:val="24"/>
        </w:rPr>
        <w:t>Câu 10: Thiết bị thông minh là thiết bị</w:t>
      </w:r>
    </w:p>
    <w:p>
      <w:pPr>
        <w:pStyle w:val="ListParagraph"/>
      </w:pPr>
      <w:r>
        <w:rPr>
          <w:sz w:val="22"/>
        </w:rPr>
        <w:t>A. điện tử có thể hoạt động tự chủ không cần sự can thiệp của con người.</w:t>
      </w:r>
    </w:p>
    <w:p>
      <w:pPr>
        <w:pStyle w:val="ListParagraph"/>
      </w:pPr>
      <w:r>
        <w:rPr>
          <w:sz w:val="22"/>
        </w:rPr>
        <w:t>B. điện tử có thể hoạt động tự chủ và cần có sự can thiệp của con người.</w:t>
      </w:r>
    </w:p>
    <w:p>
      <w:pPr>
        <w:pStyle w:val="ListParagraph"/>
      </w:pPr>
      <w:r>
        <w:rPr>
          <w:sz w:val="22"/>
        </w:rPr>
        <w:t>C. không có khả năng kết nối internet.</w:t>
      </w:r>
    </w:p>
    <w:p>
      <w:pPr>
        <w:pStyle w:val="ListParagraph"/>
      </w:pPr>
      <w:r>
        <w:rPr>
          <w:sz w:val="22"/>
        </w:rPr>
        <w:t>D. không hoạt động tự chủ.</w:t>
      </w:r>
    </w:p>
    <w:p/>
    <w:p>
      <w:r>
        <w:rPr>
          <w:b/>
          <w:sz w:val="24"/>
        </w:rPr>
        <w:t>Câu 11: IoT là từ viết tắt của</w:t>
      </w:r>
    </w:p>
    <w:p>
      <w:pPr>
        <w:pStyle w:val="ListParagraph"/>
      </w:pPr>
      <w:r>
        <w:rPr>
          <w:sz w:val="22"/>
        </w:rPr>
        <w:t>A. Internet out Teacher.</w:t>
      </w:r>
    </w:p>
    <w:p>
      <w:pPr>
        <w:pStyle w:val="ListParagraph"/>
      </w:pPr>
      <w:r>
        <w:rPr>
          <w:sz w:val="22"/>
        </w:rPr>
        <w:t>B. Internet out Things.</w:t>
      </w:r>
    </w:p>
    <w:p>
      <w:pPr>
        <w:pStyle w:val="ListParagraph"/>
      </w:pPr>
      <w:r>
        <w:rPr>
          <w:sz w:val="22"/>
        </w:rPr>
        <w:t>C. Internet of Teacher.</w:t>
      </w:r>
    </w:p>
    <w:p>
      <w:pPr>
        <w:pStyle w:val="ListParagraph"/>
      </w:pPr>
      <w:r>
        <w:rPr>
          <w:sz w:val="22"/>
        </w:rPr>
        <w:t>D. Internet of Things.</w:t>
      </w:r>
    </w:p>
    <w:p/>
    <w:p>
      <w:r>
        <w:rPr>
          <w:b/>
          <w:sz w:val="24"/>
        </w:rPr>
        <w:t>Câu 12: AI là viết tắt của</w:t>
      </w:r>
    </w:p>
    <w:p>
      <w:pPr>
        <w:pStyle w:val="ListParagraph"/>
      </w:pPr>
      <w:r>
        <w:rPr>
          <w:sz w:val="22"/>
        </w:rPr>
        <w:t>A. thiết bị số.</w:t>
      </w:r>
    </w:p>
    <w:p>
      <w:pPr>
        <w:pStyle w:val="ListParagraph"/>
      </w:pPr>
      <w:r>
        <w:rPr>
          <w:sz w:val="22"/>
        </w:rPr>
        <w:t>B. thiết bị thông minh.</w:t>
      </w:r>
    </w:p>
    <w:p>
      <w:pPr>
        <w:pStyle w:val="ListParagraph"/>
      </w:pPr>
      <w:r>
        <w:rPr>
          <w:sz w:val="22"/>
        </w:rPr>
        <w:t>C. trí tuệ nhân tạo.</w:t>
      </w:r>
    </w:p>
    <w:p>
      <w:pPr>
        <w:pStyle w:val="ListParagraph"/>
      </w:pPr>
      <w:r>
        <w:rPr>
          <w:sz w:val="22"/>
        </w:rPr>
        <w:t>D. kết nối vạn vật.</w:t>
      </w:r>
    </w:p>
    <w:p/>
    <w:p>
      <w:r>
        <w:rPr>
          <w:b/>
          <w:sz w:val="24"/>
        </w:rPr>
        <w:t>Câu 13: Với khả năng tính toán nhanh và chính xác là ứng dụng của tin học trong lĩnh vực</w:t>
      </w:r>
    </w:p>
    <w:p>
      <w:pPr>
        <w:pStyle w:val="ListParagraph"/>
      </w:pPr>
      <w:r>
        <w:rPr>
          <w:sz w:val="22"/>
        </w:rPr>
        <w:t>A. quản lí.</w:t>
      </w:r>
    </w:p>
    <w:p>
      <w:pPr>
        <w:pStyle w:val="ListParagraph"/>
      </w:pPr>
      <w:r>
        <w:rPr>
          <w:sz w:val="22"/>
        </w:rPr>
        <w:t>B. tự động hoá.</w:t>
      </w:r>
    </w:p>
    <w:p>
      <w:pPr>
        <w:pStyle w:val="ListParagraph"/>
      </w:pPr>
      <w:r>
        <w:rPr>
          <w:sz w:val="22"/>
        </w:rPr>
        <w:t>C. giải quyết các bài toán khoa học kĩ thuật.</w:t>
      </w:r>
    </w:p>
    <w:p>
      <w:pPr>
        <w:pStyle w:val="ListParagraph"/>
      </w:pPr>
      <w:r>
        <w:rPr>
          <w:sz w:val="22"/>
        </w:rPr>
        <w:t>D. giao tiếp cộng đồng.</w:t>
      </w:r>
    </w:p>
    <w:p/>
    <w:p>
      <w:r>
        <w:rPr>
          <w:b/>
          <w:sz w:val="24"/>
        </w:rPr>
        <w:t>Câu 14: Đặc điểm quan trọng của PDA?</w:t>
      </w:r>
    </w:p>
    <w:p>
      <w:pPr>
        <w:pStyle w:val="ListParagraph"/>
      </w:pPr>
      <w:r>
        <w:rPr>
          <w:sz w:val="22"/>
        </w:rPr>
        <w:t>A. Có bộ nhớ lớn, có khả năng kết nối wifi.</w:t>
      </w:r>
    </w:p>
    <w:p>
      <w:pPr>
        <w:pStyle w:val="ListParagraph"/>
      </w:pPr>
      <w:r>
        <w:rPr>
          <w:sz w:val="22"/>
        </w:rPr>
        <w:t>B. Nhỏ gọn, có khả năng kết nối mạng.</w:t>
      </w:r>
    </w:p>
    <w:p>
      <w:pPr>
        <w:pStyle w:val="ListParagraph"/>
      </w:pPr>
      <w:r>
        <w:rPr>
          <w:sz w:val="22"/>
        </w:rPr>
        <w:t>C. Có chức năng liên lạc.</w:t>
      </w:r>
    </w:p>
    <w:p>
      <w:pPr>
        <w:pStyle w:val="ListParagraph"/>
      </w:pPr>
      <w:r>
        <w:rPr>
          <w:sz w:val="22"/>
        </w:rPr>
        <w:t>D. Có khả năng kết nối mạng.</w:t>
      </w:r>
    </w:p>
    <w:p/>
    <w:p>
      <w:r>
        <w:rPr>
          <w:b/>
          <w:sz w:val="24"/>
        </w:rPr>
        <w:t>Câu 15: Kết nối nào không phải là kết nối phổ biến trên các PDA hiện nay?</w:t>
      </w:r>
    </w:p>
    <w:p>
      <w:pPr>
        <w:pStyle w:val="ListParagraph"/>
      </w:pPr>
      <w:r>
        <w:rPr>
          <w:sz w:val="22"/>
        </w:rPr>
        <w:t>A. Wifi</w:t>
      </w:r>
    </w:p>
    <w:p>
      <w:pPr>
        <w:pStyle w:val="ListParagraph"/>
      </w:pPr>
      <w:r>
        <w:rPr>
          <w:sz w:val="22"/>
        </w:rPr>
        <w:t>B. Bluetooth</w:t>
      </w:r>
    </w:p>
    <w:p>
      <w:pPr>
        <w:pStyle w:val="ListParagraph"/>
      </w:pPr>
      <w:r>
        <w:rPr>
          <w:sz w:val="22"/>
        </w:rPr>
        <w:t>C. USB</w:t>
      </w:r>
    </w:p>
    <w:p>
      <w:pPr>
        <w:pStyle w:val="ListParagraph"/>
      </w:pPr>
      <w:r>
        <w:rPr>
          <w:sz w:val="22"/>
        </w:rPr>
        <w:t>D. Hồng ngoại</w:t>
      </w:r>
    </w:p>
    <w:p/>
    <w:p>
      <w:r>
        <w:rPr>
          <w:b/>
          <w:sz w:val="24"/>
        </w:rPr>
        <w:t>Câu 16: Nút khóa phía bên thân điện thoại thông minh có tác dụng gì?</w:t>
      </w:r>
    </w:p>
    <w:p>
      <w:pPr>
        <w:pStyle w:val="ListParagraph"/>
      </w:pPr>
      <w:r>
        <w:rPr>
          <w:sz w:val="22"/>
        </w:rPr>
        <w:t>A. Dùng để bật máy, tắt màn hình</w:t>
      </w:r>
    </w:p>
    <w:p>
      <w:pPr>
        <w:pStyle w:val="ListParagraph"/>
      </w:pPr>
      <w:r>
        <w:rPr>
          <w:sz w:val="22"/>
        </w:rPr>
        <w:t>B. Mở ứng dụng</w:t>
      </w:r>
    </w:p>
    <w:p>
      <w:pPr>
        <w:pStyle w:val="ListParagraph"/>
      </w:pPr>
      <w:r>
        <w:rPr>
          <w:sz w:val="22"/>
        </w:rPr>
        <w:t>C. Tăng, giảm âm lượng</w:t>
      </w:r>
    </w:p>
    <w:p>
      <w:pPr>
        <w:pStyle w:val="ListParagraph"/>
      </w:pPr>
      <w:r>
        <w:rPr>
          <w:sz w:val="22"/>
        </w:rPr>
        <w:t>D. Quay lại màn hình chính của smartphone</w:t>
      </w:r>
    </w:p>
    <w:p/>
    <w:p>
      <w:r>
        <w:rPr>
          <w:b/>
          <w:sz w:val="24"/>
        </w:rPr>
        <w:t>Câu 17: Theo phạm vi địa lí, mạng máy tính chia thành mấy loại?</w:t>
      </w:r>
    </w:p>
    <w:p>
      <w:pPr>
        <w:pStyle w:val="ListParagraph"/>
      </w:pPr>
      <w:r>
        <w:rPr>
          <w:sz w:val="22"/>
        </w:rPr>
        <w:t>A. 3.</w:t>
      </w:r>
    </w:p>
    <w:p>
      <w:pPr>
        <w:pStyle w:val="ListParagraph"/>
      </w:pPr>
      <w:r>
        <w:rPr>
          <w:sz w:val="22"/>
        </w:rPr>
        <w:t>B. 4.</w:t>
      </w:r>
    </w:p>
    <w:p>
      <w:pPr>
        <w:pStyle w:val="ListParagraph"/>
      </w:pPr>
      <w:r>
        <w:rPr>
          <w:sz w:val="22"/>
        </w:rPr>
        <w:t>C. 2.</w:t>
      </w:r>
    </w:p>
    <w:p>
      <w:pPr>
        <w:pStyle w:val="ListParagraph"/>
      </w:pPr>
      <w:r>
        <w:rPr>
          <w:sz w:val="22"/>
        </w:rPr>
        <w:t>D. 5.</w:t>
      </w:r>
    </w:p>
    <w:p/>
    <w:p>
      <w:r>
        <w:rPr>
          <w:b/>
          <w:sz w:val="24"/>
        </w:rPr>
        <w:t>Câu 18: Phạm vi sử dụng của Internet là:</w:t>
      </w:r>
    </w:p>
    <w:p>
      <w:pPr>
        <w:pStyle w:val="ListParagraph"/>
      </w:pPr>
      <w:r>
        <w:rPr>
          <w:sz w:val="22"/>
        </w:rPr>
        <w:t>A. Chỉ trong gia đình</w:t>
      </w:r>
    </w:p>
    <w:p>
      <w:pPr>
        <w:pStyle w:val="ListParagraph"/>
      </w:pPr>
      <w:r>
        <w:rPr>
          <w:sz w:val="22"/>
        </w:rPr>
        <w:t>B. Chỉ trong một cơ quan</w:t>
      </w:r>
    </w:p>
    <w:p>
      <w:pPr>
        <w:pStyle w:val="ListParagraph"/>
      </w:pPr>
      <w:r>
        <w:rPr>
          <w:sz w:val="22"/>
        </w:rPr>
        <w:t>C. Chỉ trong một đất nước</w:t>
      </w:r>
    </w:p>
    <w:p>
      <w:pPr>
        <w:pStyle w:val="ListParagraph"/>
      </w:pPr>
      <w:r>
        <w:rPr>
          <w:sz w:val="22"/>
        </w:rPr>
        <w:t>D. Toàn cầu</w:t>
      </w:r>
    </w:p>
    <w:p/>
    <w:p>
      <w:r>
        <w:rPr>
          <w:b/>
          <w:sz w:val="24"/>
        </w:rPr>
        <w:t>Câu 19: Mạng cục bộ viết tắt là gì?</w:t>
      </w:r>
    </w:p>
    <w:p>
      <w:pPr>
        <w:pStyle w:val="ListParagraph"/>
      </w:pPr>
      <w:r>
        <w:rPr>
          <w:sz w:val="22"/>
        </w:rPr>
        <w:t>A. LAN.</w:t>
      </w:r>
    </w:p>
    <w:p>
      <w:pPr>
        <w:pStyle w:val="ListParagraph"/>
      </w:pPr>
      <w:r>
        <w:rPr>
          <w:sz w:val="22"/>
        </w:rPr>
        <w:t>B. WAN.</w:t>
      </w:r>
    </w:p>
    <w:p>
      <w:pPr>
        <w:pStyle w:val="ListParagraph"/>
      </w:pPr>
      <w:r>
        <w:rPr>
          <w:sz w:val="22"/>
        </w:rPr>
        <w:t>C. MCB.</w:t>
      </w:r>
    </w:p>
    <w:p>
      <w:pPr>
        <w:pStyle w:val="ListParagraph"/>
      </w:pPr>
      <w:r>
        <w:rPr>
          <w:sz w:val="22"/>
        </w:rPr>
        <w:t>D. Không có kí tự viết tắt.</w:t>
      </w:r>
    </w:p>
    <w:p/>
    <w:p>
      <w:r>
        <w:rPr>
          <w:b/>
          <w:sz w:val="24"/>
        </w:rPr>
        <w:t>Câu 20: Mạng Internet do ai sở hữu?</w:t>
      </w:r>
    </w:p>
    <w:p>
      <w:pPr>
        <w:pStyle w:val="ListParagraph"/>
      </w:pPr>
      <w:r>
        <w:rPr>
          <w:sz w:val="22"/>
        </w:rPr>
        <w:t>A. Cá nhân</w:t>
      </w:r>
    </w:p>
    <w:p>
      <w:pPr>
        <w:pStyle w:val="ListParagraph"/>
      </w:pPr>
      <w:r>
        <w:rPr>
          <w:sz w:val="22"/>
        </w:rPr>
        <w:t>B. Tổ chức nào đó</w:t>
      </w:r>
    </w:p>
    <w:p>
      <w:pPr>
        <w:pStyle w:val="ListParagraph"/>
      </w:pPr>
      <w:r>
        <w:rPr>
          <w:sz w:val="22"/>
        </w:rPr>
        <w:t>C. Một nước nào đó</w:t>
      </w:r>
    </w:p>
    <w:p>
      <w:pPr>
        <w:pStyle w:val="ListParagraph"/>
      </w:pPr>
      <w:r>
        <w:rPr>
          <w:sz w:val="22"/>
        </w:rPr>
        <w:t>D. Không có ai sở hữu.</w:t>
      </w:r>
    </w:p>
    <w:p/>
    <w:p>
      <w:r>
        <w:rPr>
          <w:b/>
          <w:sz w:val="24"/>
        </w:rPr>
        <w:t>Câu 21: Dịch vụ lưu trữ đám mây phổ biến là:</w:t>
      </w:r>
    </w:p>
    <w:p>
      <w:pPr>
        <w:pStyle w:val="ListParagraph"/>
      </w:pPr>
      <w:r>
        <w:rPr>
          <w:sz w:val="22"/>
        </w:rPr>
        <w:t>A. iCloud</w:t>
      </w:r>
    </w:p>
    <w:p>
      <w:pPr>
        <w:pStyle w:val="ListParagraph"/>
      </w:pPr>
      <w:r>
        <w:rPr>
          <w:sz w:val="22"/>
        </w:rPr>
        <w:t>B. Dropbox</w:t>
      </w:r>
    </w:p>
    <w:p>
      <w:pPr>
        <w:pStyle w:val="ListParagraph"/>
      </w:pPr>
      <w:r>
        <w:rPr>
          <w:sz w:val="22"/>
        </w:rPr>
        <w:t>C. Google Drive</w:t>
      </w:r>
    </w:p>
    <w:p>
      <w:pPr>
        <w:pStyle w:val="ListParagraph"/>
      </w:pPr>
      <w:r>
        <w:rPr>
          <w:sz w:val="22"/>
        </w:rPr>
        <w:t>D. Dropbox, Google Drive</w:t>
      </w:r>
    </w:p>
    <w:p/>
    <w:p>
      <w:r>
        <w:rPr>
          <w:b/>
          <w:sz w:val="24"/>
        </w:rPr>
        <w:t>Câu 22: Điều nào đúng với mạng cục bộ (LAN)?</w:t>
      </w:r>
    </w:p>
    <w:p>
      <w:pPr>
        <w:pStyle w:val="ListParagraph"/>
      </w:pPr>
      <w:r>
        <w:rPr>
          <w:sz w:val="22"/>
        </w:rPr>
        <w:t>A. Người dùng phải có thông tin đăng nhập để truy cập nó</w:t>
      </w:r>
    </w:p>
    <w:p>
      <w:pPr>
        <w:pStyle w:val="ListParagraph"/>
      </w:pPr>
      <w:r>
        <w:rPr>
          <w:sz w:val="22"/>
        </w:rPr>
        <w:t>B. Nó yêu cầu kết nối có dây</w:t>
      </w:r>
    </w:p>
    <w:p>
      <w:pPr>
        <w:pStyle w:val="ListParagraph"/>
      </w:pPr>
      <w:r>
        <w:rPr>
          <w:sz w:val="22"/>
        </w:rPr>
        <w:t>C. Nó yêu cầu kết nối không dây</w:t>
      </w:r>
    </w:p>
    <w:p>
      <w:pPr>
        <w:pStyle w:val="ListParagraph"/>
      </w:pPr>
      <w:r>
        <w:rPr>
          <w:sz w:val="22"/>
        </w:rPr>
        <w:t>D. Nó không an toàn</w:t>
      </w:r>
    </w:p>
    <w:p/>
    <w:p>
      <w:r>
        <w:rPr>
          <w:b/>
          <w:sz w:val="24"/>
        </w:rPr>
        <w:t>Câu 23: Phần cứng nào được sử dụng để kết nối máy tính với máy tính hoặc với máy chủ khác qua mạng LAN?</w:t>
      </w:r>
    </w:p>
    <w:p>
      <w:pPr>
        <w:pStyle w:val="ListParagraph"/>
      </w:pPr>
      <w:r>
        <w:rPr>
          <w:sz w:val="22"/>
        </w:rPr>
        <w:t>A. Hub/Switch</w:t>
      </w:r>
    </w:p>
    <w:p>
      <w:pPr>
        <w:pStyle w:val="ListParagraph"/>
      </w:pPr>
      <w:r>
        <w:rPr>
          <w:sz w:val="22"/>
        </w:rPr>
        <w:t>B. Router</w:t>
      </w:r>
    </w:p>
    <w:p>
      <w:pPr>
        <w:pStyle w:val="ListParagraph"/>
      </w:pPr>
      <w:r>
        <w:rPr>
          <w:sz w:val="22"/>
        </w:rPr>
        <w:t>C. DSL</w:t>
      </w:r>
    </w:p>
    <w:p>
      <w:pPr>
        <w:pStyle w:val="ListParagraph"/>
      </w:pPr>
      <w:r>
        <w:rPr>
          <w:sz w:val="22"/>
        </w:rPr>
        <w:t>D. Modem</w:t>
      </w:r>
    </w:p>
    <w:p/>
    <w:p>
      <w:r>
        <w:rPr>
          <w:b/>
          <w:sz w:val="24"/>
        </w:rPr>
        <w:t>Câu 24: Để sử dụng chung máy in trong mạng LAN thì máy in được kết nối với thiết bị nào?</w:t>
      </w:r>
    </w:p>
    <w:p>
      <w:pPr>
        <w:pStyle w:val="ListParagraph"/>
      </w:pPr>
      <w:r>
        <w:rPr>
          <w:sz w:val="22"/>
        </w:rPr>
        <w:t>A. Hub/Switch</w:t>
      </w:r>
    </w:p>
    <w:p>
      <w:pPr>
        <w:pStyle w:val="ListParagraph"/>
      </w:pPr>
      <w:r>
        <w:rPr>
          <w:sz w:val="22"/>
        </w:rPr>
        <w:t>B. Router</w:t>
      </w:r>
    </w:p>
    <w:p>
      <w:pPr>
        <w:pStyle w:val="ListParagraph"/>
      </w:pPr>
      <w:r>
        <w:rPr>
          <w:sz w:val="22"/>
        </w:rPr>
        <w:t>C. DSL</w:t>
      </w:r>
    </w:p>
    <w:p>
      <w:pPr>
        <w:pStyle w:val="ListParagraph"/>
      </w:pPr>
      <w:r>
        <w:rPr>
          <w:sz w:val="22"/>
        </w:rPr>
        <w:t>D. Modem</w:t>
      </w:r>
    </w:p>
    <w:p/>
    <w:p>
      <w:r>
        <w:rPr>
          <w:b/>
          <w:sz w:val="24"/>
        </w:rPr>
        <w:t>Câu 25: Lưu trữ thông tin trên Internet qua Google drive là thuê phần</w:t>
      </w:r>
    </w:p>
    <w:p>
      <w:pPr>
        <w:pStyle w:val="ListParagraph"/>
      </w:pPr>
      <w:r>
        <w:rPr>
          <w:sz w:val="22"/>
        </w:rPr>
        <w:t>A. Ứng dụng.</w:t>
      </w:r>
    </w:p>
    <w:p>
      <w:pPr>
        <w:pStyle w:val="ListParagraph"/>
      </w:pPr>
      <w:r>
        <w:rPr>
          <w:sz w:val="22"/>
        </w:rPr>
        <w:t>B. Cứng.</w:t>
      </w:r>
    </w:p>
    <w:p>
      <w:pPr>
        <w:pStyle w:val="ListParagraph"/>
      </w:pPr>
      <w:r>
        <w:rPr>
          <w:sz w:val="22"/>
        </w:rPr>
        <w:t>C. Mềm.</w:t>
      </w:r>
    </w:p>
    <w:p>
      <w:pPr>
        <w:pStyle w:val="ListParagraph"/>
      </w:pPr>
      <w:r>
        <w:rPr>
          <w:sz w:val="22"/>
        </w:rPr>
        <w:t>D. Dịch vụ.</w:t>
      </w:r>
    </w:p>
    <w:p/>
    <w:p>
      <w:r>
        <w:rPr>
          <w:b/>
          <w:sz w:val="24"/>
        </w:rPr>
        <w:t>Câu 26: Để có thể trao đổi và chia sẻ tài liệu trong một nhóm một cách nhanh chóng và tiện lợi thì phương án nào là hợp lí?</w:t>
      </w:r>
    </w:p>
    <w:p>
      <w:pPr>
        <w:pStyle w:val="ListParagraph"/>
      </w:pPr>
      <w:r>
        <w:rPr>
          <w:sz w:val="22"/>
        </w:rPr>
        <w:t>A. Gửi tài liệu qua địa chỉ email.</w:t>
      </w:r>
    </w:p>
    <w:p>
      <w:pPr>
        <w:pStyle w:val="ListParagraph"/>
      </w:pPr>
      <w:r>
        <w:rPr>
          <w:sz w:val="22"/>
        </w:rPr>
        <w:t>B. Gửi tài liệu qua zalo.</w:t>
      </w:r>
    </w:p>
    <w:p>
      <w:pPr>
        <w:pStyle w:val="ListParagraph"/>
      </w:pPr>
      <w:r>
        <w:rPr>
          <w:sz w:val="22"/>
        </w:rPr>
        <w:t>C. Gửi tài liệu qua facebook.</w:t>
      </w:r>
    </w:p>
    <w:p>
      <w:pPr>
        <w:pStyle w:val="ListParagraph"/>
      </w:pPr>
      <w:r>
        <w:rPr>
          <w:sz w:val="22"/>
        </w:rPr>
        <w:t>D. Sử dụng dịch vụ đám mây.</w:t>
      </w:r>
    </w:p>
    <w:p/>
    <w:p>
      <w:r>
        <w:rPr>
          <w:b/>
          <w:sz w:val="24"/>
        </w:rPr>
        <w:t>Câu 27: Chương trình nào dưới đây không phải là chương trình diệt virus?</w:t>
      </w:r>
    </w:p>
    <w:p>
      <w:pPr>
        <w:pStyle w:val="ListParagraph"/>
      </w:pPr>
      <w:r>
        <w:rPr>
          <w:sz w:val="22"/>
        </w:rPr>
        <w:t>A. Kaspersky.</w:t>
      </w:r>
    </w:p>
    <w:p>
      <w:pPr>
        <w:pStyle w:val="ListParagraph"/>
      </w:pPr>
      <w:r>
        <w:rPr>
          <w:sz w:val="22"/>
        </w:rPr>
        <w:t>B. Norton Antivirus.</w:t>
      </w:r>
    </w:p>
    <w:p>
      <w:pPr>
        <w:pStyle w:val="ListParagraph"/>
      </w:pPr>
      <w:r>
        <w:rPr>
          <w:sz w:val="22"/>
        </w:rPr>
        <w:t>C. BKAV.</w:t>
      </w:r>
    </w:p>
    <w:p>
      <w:pPr>
        <w:pStyle w:val="ListParagraph"/>
      </w:pPr>
      <w:r>
        <w:rPr>
          <w:sz w:val="22"/>
        </w:rPr>
        <w:t>D. Winrar.</w:t>
      </w:r>
    </w:p>
    <w:p/>
    <w:p>
      <w:r>
        <w:rPr>
          <w:b/>
          <w:sz w:val="24"/>
        </w:rPr>
        <w:t>Câu 28: Hành vi nào nên thực hiện khi hoạt động trên không gian mạng?</w:t>
      </w:r>
    </w:p>
    <w:p>
      <w:pPr>
        <w:pStyle w:val="ListParagraph"/>
      </w:pPr>
      <w:r>
        <w:rPr>
          <w:sz w:val="22"/>
        </w:rPr>
        <w:t>A. Để thông tin cá nhân ở chế độ riêng tư</w:t>
      </w:r>
    </w:p>
    <w:p>
      <w:pPr>
        <w:pStyle w:val="ListParagraph"/>
      </w:pPr>
      <w:r>
        <w:rPr>
          <w:sz w:val="22"/>
        </w:rPr>
        <w:t>B. Chia sẻ nội dung không đúng sự thật</w:t>
      </w:r>
    </w:p>
    <w:p>
      <w:pPr>
        <w:pStyle w:val="ListParagraph"/>
      </w:pPr>
      <w:r>
        <w:rPr>
          <w:sz w:val="22"/>
        </w:rPr>
        <w:t>C. Đánh cắp tài khoản của người khác</w:t>
      </w:r>
    </w:p>
    <w:p>
      <w:pPr>
        <w:pStyle w:val="ListParagraph"/>
      </w:pPr>
      <w:r>
        <w:rPr>
          <w:sz w:val="22"/>
        </w:rPr>
        <w:t>D. Xem tin tức không có lựa chọn</w:t>
      </w:r>
    </w:p>
    <w:p/>
    <w:p>
      <w:r>
        <w:rPr>
          <w:b/>
          <w:sz w:val="24"/>
        </w:rPr>
        <w:t>Câu 29: Khi bị tấn công trên mạng xã hội cần:</w:t>
      </w:r>
    </w:p>
    <w:p>
      <w:pPr>
        <w:pStyle w:val="ListParagraph"/>
      </w:pPr>
      <w:r>
        <w:rPr>
          <w:sz w:val="22"/>
        </w:rPr>
        <w:t>A. Bỏ tài khoản mạng xã hội đó</w:t>
      </w:r>
    </w:p>
    <w:p>
      <w:pPr>
        <w:pStyle w:val="ListParagraph"/>
      </w:pPr>
      <w:r>
        <w:rPr>
          <w:sz w:val="22"/>
        </w:rPr>
        <w:t>B. Im lặng</w:t>
      </w:r>
    </w:p>
    <w:p>
      <w:pPr>
        <w:pStyle w:val="ListParagraph"/>
      </w:pPr>
      <w:r>
        <w:rPr>
          <w:sz w:val="22"/>
        </w:rPr>
        <w:t>C. Tấn công lại</w:t>
      </w:r>
    </w:p>
    <w:p>
      <w:pPr>
        <w:pStyle w:val="ListParagraph"/>
      </w:pPr>
      <w:r>
        <w:rPr>
          <w:sz w:val="22"/>
        </w:rPr>
        <w:t>D. Đổi mật khẩu, bật chế độ bảo mật cao hơn</w:t>
      </w:r>
    </w:p>
    <w:p/>
    <w:p>
      <w:r>
        <w:rPr>
          <w:b/>
          <w:sz w:val="24"/>
        </w:rPr>
        <w:t>Câu 30: Đặc điểm nào thể hiện đúng về Trojan?</w:t>
      </w:r>
    </w:p>
    <w:p>
      <w:pPr>
        <w:pStyle w:val="ListParagraph"/>
      </w:pPr>
      <w:r>
        <w:rPr>
          <w:sz w:val="22"/>
        </w:rPr>
        <w:t>A. Là 1 đoạn mã độc.</w:t>
      </w:r>
    </w:p>
    <w:p>
      <w:pPr>
        <w:pStyle w:val="ListParagraph"/>
      </w:pPr>
      <w:r>
        <w:rPr>
          <w:sz w:val="22"/>
        </w:rPr>
        <w:t>B. Là phần mềm gián điệp ăn trộm thông tin đưa ra ngoài.</w:t>
      </w:r>
    </w:p>
    <w:p>
      <w:pPr>
        <w:pStyle w:val="ListParagraph"/>
      </w:pPr>
      <w:r>
        <w:rPr>
          <w:sz w:val="22"/>
        </w:rPr>
        <w:t>C. Phần mềm bảo vệ máy tính.</w:t>
      </w:r>
    </w:p>
    <w:p>
      <w:pPr>
        <w:pStyle w:val="ListParagraph"/>
      </w:pPr>
      <w:r>
        <w:rPr>
          <w:sz w:val="22"/>
        </w:rPr>
        <w:t>D. Là phần mềm cảnh báo truy cập lạ.</w:t>
      </w:r>
    </w:p>
    <w:p/>
    <w:p>
      <w:r>
        <w:rPr>
          <w:b/>
          <w:sz w:val="24"/>
        </w:rPr>
        <w:t>Câu 31: Loại mật khẩu nào khó phá đối với 1 hacker?</w:t>
      </w:r>
    </w:p>
    <w:p>
      <w:pPr>
        <w:pStyle w:val="ListParagraph"/>
      </w:pPr>
      <w:r>
        <w:rPr>
          <w:sz w:val="22"/>
        </w:rPr>
        <w:t>A. Bcdpassword</w:t>
      </w:r>
    </w:p>
    <w:p>
      <w:pPr>
        <w:pStyle w:val="ListParagraph"/>
      </w:pPr>
      <w:r>
        <w:rPr>
          <w:sz w:val="22"/>
        </w:rPr>
        <w:t>B. Latium123</w:t>
      </w:r>
    </w:p>
    <w:p>
      <w:pPr>
        <w:pStyle w:val="ListParagraph"/>
      </w:pPr>
      <w:r>
        <w:rPr>
          <w:sz w:val="22"/>
        </w:rPr>
        <w:t>C. $4at Tri21</w:t>
      </w:r>
    </w:p>
    <w:p>
      <w:pPr>
        <w:pStyle w:val="ListParagraph"/>
      </w:pPr>
      <w:r>
        <w:rPr>
          <w:sz w:val="22"/>
        </w:rPr>
        <w:t>D. K3pass3</w:t>
      </w:r>
    </w:p>
    <w:p/>
    <w:p>
      <w:r>
        <w:rPr>
          <w:b/>
          <w:sz w:val="24"/>
        </w:rPr>
        <w:t>Câu 32: Website là:</w:t>
      </w:r>
    </w:p>
    <w:p>
      <w:pPr>
        <w:pStyle w:val="ListParagraph"/>
      </w:pPr>
      <w:r>
        <w:rPr>
          <w:sz w:val="22"/>
        </w:rPr>
        <w:t>A. Một hoặc nhiều trang web liên quan tổ chức dưới nhiều địa chỉ truy cập</w:t>
      </w:r>
    </w:p>
    <w:p>
      <w:pPr>
        <w:pStyle w:val="ListParagraph"/>
      </w:pPr>
      <w:r>
        <w:rPr>
          <w:sz w:val="22"/>
        </w:rPr>
        <w:t>B. Gồm nhiều trang web</w:t>
      </w:r>
    </w:p>
    <w:p>
      <w:pPr>
        <w:pStyle w:val="ListParagraph"/>
      </w:pPr>
      <w:r>
        <w:rPr>
          <w:sz w:val="22"/>
        </w:rPr>
        <w:t>C. http://www.edu.net.vn</w:t>
      </w:r>
    </w:p>
    <w:p>
      <w:pPr>
        <w:pStyle w:val="ListParagraph"/>
      </w:pPr>
      <w:r>
        <w:rPr>
          <w:sz w:val="22"/>
        </w:rPr>
        <w:t>D. Một hoặc nhiều trang web liên quan tổ chức dưới một địa chỉ truy cập chung</w:t>
      </w:r>
    </w:p>
    <w:p/>
    <w:p>
      <w:r>
        <w:rPr>
          <w:b/>
          <w:sz w:val="24"/>
        </w:rPr>
        <w:t>Câu 33: "www.igiaoduc.vn", "vn" trên địa chỉ trang web có nghĩa là:</w:t>
      </w:r>
    </w:p>
    <w:p>
      <w:pPr>
        <w:pStyle w:val="ListParagraph"/>
      </w:pPr>
      <w:r>
        <w:rPr>
          <w:sz w:val="22"/>
        </w:rPr>
        <w:t>A. Một kí hiệu nào đó;</w:t>
      </w:r>
    </w:p>
    <w:p>
      <w:pPr>
        <w:pStyle w:val="ListParagraph"/>
      </w:pPr>
      <w:r>
        <w:rPr>
          <w:sz w:val="22"/>
        </w:rPr>
        <w:t>B. Ký hiệu tên nước Việt Nam;</w:t>
      </w:r>
    </w:p>
    <w:p>
      <w:pPr>
        <w:pStyle w:val="ListParagraph"/>
      </w:pPr>
      <w:r>
        <w:rPr>
          <w:sz w:val="22"/>
        </w:rPr>
        <w:t>C. Chữ viết tắt tiếng anh;</w:t>
      </w:r>
    </w:p>
    <w:p>
      <w:pPr>
        <w:pStyle w:val="ListParagraph"/>
      </w:pPr>
      <w:r>
        <w:rPr>
          <w:sz w:val="22"/>
        </w:rPr>
        <w:t>D. Kí hiệu tên miền của giáo dục.</w:t>
      </w:r>
    </w:p>
    <w:p/>
    <w:p>
      <w:r>
        <w:rPr>
          <w:b/>
          <w:sz w:val="24"/>
        </w:rPr>
        <w:t>Câu 34: Trang web hiển thị đầu tiên khi truy cập vào website là:</w:t>
      </w:r>
    </w:p>
    <w:p>
      <w:pPr>
        <w:pStyle w:val="ListParagraph"/>
      </w:pPr>
      <w:r>
        <w:rPr>
          <w:sz w:val="22"/>
        </w:rPr>
        <w:t>A. Một trang liên kết</w:t>
      </w:r>
    </w:p>
    <w:p>
      <w:pPr>
        <w:pStyle w:val="ListParagraph"/>
      </w:pPr>
      <w:r>
        <w:rPr>
          <w:sz w:val="22"/>
        </w:rPr>
        <w:t>B. Một website</w:t>
      </w:r>
    </w:p>
    <w:p>
      <w:pPr>
        <w:pStyle w:val="ListParagraph"/>
      </w:pPr>
      <w:r>
        <w:rPr>
          <w:sz w:val="22"/>
        </w:rPr>
        <w:t>C. Trang chủ</w:t>
      </w:r>
    </w:p>
    <w:p>
      <w:pPr>
        <w:pStyle w:val="ListParagraph"/>
      </w:pPr>
      <w:r>
        <w:rPr>
          <w:sz w:val="22"/>
        </w:rPr>
        <w:t>D. Trang web google.com</w:t>
      </w:r>
    </w:p>
    <w:p/>
    <w:p>
      <w:r>
        <w:rPr>
          <w:b/>
          <w:sz w:val="24"/>
        </w:rPr>
        <w:t>Câu 35: Siêu văn bản thường được tạo ra bằng ngôn ngữ nào?</w:t>
      </w:r>
    </w:p>
    <w:p>
      <w:pPr>
        <w:pStyle w:val="ListParagraph"/>
      </w:pPr>
      <w:r>
        <w:rPr>
          <w:sz w:val="22"/>
        </w:rPr>
        <w:t>A. Pascal</w:t>
      </w:r>
    </w:p>
    <w:p>
      <w:pPr>
        <w:pStyle w:val="ListParagraph"/>
      </w:pPr>
      <w:r>
        <w:rPr>
          <w:sz w:val="22"/>
        </w:rPr>
        <w:t>B. THNL</w:t>
      </w:r>
    </w:p>
    <w:p>
      <w:pPr>
        <w:pStyle w:val="ListParagraph"/>
      </w:pPr>
      <w:r>
        <w:rPr>
          <w:sz w:val="22"/>
        </w:rPr>
        <w:t>C. HTML</w:t>
      </w:r>
    </w:p>
    <w:p>
      <w:pPr>
        <w:pStyle w:val="ListParagraph"/>
      </w:pPr>
      <w:r>
        <w:rPr>
          <w:sz w:val="22"/>
        </w:rPr>
        <w:t>D. TMHL</w:t>
      </w:r>
    </w:p>
    <w:p/>
    <w:p>
      <w:r>
        <w:rPr>
          <w:b/>
          <w:sz w:val="24"/>
        </w:rPr>
        <w:t>Câu 36: Phần mềm được sử dụng để truy cập các trang web và khai thác tài nguyên trên Internet được gọi là:</w:t>
      </w:r>
    </w:p>
    <w:p>
      <w:pPr>
        <w:pStyle w:val="ListParagraph"/>
      </w:pPr>
      <w:r>
        <w:rPr>
          <w:sz w:val="22"/>
        </w:rPr>
        <w:t>A. Trình lướt web</w:t>
      </w:r>
    </w:p>
    <w:p>
      <w:pPr>
        <w:pStyle w:val="ListParagraph"/>
      </w:pPr>
      <w:r>
        <w:rPr>
          <w:sz w:val="22"/>
        </w:rPr>
        <w:t>B. Trình duyệt web</w:t>
      </w:r>
    </w:p>
    <w:p>
      <w:pPr>
        <w:pStyle w:val="ListParagraph"/>
      </w:pPr>
      <w:r>
        <w:rPr>
          <w:sz w:val="22"/>
        </w:rPr>
        <w:t>C. Trình thiết kế web</w:t>
      </w:r>
    </w:p>
    <w:p>
      <w:pPr>
        <w:pStyle w:val="ListParagraph"/>
      </w:pPr>
      <w:r>
        <w:rPr>
          <w:sz w:val="22"/>
        </w:rPr>
        <w:t>D. Trình soạn thảo web</w:t>
      </w:r>
    </w:p>
    <w:p/>
    <w:p>
      <w:r>
        <w:rPr>
          <w:b/>
          <w:sz w:val="24"/>
        </w:rPr>
        <w:t>Câu 37: Hành vi nào không góp phần nâng cao tính an toàn khi chia sẻ thông tin trong môi trường số?</w:t>
      </w:r>
    </w:p>
    <w:p>
      <w:pPr>
        <w:pStyle w:val="ListParagraph"/>
      </w:pPr>
      <w:r>
        <w:rPr>
          <w:sz w:val="22"/>
        </w:rPr>
        <w:t>A. Trước khi đăng tin, hãy kiểm tra tin bài có vi phạm pháp luật hay không.</w:t>
      </w:r>
    </w:p>
    <w:p>
      <w:pPr>
        <w:pStyle w:val="ListParagraph"/>
      </w:pPr>
      <w:r>
        <w:rPr>
          <w:sz w:val="22"/>
        </w:rPr>
        <w:t>B. Không chia sẻ tin bài vi phạm pháp luật.</w:t>
      </w:r>
    </w:p>
    <w:p>
      <w:pPr>
        <w:pStyle w:val="ListParagraph"/>
      </w:pPr>
      <w:r>
        <w:rPr>
          <w:sz w:val="22"/>
        </w:rPr>
        <w:t>C. Cân nhắc hậu quả, nhất là khía cạnh đạo đức trước khi đăng tin.</w:t>
      </w:r>
    </w:p>
    <w:p>
      <w:pPr>
        <w:pStyle w:val="ListParagraph"/>
      </w:pPr>
      <w:r>
        <w:rPr>
          <w:sz w:val="22"/>
        </w:rPr>
        <w:t>D. Thoải mái đăng các tin khi đã kiểm tra không vi phạm pháp luật.</w:t>
      </w:r>
    </w:p>
    <w:p/>
    <w:p>
      <w:r>
        <w:rPr>
          <w:b/>
          <w:sz w:val="24"/>
        </w:rPr>
        <w:t>Câu 38: Quyền tác giả là?</w:t>
      </w:r>
    </w:p>
    <w:p>
      <w:pPr>
        <w:pStyle w:val="ListParagraph"/>
      </w:pPr>
      <w:r>
        <w:rPr>
          <w:sz w:val="22"/>
        </w:rPr>
        <w:t>A. Quyền của tổ chức đối với tác phẩm do mình sáng tạo ra.</w:t>
      </w:r>
    </w:p>
    <w:p>
      <w:pPr>
        <w:pStyle w:val="ListParagraph"/>
      </w:pPr>
      <w:r>
        <w:rPr>
          <w:sz w:val="22"/>
        </w:rPr>
        <w:t>B. Quyền của cá nhân đối với tác phẩm do mình sở hữu.</w:t>
      </w:r>
    </w:p>
    <w:p>
      <w:pPr>
        <w:pStyle w:val="ListParagraph"/>
      </w:pPr>
      <w:r>
        <w:rPr>
          <w:sz w:val="22"/>
        </w:rPr>
        <w:t>C. Quyền của tổ chức, cá nhân đối với tác phẩm do mình sáng tạo ra hoặc sở hữu.</w:t>
      </w:r>
    </w:p>
    <w:p>
      <w:pPr>
        <w:pStyle w:val="ListParagraph"/>
      </w:pPr>
      <w:r>
        <w:rPr>
          <w:sz w:val="22"/>
        </w:rPr>
        <w:t>D. Quyền của tổ chức, cá nhân đối với tác phẩm của người khác.</w:t>
      </w:r>
    </w:p>
    <w:p/>
    <w:p>
      <w:r>
        <w:rPr>
          <w:b/>
          <w:sz w:val="24"/>
        </w:rPr>
        <w:t>Câu 39: Hành vi nào sau đây vi phạm bản quyền?</w:t>
      </w:r>
    </w:p>
    <w:p>
      <w:pPr>
        <w:pStyle w:val="ListParagraph"/>
      </w:pPr>
      <w:r>
        <w:rPr>
          <w:sz w:val="22"/>
        </w:rPr>
        <w:t>A. Mua quyền sử dụng phần mềm và cài đặt phần mềm vào máy tính cá nhân</w:t>
      </w:r>
    </w:p>
    <w:p>
      <w:pPr>
        <w:pStyle w:val="ListParagraph"/>
      </w:pPr>
      <w:r>
        <w:rPr>
          <w:sz w:val="22"/>
        </w:rPr>
        <w:t>B. Phá khoá phần mềm chỉ để thử khả năng phá khoá chứ không dùng</w:t>
      </w:r>
    </w:p>
    <w:p>
      <w:pPr>
        <w:pStyle w:val="ListParagraph"/>
      </w:pPr>
      <w:r>
        <w:rPr>
          <w:sz w:val="22"/>
        </w:rPr>
        <w:t>C. Mua bản quyền phần mềm và cài đặt phần mềm vào máy tính của bạn mình.</w:t>
      </w:r>
    </w:p>
    <w:p>
      <w:pPr>
        <w:pStyle w:val="ListParagraph"/>
      </w:pPr>
      <w:r>
        <w:rPr>
          <w:sz w:val="22"/>
        </w:rPr>
        <w:t>D. Cài đặt và sử dụng phần mềm được quyền dùng thử.</w:t>
      </w:r>
    </w:p>
    <w:p/>
    <w:p>
      <w:r>
        <w:rPr>
          <w:b/>
          <w:sz w:val="24"/>
        </w:rPr>
        <w:t>Câu 40: Bình muốn tìm hiểu về các dịch vụ đám mây. Bình cho rằng chỉ có thể lưu trữ dữ liệu trên máy tính cá nhân, không thể lưu trữ trên Internet. a) Dịch vụ đám mây cho phép lưu trữ dữ liệu trên Internet.</w:t>
      </w:r>
    </w:p>
    <w:p>
      <w:pPr>
        <w:pStyle w:val="ListParagraph"/>
      </w:pPr>
      <w:r>
        <w:rPr>
          <w:sz w:val="22"/>
        </w:rPr>
        <w:t>A. Đúng</w:t>
      </w:r>
    </w:p>
    <w:p>
      <w:pPr>
        <w:pStyle w:val="ListParagraph"/>
      </w:pPr>
      <w:r>
        <w:rPr>
          <w:sz w:val="22"/>
        </w:rPr>
        <w:t>B. Sai</w:t>
      </w:r>
    </w:p>
    <w:p/>
    <w:p>
      <w:r>
        <w:rPr>
          <w:b/>
          <w:sz w:val="24"/>
        </w:rPr>
        <w:t>Câu 41: Bình muốn tìm hiểu về các dịch vụ đám mây. Bình cho rằng chỉ có thể lưu trữ dữ liệu trên máy tính cá nhân, không thể lưu trữ trên Internet. b) Chỉ có thể lưu trữ dữ liệu trên máy tính cá nhân.</w:t>
      </w:r>
    </w:p>
    <w:p>
      <w:pPr>
        <w:pStyle w:val="ListParagraph"/>
      </w:pPr>
      <w:r>
        <w:rPr>
          <w:sz w:val="22"/>
        </w:rPr>
        <w:t>A. Đúng</w:t>
      </w:r>
    </w:p>
    <w:p>
      <w:pPr>
        <w:pStyle w:val="ListParagraph"/>
      </w:pPr>
      <w:r>
        <w:rPr>
          <w:sz w:val="22"/>
        </w:rPr>
        <w:t>B. Sai</w:t>
      </w:r>
    </w:p>
    <w:p/>
    <w:p>
      <w:r>
        <w:rPr>
          <w:b/>
          <w:sz w:val="24"/>
        </w:rPr>
        <w:t>Câu 42: Bình muốn tìm hiểu về các dịch vụ đám mây. Bình cho rằng chỉ có thể lưu trữ dữ liệu trên máy tính cá nhân, không thể lưu trữ trên Internet. c) Google Drive, Dropbox là những ví dụ về dịch vụ đám mây.</w:t>
      </w:r>
    </w:p>
    <w:p>
      <w:pPr>
        <w:pStyle w:val="ListParagraph"/>
      </w:pPr>
      <w:r>
        <w:rPr>
          <w:sz w:val="22"/>
        </w:rPr>
        <w:t>A. Đúng</w:t>
      </w:r>
    </w:p>
    <w:p>
      <w:pPr>
        <w:pStyle w:val="ListParagraph"/>
      </w:pPr>
      <w:r>
        <w:rPr>
          <w:sz w:val="22"/>
        </w:rPr>
        <w:t>B. Sai</w:t>
      </w:r>
    </w:p>
    <w:p/>
    <w:p>
      <w:r>
        <w:rPr>
          <w:b/>
          <w:sz w:val="24"/>
        </w:rPr>
        <w:t>Câu 43: Bình muốn tìm hiểu về các dịch vụ đám mây. Bình cho rằng chỉ có thể lưu trữ dữ liệu trên máy tính cá nhân, không thể lưu trữ trên Internet. d) Bình chỉ nên sử dụng dịch vụ đám mây để sao lưu dữ liệu không quan trọng.</w:t>
      </w:r>
    </w:p>
    <w:p>
      <w:pPr>
        <w:pStyle w:val="ListParagraph"/>
      </w:pPr>
      <w:r>
        <w:rPr>
          <w:sz w:val="22"/>
        </w:rPr>
        <w:t>A. Đúng</w:t>
      </w:r>
    </w:p>
    <w:p>
      <w:pPr>
        <w:pStyle w:val="ListParagraph"/>
      </w:pPr>
      <w:r>
        <w:rPr>
          <w:sz w:val="22"/>
        </w:rPr>
        <w:t>B. Sai</w:t>
      </w:r>
    </w:p>
    <w:p/>
    <w:p>
      <w:r>
        <w:rPr>
          <w:b/>
          <w:sz w:val="24"/>
        </w:rPr>
        <w:t>Câu 44: Kết nối vạn vật (IoT) là việc kết nối các thiết bị thông minh với nhau thông qua mạng Internet. a) IoT cho phép thu thập và xử lý dữ liệu tự động, tức thời trên diện rộng.</w:t>
      </w:r>
    </w:p>
    <w:p>
      <w:pPr>
        <w:pStyle w:val="ListParagraph"/>
      </w:pPr>
      <w:r>
        <w:rPr>
          <w:sz w:val="22"/>
        </w:rPr>
        <w:t>A. Đúng</w:t>
      </w:r>
    </w:p>
    <w:p>
      <w:pPr>
        <w:pStyle w:val="ListParagraph"/>
      </w:pPr>
      <w:r>
        <w:rPr>
          <w:sz w:val="22"/>
        </w:rPr>
        <w:t>B. Sai</w:t>
      </w:r>
    </w:p>
    <w:p/>
    <w:p>
      <w:r>
        <w:rPr>
          <w:b/>
          <w:sz w:val="24"/>
        </w:rPr>
        <w:t>Câu 45: Kết nối vạn vật (IoT) là việc kết nối các thiết bị thông minh với nhau thông qua mạng Internet. b) IoT không có vai trò gì trong cuộc cách mạng công nghiệp 4.0.</w:t>
      </w:r>
    </w:p>
    <w:p>
      <w:pPr>
        <w:pStyle w:val="ListParagraph"/>
      </w:pPr>
      <w:r>
        <w:rPr>
          <w:sz w:val="22"/>
        </w:rPr>
        <w:t>A. Đúng</w:t>
      </w:r>
    </w:p>
    <w:p>
      <w:pPr>
        <w:pStyle w:val="ListParagraph"/>
      </w:pPr>
      <w:r>
        <w:rPr>
          <w:sz w:val="22"/>
        </w:rPr>
        <w:t>B. Sai</w:t>
      </w:r>
    </w:p>
    <w:p/>
    <w:p>
      <w:r>
        <w:rPr>
          <w:b/>
          <w:sz w:val="24"/>
        </w:rPr>
        <w:t>Câu 46: Kết nối vạn vật (IoT) là việc kết nối các thiết bị thông minh với nhau thông qua mạng Internet. c) Các thiết bị thông minh không thể kết nối với nhau mà không có Internet.</w:t>
      </w:r>
    </w:p>
    <w:p>
      <w:pPr>
        <w:pStyle w:val="ListParagraph"/>
      </w:pPr>
      <w:r>
        <w:rPr>
          <w:sz w:val="22"/>
        </w:rPr>
        <w:t>A. Đúng</w:t>
      </w:r>
    </w:p>
    <w:p>
      <w:pPr>
        <w:pStyle w:val="ListParagraph"/>
      </w:pPr>
      <w:r>
        <w:rPr>
          <w:sz w:val="22"/>
        </w:rPr>
        <w:t>B. Sai</w:t>
      </w:r>
    </w:p>
    <w:p/>
    <w:p>
      <w:r>
        <w:rPr>
          <w:b/>
          <w:sz w:val="24"/>
        </w:rPr>
        <w:t>Câu 47: Kết nối vạn vật (IoT) là việc kết nối các thiết bị thông minh với nhau thông qua mạng Internet. d) IoT có thể được ứng dụng trong nhiều lĩnh vực như giao thông vận tải, y tế, nông nghiệp.</w:t>
      </w:r>
    </w:p>
    <w:p>
      <w:pPr>
        <w:pStyle w:val="ListParagraph"/>
      </w:pPr>
      <w:r>
        <w:rPr>
          <w:sz w:val="22"/>
        </w:rPr>
        <w:t>A. Đúng</w:t>
      </w:r>
    </w:p>
    <w:p>
      <w:pPr>
        <w:pStyle w:val="ListParagraph"/>
      </w:pPr>
      <w:r>
        <w:rPr>
          <w:sz w:val="22"/>
        </w:rPr>
        <w:t>B. Sai</w:t>
      </w:r>
    </w:p>
    <w:p/>
    <w:p>
      <w:r>
        <w:rPr>
          <w:b/>
          <w:sz w:val="24"/>
        </w:rPr>
        <w:t>Câu 48: Bắt nạt trên mạng là hành vi sử dụng Internet để quấy rối, đe dọa hoặc làm nhục người khác. a) Bắt nạt trên mạng không gây ra tác hại gì.</w:t>
      </w:r>
    </w:p>
    <w:p>
      <w:pPr>
        <w:pStyle w:val="ListParagraph"/>
      </w:pPr>
      <w:r>
        <w:rPr>
          <w:sz w:val="22"/>
        </w:rPr>
        <w:t>A. Đúng</w:t>
      </w:r>
    </w:p>
    <w:p>
      <w:pPr>
        <w:pStyle w:val="ListParagraph"/>
      </w:pPr>
      <w:r>
        <w:rPr>
          <w:sz w:val="22"/>
        </w:rPr>
        <w:t>B. Sai</w:t>
      </w:r>
    </w:p>
    <w:p/>
    <w:p>
      <w:r>
        <w:rPr>
          <w:b/>
          <w:sz w:val="24"/>
        </w:rPr>
        <w:t>Câu 49: Bắt nạt trên mạng là hành vi sử dụng Internet để quấy rối, đe dọa hoặc làm nhục người khác. b) Nên phớt lờ những kẻ bắt nạt trên mạng.</w:t>
      </w:r>
    </w:p>
    <w:p>
      <w:pPr>
        <w:pStyle w:val="ListParagraph"/>
      </w:pPr>
      <w:r>
        <w:rPr>
          <w:sz w:val="22"/>
        </w:rPr>
        <w:t>A. Đúng</w:t>
      </w:r>
    </w:p>
    <w:p>
      <w:pPr>
        <w:pStyle w:val="ListParagraph"/>
      </w:pPr>
      <w:r>
        <w:rPr>
          <w:sz w:val="22"/>
        </w:rPr>
        <w:t>B. Sai</w:t>
      </w:r>
    </w:p>
    <w:p/>
    <w:p>
      <w:r>
        <w:rPr>
          <w:b/>
          <w:sz w:val="24"/>
        </w:rPr>
        <w:t>Câu 50: Bắt nạt trên mạng là hành vi sử dụng Internet để quấy rối, đe dọa hoặc làm nhục người khác. c) Nên báo cáo hành vi bắt nạt trên mạng cho nhà cung cấp dịch vụ Internet.</w:t>
      </w:r>
    </w:p>
    <w:p>
      <w:pPr>
        <w:pStyle w:val="ListParagraph"/>
      </w:pPr>
      <w:r>
        <w:rPr>
          <w:sz w:val="22"/>
        </w:rPr>
        <w:t>A. Đúng</w:t>
      </w:r>
    </w:p>
    <w:p>
      <w:pPr>
        <w:pStyle w:val="ListParagraph"/>
      </w:pPr>
      <w:r>
        <w:rPr>
          <w:sz w:val="22"/>
        </w:rPr>
        <w:t>B. Sai</w:t>
      </w:r>
    </w:p>
    <w:p/>
    <w:p>
      <w:r>
        <w:rPr>
          <w:b/>
          <w:sz w:val="24"/>
        </w:rPr>
        <w:t>Câu 51: Bắt nạt trên mạng là hành vi sử dụng Internet để quấy rối, đe dọa hoặc làm nhục người khác. d) Nên chia sẻ thông tin cá nhân với người lạ trên mạng.</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D</w:t>
      </w:r>
    </w:p>
    <w:p>
      <w:r>
        <w:rPr>
          <w:b/>
        </w:rPr>
        <w:t>Câu 2: Đáp án đúng: A</w:t>
      </w:r>
    </w:p>
    <w:p>
      <w:r>
        <w:rPr>
          <w:b/>
        </w:rPr>
        <w:t>Câu 3: Đáp án đúng: B</w:t>
      </w:r>
    </w:p>
    <w:p>
      <w:r>
        <w:rPr>
          <w:b/>
        </w:rPr>
        <w:t>Câu 4: Đáp án đúng: A</w:t>
      </w:r>
    </w:p>
    <w:p>
      <w:r>
        <w:rPr>
          <w:b/>
        </w:rPr>
        <w:t>Câu 5: Đáp án đúng: A</w:t>
      </w:r>
    </w:p>
    <w:p>
      <w:r>
        <w:rPr>
          <w:b/>
        </w:rPr>
        <w:t>Câu 6: Đáp án đúng: B</w:t>
      </w:r>
    </w:p>
    <w:p>
      <w:r>
        <w:rPr>
          <w:b/>
        </w:rPr>
        <w:t>Câu 7: Đáp án đúng: A</w:t>
      </w:r>
    </w:p>
    <w:p>
      <w:r>
        <w:rPr>
          <w:b/>
        </w:rPr>
        <w:t>Câu 8: Đáp án đúng: C</w:t>
      </w:r>
    </w:p>
    <w:p>
      <w:r>
        <w:rPr>
          <w:b/>
        </w:rPr>
        <w:t>Câu 9: Đáp án đúng: C</w:t>
      </w:r>
    </w:p>
    <w:p>
      <w:r>
        <w:rPr>
          <w:b/>
        </w:rPr>
        <w:t>Câu 10: Đáp án đúng: A</w:t>
      </w:r>
    </w:p>
    <w:p>
      <w:r>
        <w:rPr>
          <w:b/>
        </w:rPr>
        <w:t>Câu 11: Đáp án đúng: D</w:t>
      </w:r>
    </w:p>
    <w:p>
      <w:r>
        <w:rPr>
          <w:b/>
        </w:rPr>
        <w:t>Câu 12: Đáp án đúng: C</w:t>
      </w:r>
    </w:p>
    <w:p>
      <w:r>
        <w:rPr>
          <w:b/>
        </w:rPr>
        <w:t>Câu 13: Đáp án đúng: C</w:t>
      </w:r>
    </w:p>
    <w:p>
      <w:r>
        <w:rPr>
          <w:b/>
        </w:rPr>
        <w:t>Câu 14: Đáp án đúng: B</w:t>
      </w:r>
    </w:p>
    <w:p>
      <w:r>
        <w:rPr>
          <w:b/>
        </w:rPr>
        <w:t>Câu 15: Đáp án đúng: D</w:t>
      </w:r>
    </w:p>
    <w:p>
      <w:r>
        <w:rPr>
          <w:b/>
        </w:rPr>
        <w:t>Câu 16: Đáp án đúng: A</w:t>
      </w:r>
    </w:p>
    <w:p>
      <w:r>
        <w:rPr>
          <w:b/>
        </w:rPr>
        <w:t>Câu 17: Đáp án đúng: C</w:t>
      </w:r>
    </w:p>
    <w:p>
      <w:r>
        <w:rPr>
          <w:b/>
        </w:rPr>
        <w:t>Câu 18: Đáp án đúng: D</w:t>
      </w:r>
    </w:p>
    <w:p>
      <w:r>
        <w:rPr>
          <w:b/>
        </w:rPr>
        <w:t>Câu 19: Đáp án đúng: A</w:t>
      </w:r>
    </w:p>
    <w:p>
      <w:r>
        <w:rPr>
          <w:b/>
        </w:rPr>
        <w:t>Câu 20: Đáp án đúng: D</w:t>
      </w:r>
    </w:p>
    <w:p>
      <w:r>
        <w:rPr>
          <w:b/>
        </w:rPr>
        <w:t>Câu 21: Đáp án đúng: D</w:t>
      </w:r>
    </w:p>
    <w:p>
      <w:r>
        <w:rPr>
          <w:b/>
        </w:rPr>
        <w:t>Câu 22: Đáp án đúng: A</w:t>
      </w:r>
    </w:p>
    <w:p>
      <w:r>
        <w:rPr>
          <w:b/>
        </w:rPr>
        <w:t>Câu 23: Đáp án đúng: A</w:t>
      </w:r>
    </w:p>
    <w:p>
      <w:r>
        <w:rPr>
          <w:b/>
        </w:rPr>
        <w:t>Câu 24: Đáp án đúng: A</w:t>
      </w:r>
    </w:p>
    <w:p>
      <w:r>
        <w:rPr>
          <w:b/>
        </w:rPr>
        <w:t>Câu 25: Đáp án đúng: D</w:t>
      </w:r>
    </w:p>
    <w:p>
      <w:r>
        <w:rPr>
          <w:b/>
        </w:rPr>
        <w:t>Câu 26: Đáp án đúng: D</w:t>
      </w:r>
    </w:p>
    <w:p>
      <w:r>
        <w:rPr>
          <w:b/>
        </w:rPr>
        <w:t>Câu 27: Đáp án đúng: D</w:t>
      </w:r>
    </w:p>
    <w:p>
      <w:r>
        <w:rPr>
          <w:b/>
        </w:rPr>
        <w:t>Câu 28: Đáp án đúng: A</w:t>
      </w:r>
    </w:p>
    <w:p>
      <w:r>
        <w:rPr>
          <w:b/>
        </w:rPr>
        <w:t>Câu 29: Đáp án đúng: D</w:t>
      </w:r>
    </w:p>
    <w:p>
      <w:r>
        <w:rPr>
          <w:b/>
        </w:rPr>
        <w:t>Câu 30: Đáp án đúng: A</w:t>
      </w:r>
    </w:p>
    <w:p>
      <w:r>
        <w:rPr>
          <w:b/>
        </w:rPr>
        <w:t>Câu 31: Đáp án đúng: C</w:t>
      </w:r>
    </w:p>
    <w:p>
      <w:r>
        <w:rPr>
          <w:b/>
        </w:rPr>
        <w:t>Câu 32: Đáp án đúng: D</w:t>
      </w:r>
    </w:p>
    <w:p>
      <w:r>
        <w:rPr>
          <w:b/>
        </w:rPr>
        <w:t>Câu 33: Đáp án đúng: B</w:t>
      </w:r>
    </w:p>
    <w:p>
      <w:r>
        <w:rPr>
          <w:b/>
        </w:rPr>
        <w:t>Câu 34: Đáp án đúng: C</w:t>
      </w:r>
    </w:p>
    <w:p>
      <w:r>
        <w:rPr>
          <w:b/>
        </w:rPr>
        <w:t>Câu 35: Đáp án đúng: C</w:t>
      </w:r>
    </w:p>
    <w:p>
      <w:r>
        <w:rPr>
          <w:b/>
        </w:rPr>
        <w:t>Câu 36: Đáp án đúng: B</w:t>
      </w:r>
    </w:p>
    <w:p>
      <w:r>
        <w:rPr>
          <w:b/>
        </w:rPr>
        <w:t>Câu 37: Đáp án đúng: D</w:t>
      </w:r>
    </w:p>
    <w:p>
      <w:r>
        <w:rPr>
          <w:b/>
        </w:rPr>
        <w:t>Câu 38: Đáp án đúng: C</w:t>
      </w:r>
    </w:p>
    <w:p>
      <w:r>
        <w:rPr>
          <w:b/>
        </w:rPr>
        <w:t>Câu 39: Đáp án đúng: B</w:t>
      </w:r>
    </w:p>
    <w:p>
      <w:r>
        <w:rPr>
          <w:b/>
        </w:rPr>
        <w:t>Câu 40: Đáp án đúng: A</w:t>
      </w:r>
    </w:p>
    <w:p>
      <w:r>
        <w:rPr>
          <w:b/>
        </w:rPr>
        <w:t>Câu 41: Đáp án đúng: B</w:t>
      </w:r>
    </w:p>
    <w:p>
      <w:r>
        <w:rPr>
          <w:b/>
        </w:rPr>
        <w:t>Câu 42: Đáp án đúng: A</w:t>
      </w:r>
    </w:p>
    <w:p>
      <w:r>
        <w:rPr>
          <w:b/>
        </w:rPr>
        <w:t>Câu 43: Đáp án đúng: B</w:t>
      </w:r>
    </w:p>
    <w:p>
      <w:r>
        <w:rPr>
          <w:b/>
        </w:rPr>
        <w:t>Câu 44: Đáp án đúng: A</w:t>
      </w:r>
    </w:p>
    <w:p>
      <w:r>
        <w:rPr>
          <w:b/>
        </w:rPr>
        <w:t>Câu 45: Đáp án đúng: B</w:t>
      </w:r>
    </w:p>
    <w:p>
      <w:r>
        <w:rPr>
          <w:b/>
        </w:rPr>
        <w:t>Câu 46: Đáp án đúng: B</w:t>
      </w:r>
    </w:p>
    <w:p>
      <w:r>
        <w:rPr>
          <w:b/>
        </w:rPr>
        <w:t>Câu 47: Đáp án đúng: A</w:t>
      </w:r>
    </w:p>
    <w:p>
      <w:r>
        <w:rPr>
          <w:b/>
        </w:rPr>
        <w:t>Câu 48: Đáp án đúng: B</w:t>
      </w:r>
    </w:p>
    <w:p>
      <w:r>
        <w:rPr>
          <w:b/>
        </w:rPr>
        <w:t>Câu 49: Đáp án đúng: B</w:t>
      </w:r>
    </w:p>
    <w:p>
      <w:r>
        <w:rPr>
          <w:b/>
        </w:rPr>
        <w:t>Câu 50: Đáp án đúng: A</w:t>
      </w:r>
    </w:p>
    <w:p>
      <w:r>
        <w:rPr>
          <w:b/>
        </w:rPr>
        <w:t>Câu 51: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