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trắc nghiệm - Thời kỳ Văn hóa Phục hưng chứng kiến sự phát triển</w:t>
      </w:r>
    </w:p>
    <w:p>
      <w:pPr>
        <w:jc w:val="center"/>
      </w:pPr>
      <w:r>
        <w:rPr>
          <w:sz w:val="22"/>
        </w:rPr>
        <w:t>Số câu: 13    Thời gian: _____ phút    Họ và tên: _________________________</w:t>
      </w:r>
    </w:p>
    <w:p/>
    <w:p>
      <w:r>
        <w:rPr>
          <w:b/>
          <w:sz w:val="24"/>
        </w:rPr>
        <w:t>Câu 1: Thời kỳ Văn hóa Phục hưng chứng kiến sự phát triển đến đỉnh cao của</w:t>
      </w:r>
    </w:p>
    <w:p>
      <w:pPr>
        <w:pStyle w:val="ListParagraph"/>
      </w:pPr>
      <w:r>
        <w:rPr>
          <w:sz w:val="22"/>
        </w:rPr>
        <w:t>A. văn học</w:t>
      </w:r>
    </w:p>
    <w:p>
      <w:pPr>
        <w:pStyle w:val="ListParagraph"/>
      </w:pPr>
      <w:r>
        <w:rPr>
          <w:sz w:val="22"/>
        </w:rPr>
        <w:t>B. sử học</w:t>
      </w:r>
    </w:p>
    <w:p>
      <w:pPr>
        <w:pStyle w:val="ListParagraph"/>
      </w:pPr>
      <w:r>
        <w:rPr>
          <w:sz w:val="22"/>
        </w:rPr>
        <w:t>C. toán học</w:t>
      </w:r>
    </w:p>
    <w:p>
      <w:pPr>
        <w:pStyle w:val="ListParagraph"/>
      </w:pPr>
      <w:r>
        <w:rPr>
          <w:sz w:val="22"/>
        </w:rPr>
        <w:t>D. thiên văn học</w:t>
      </w:r>
    </w:p>
    <w:p/>
    <w:p>
      <w:r>
        <w:rPr>
          <w:b/>
          <w:sz w:val="24"/>
        </w:rPr>
        <w:t>Câu 2: Câu nói nổi tiếng "Dù sao thì Trái Đất vẫn quay" là của nhà khoa học</w:t>
      </w:r>
    </w:p>
    <w:p>
      <w:pPr>
        <w:pStyle w:val="ListParagraph"/>
      </w:pPr>
      <w:r>
        <w:rPr>
          <w:sz w:val="22"/>
        </w:rPr>
        <w:t>A. N. Cô-pê-ních (Ba Lan)</w:t>
      </w:r>
    </w:p>
    <w:p>
      <w:pPr>
        <w:pStyle w:val="ListParagraph"/>
      </w:pPr>
      <w:r>
        <w:rPr>
          <w:sz w:val="22"/>
        </w:rPr>
        <w:t>B. G. Bru-nô (I-ta-li-a)</w:t>
      </w:r>
    </w:p>
    <w:p>
      <w:pPr>
        <w:pStyle w:val="ListParagraph"/>
      </w:pPr>
      <w:r>
        <w:rPr>
          <w:sz w:val="22"/>
        </w:rPr>
        <w:t>C. Ga-li-lê (I-ta-li-a)</w:t>
      </w:r>
    </w:p>
    <w:p>
      <w:pPr>
        <w:pStyle w:val="ListParagraph"/>
      </w:pPr>
      <w:r>
        <w:rPr>
          <w:sz w:val="22"/>
        </w:rPr>
        <w:t>D. Pô-tô-lê-mê (Hy Lạp)</w:t>
      </w:r>
    </w:p>
    <w:p/>
    <w:p>
      <w:r>
        <w:rPr>
          <w:b/>
          <w:sz w:val="24"/>
        </w:rPr>
        <w:t>Câu 3: Một trong những tác phẩm nổi tiếng của nhà soạn kịch Séc-xpi-a là</w:t>
      </w:r>
    </w:p>
    <w:p>
      <w:pPr>
        <w:pStyle w:val="ListParagraph"/>
      </w:pPr>
      <w:r>
        <w:rPr>
          <w:sz w:val="22"/>
        </w:rPr>
        <w:t>A. Đôn Ki-hô-tê</w:t>
      </w:r>
    </w:p>
    <w:p>
      <w:pPr>
        <w:pStyle w:val="ListParagraph"/>
      </w:pPr>
      <w:r>
        <w:rPr>
          <w:sz w:val="22"/>
        </w:rPr>
        <w:t>B. Rô-mê-ô và Giu-li-ét</w:t>
      </w:r>
    </w:p>
    <w:p>
      <w:pPr>
        <w:pStyle w:val="ListParagraph"/>
      </w:pPr>
      <w:r>
        <w:rPr>
          <w:sz w:val="22"/>
        </w:rPr>
        <w:t>C. Quyền tĩnh thứ nhất</w:t>
      </w:r>
    </w:p>
    <w:p>
      <w:pPr>
        <w:pStyle w:val="ListParagraph"/>
      </w:pPr>
      <w:r>
        <w:rPr>
          <w:sz w:val="22"/>
        </w:rPr>
        <w:t>D. Quyền tĩnh thứ hai</w:t>
      </w:r>
    </w:p>
    <w:p/>
    <w:p>
      <w:r>
        <w:rPr>
          <w:b/>
          <w:sz w:val="24"/>
        </w:rPr>
        <w:t>Câu 4: Nhà Đường đã ban hành chế độ ruộng đất nổi tiếng là</w:t>
      </w:r>
    </w:p>
    <w:p>
      <w:pPr>
        <w:pStyle w:val="ListParagraph"/>
      </w:pPr>
      <w:r>
        <w:rPr>
          <w:sz w:val="22"/>
        </w:rPr>
        <w:t>A. chế độ công điền</w:t>
      </w:r>
    </w:p>
    <w:p>
      <w:pPr>
        <w:pStyle w:val="ListParagraph"/>
      </w:pPr>
      <w:r>
        <w:rPr>
          <w:sz w:val="22"/>
        </w:rPr>
        <w:t>B. chế độ tước điền</w:t>
      </w:r>
    </w:p>
    <w:p>
      <w:pPr>
        <w:pStyle w:val="ListParagraph"/>
      </w:pPr>
      <w:r>
        <w:rPr>
          <w:sz w:val="22"/>
        </w:rPr>
        <w:t>C. chế độ quân điền</w:t>
      </w:r>
    </w:p>
    <w:p>
      <w:pPr>
        <w:pStyle w:val="ListParagraph"/>
      </w:pPr>
      <w:r>
        <w:rPr>
          <w:sz w:val="22"/>
        </w:rPr>
        <w:t>D. chế độ lĩnh canh</w:t>
      </w:r>
    </w:p>
    <w:p/>
    <w:p>
      <w:r>
        <w:rPr>
          <w:b/>
          <w:sz w:val="24"/>
        </w:rPr>
        <w:t>Câu 5: Nhờ chính sách ruộng đất và thuế khóa hợp lý, thời Đường có đặc điểm gì nổi bật?</w:t>
      </w:r>
    </w:p>
    <w:p>
      <w:pPr>
        <w:pStyle w:val="ListParagraph"/>
      </w:pPr>
      <w:r>
        <w:rPr>
          <w:sz w:val="22"/>
        </w:rPr>
        <w:t>A. Sản xuất nhân dân khó cực</w:t>
      </w:r>
    </w:p>
    <w:p>
      <w:pPr>
        <w:pStyle w:val="ListParagraph"/>
      </w:pPr>
      <w:r>
        <w:rPr>
          <w:sz w:val="22"/>
        </w:rPr>
        <w:t>B. Sản xuất nông nghiệp phát triển mạnh mẽ</w:t>
      </w:r>
    </w:p>
    <w:p>
      <w:pPr>
        <w:pStyle w:val="ListParagraph"/>
      </w:pPr>
      <w:r>
        <w:rPr>
          <w:sz w:val="22"/>
        </w:rPr>
        <w:t>C. Kinh tế đơn điệu</w:t>
      </w:r>
    </w:p>
    <w:p>
      <w:pPr>
        <w:pStyle w:val="ListParagraph"/>
      </w:pPr>
      <w:r>
        <w:rPr>
          <w:sz w:val="22"/>
        </w:rPr>
        <w:t>D. Thủ công nghiệp bị suy yếu</w:t>
      </w:r>
    </w:p>
    <w:p/>
    <w:p>
      <w:r>
        <w:rPr>
          <w:b/>
          <w:sz w:val="24"/>
        </w:rPr>
        <w:t>Câu 6: Ai là người khởi đầu phong trào cải cách tôn giáo</w:t>
      </w:r>
    </w:p>
    <w:p>
      <w:pPr>
        <w:pStyle w:val="ListParagraph"/>
      </w:pPr>
      <w:r>
        <w:rPr>
          <w:sz w:val="22"/>
        </w:rPr>
        <w:t>A. Mi-ken-lăng-giơ</w:t>
      </w:r>
    </w:p>
    <w:p>
      <w:pPr>
        <w:pStyle w:val="ListParagraph"/>
      </w:pPr>
      <w:r>
        <w:rPr>
          <w:sz w:val="22"/>
        </w:rPr>
        <w:t>B. Mác-tin Lu-thơ</w:t>
      </w:r>
    </w:p>
    <w:p>
      <w:pPr>
        <w:pStyle w:val="ListParagraph"/>
      </w:pPr>
      <w:r>
        <w:rPr>
          <w:sz w:val="22"/>
        </w:rPr>
        <w:t>C. Lê-ô-na đơ Vanh-xi</w:t>
      </w:r>
    </w:p>
    <w:p>
      <w:pPr>
        <w:pStyle w:val="ListParagraph"/>
      </w:pPr>
      <w:r>
        <w:rPr>
          <w:sz w:val="22"/>
        </w:rPr>
        <w:t>D. Giăng Can-vanh</w:t>
      </w:r>
    </w:p>
    <w:p/>
    <w:p>
      <w:r>
        <w:rPr>
          <w:b/>
          <w:sz w:val="24"/>
        </w:rPr>
        <w:t>Câu 7: Người Giê-cơ-man chia ruộng đất của chủ nô Rô-ma cũ cho thành phần nào nhiều nhất?</w:t>
      </w:r>
    </w:p>
    <w:p>
      <w:pPr>
        <w:pStyle w:val="ListParagraph"/>
      </w:pPr>
      <w:r>
        <w:rPr>
          <w:sz w:val="22"/>
        </w:rPr>
        <w:t>A. Những người thân trong gia đình</w:t>
      </w:r>
    </w:p>
    <w:p>
      <w:pPr>
        <w:pStyle w:val="ListParagraph"/>
      </w:pPr>
      <w:r>
        <w:rPr>
          <w:sz w:val="22"/>
        </w:rPr>
        <w:t>B. Từng lĩnh quân sự và quý tộc</w:t>
      </w:r>
    </w:p>
    <w:p>
      <w:pPr>
        <w:pStyle w:val="ListParagraph"/>
      </w:pPr>
      <w:r>
        <w:rPr>
          <w:sz w:val="22"/>
        </w:rPr>
        <w:t>C. Đóng góp của mình</w:t>
      </w:r>
    </w:p>
    <w:p>
      <w:pPr>
        <w:pStyle w:val="ListParagraph"/>
      </w:pPr>
      <w:r>
        <w:rPr>
          <w:sz w:val="22"/>
        </w:rPr>
        <w:t>D. Phân đều cho mọi người</w:t>
      </w:r>
    </w:p>
    <w:p/>
    <w:p>
      <w:r>
        <w:rPr>
          <w:b/>
          <w:sz w:val="24"/>
        </w:rPr>
        <w:t>Câu 8: Hai giai cấp cơ bản trong xã hội phong kiến châu Âu là:</w:t>
      </w:r>
    </w:p>
    <w:p>
      <w:pPr>
        <w:pStyle w:val="ListParagraph"/>
      </w:pPr>
      <w:r>
        <w:rPr>
          <w:sz w:val="22"/>
        </w:rPr>
        <w:t>A. Chu nô và nô lệ</w:t>
      </w:r>
    </w:p>
    <w:p>
      <w:pPr>
        <w:pStyle w:val="ListParagraph"/>
      </w:pPr>
      <w:r>
        <w:rPr>
          <w:sz w:val="22"/>
        </w:rPr>
        <w:t>B. Tư sản và nông dân</w:t>
      </w:r>
    </w:p>
    <w:p>
      <w:pPr>
        <w:pStyle w:val="ListParagraph"/>
      </w:pPr>
      <w:r>
        <w:rPr>
          <w:sz w:val="22"/>
        </w:rPr>
        <w:t>C. Lãnh chúa và nông nô</w:t>
      </w:r>
    </w:p>
    <w:p>
      <w:pPr>
        <w:pStyle w:val="ListParagraph"/>
      </w:pPr>
      <w:r>
        <w:rPr>
          <w:sz w:val="22"/>
        </w:rPr>
        <w:t>D. Địa chủ và nông dân</w:t>
      </w:r>
    </w:p>
    <w:p/>
    <w:p>
      <w:r>
        <w:rPr>
          <w:b/>
          <w:sz w:val="24"/>
        </w:rPr>
        <w:t>Câu 9: Thành tựu Tây Âu trung đại ra đời khi nào?</w:t>
      </w:r>
    </w:p>
    <w:p>
      <w:pPr>
        <w:pStyle w:val="ListParagraph"/>
      </w:pPr>
      <w:r>
        <w:rPr>
          <w:sz w:val="22"/>
        </w:rPr>
        <w:t>A. V</w:t>
      </w:r>
    </w:p>
    <w:p>
      <w:pPr>
        <w:pStyle w:val="ListParagraph"/>
      </w:pPr>
      <w:r>
        <w:rPr>
          <w:sz w:val="22"/>
        </w:rPr>
        <w:t>B. VI</w:t>
      </w:r>
    </w:p>
    <w:p>
      <w:pPr>
        <w:pStyle w:val="ListParagraph"/>
      </w:pPr>
      <w:r>
        <w:rPr>
          <w:sz w:val="22"/>
        </w:rPr>
        <w:t>C. X</w:t>
      </w:r>
    </w:p>
    <w:p>
      <w:pPr>
        <w:pStyle w:val="ListParagraph"/>
      </w:pPr>
      <w:r>
        <w:rPr>
          <w:sz w:val="22"/>
        </w:rPr>
        <w:t>D. XI</w:t>
      </w:r>
    </w:p>
    <w:p/>
    <w:p>
      <w:r>
        <w:rPr>
          <w:b/>
          <w:sz w:val="24"/>
        </w:rPr>
        <w:t>Câu 10: Nguyên nhân nào dẫn đến sự xuất hiện các quốc gia thống nhất thời trung đại?</w:t>
      </w:r>
    </w:p>
    <w:p>
      <w:pPr>
        <w:pStyle w:val="ListParagraph"/>
      </w:pPr>
      <w:r>
        <w:rPr>
          <w:sz w:val="22"/>
        </w:rPr>
        <w:t>A. Nhà vua ra lệnh lập các thành thị</w:t>
      </w:r>
    </w:p>
    <w:p>
      <w:pPr>
        <w:pStyle w:val="ListParagraph"/>
      </w:pPr>
      <w:r>
        <w:rPr>
          <w:sz w:val="22"/>
        </w:rPr>
        <w:t>B. Sản xuất phát triển</w:t>
      </w:r>
    </w:p>
    <w:p>
      <w:pPr>
        <w:pStyle w:val="ListParagraph"/>
      </w:pPr>
      <w:r>
        <w:rPr>
          <w:sz w:val="22"/>
        </w:rPr>
        <w:t>C. Sản xuất tự cấp tự túc</w:t>
      </w:r>
    </w:p>
    <w:p>
      <w:pPr>
        <w:pStyle w:val="ListParagraph"/>
      </w:pPr>
      <w:r>
        <w:rPr>
          <w:sz w:val="22"/>
        </w:rPr>
        <w:t>D. Nông nghiệp ra các thành thị</w:t>
      </w:r>
    </w:p>
    <w:p/>
    <w:p>
      <w:r>
        <w:rPr>
          <w:b/>
          <w:sz w:val="24"/>
        </w:rPr>
        <w:t>Câu 11: Cuộc phát kiến của Ma-gien-lăng đã tìm ra đại dương mới là</w:t>
      </w:r>
    </w:p>
    <w:p>
      <w:pPr>
        <w:pStyle w:val="ListParagraph"/>
      </w:pPr>
      <w:r>
        <w:rPr>
          <w:sz w:val="22"/>
        </w:rPr>
        <w:t>A. Ấn Độ Dương</w:t>
      </w:r>
    </w:p>
    <w:p>
      <w:pPr>
        <w:pStyle w:val="ListParagraph"/>
      </w:pPr>
      <w:r>
        <w:rPr>
          <w:sz w:val="22"/>
        </w:rPr>
        <w:t>B. Đại Tây Dương</w:t>
      </w:r>
    </w:p>
    <w:p>
      <w:pPr>
        <w:pStyle w:val="ListParagraph"/>
      </w:pPr>
      <w:r>
        <w:rPr>
          <w:sz w:val="22"/>
        </w:rPr>
        <w:t>C. Bắc Băng Dương</w:t>
      </w:r>
    </w:p>
    <w:p>
      <w:pPr>
        <w:pStyle w:val="ListParagraph"/>
      </w:pPr>
      <w:r>
        <w:rPr>
          <w:sz w:val="22"/>
        </w:rPr>
        <w:t>D. Thái Bình Dương</w:t>
      </w:r>
    </w:p>
    <w:p/>
    <w:p>
      <w:r>
        <w:rPr>
          <w:b/>
          <w:sz w:val="24"/>
        </w:rPr>
        <w:t>Câu 12: Những quốc gia nào đi đầu trong các cuộc phát kiến địa lý thế kỷ XV - XVI?</w:t>
      </w:r>
    </w:p>
    <w:p>
      <w:pPr>
        <w:pStyle w:val="ListParagraph"/>
      </w:pPr>
      <w:r>
        <w:rPr>
          <w:sz w:val="22"/>
        </w:rPr>
        <w:t>A. Anh, Tây Ban Nha</w:t>
      </w:r>
    </w:p>
    <w:p>
      <w:pPr>
        <w:pStyle w:val="ListParagraph"/>
      </w:pPr>
      <w:r>
        <w:rPr>
          <w:sz w:val="22"/>
        </w:rPr>
        <w:t>B. Anh, Pháp, Bồ Đào Nha</w:t>
      </w:r>
    </w:p>
    <w:p>
      <w:pPr>
        <w:pStyle w:val="ListParagraph"/>
      </w:pPr>
      <w:r>
        <w:rPr>
          <w:sz w:val="22"/>
        </w:rPr>
        <w:t>C. Pháp, Đức, Italia</w:t>
      </w:r>
    </w:p>
    <w:p>
      <w:pPr>
        <w:pStyle w:val="ListParagraph"/>
      </w:pPr>
      <w:r>
        <w:rPr>
          <w:sz w:val="22"/>
        </w:rPr>
        <w:t>D. Tây Ban Nha, Bồ Đào Nha</w:t>
      </w:r>
    </w:p>
    <w:p/>
    <w:p>
      <w:r>
        <w:rPr>
          <w:b/>
          <w:sz w:val="24"/>
        </w:rPr>
        <w:t>Câu 13: Ai là người dẫn đầu đoàn thám hiểm hoàn thành chuyến đi vòng quanh thế giới năm 1519-1522?</w:t>
      </w:r>
    </w:p>
    <w:p>
      <w:pPr>
        <w:pStyle w:val="ListParagraph"/>
      </w:pPr>
      <w:r>
        <w:rPr>
          <w:sz w:val="22"/>
        </w:rPr>
        <w:t>A. Ma-gien-lăng</w:t>
      </w:r>
    </w:p>
    <w:p>
      <w:pPr>
        <w:pStyle w:val="ListParagraph"/>
      </w:pPr>
      <w:r>
        <w:rPr>
          <w:sz w:val="22"/>
        </w:rPr>
        <w:t>B. Va-xcơ-đa-Ga-ma</w:t>
      </w:r>
    </w:p>
    <w:p>
      <w:pPr>
        <w:pStyle w:val="ListParagraph"/>
      </w:pPr>
      <w:r>
        <w:rPr>
          <w:sz w:val="22"/>
        </w:rPr>
        <w:t>C. Đi-a-xơ</w:t>
      </w:r>
    </w:p>
    <w:p>
      <w:pPr>
        <w:pStyle w:val="ListParagraph"/>
      </w:pPr>
      <w:r>
        <w:rPr>
          <w:sz w:val="22"/>
        </w:rPr>
        <w:t>D. Va-xcô đơ Ga-ma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C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C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C</w:t>
      </w:r>
    </w:p>
    <w:p>
      <w:r>
        <w:rPr>
          <w:b/>
        </w:rPr>
        <w:t>Câu 9: Đáp án đúng: D</w:t>
      </w:r>
    </w:p>
    <w:p>
      <w:r>
        <w:rPr>
          <w:b/>
        </w:rPr>
        <w:t>Câu 10: Đáp án đúng: B</w:t>
      </w:r>
    </w:p>
    <w:p>
      <w:r>
        <w:rPr>
          <w:b/>
        </w:rPr>
        <w:t>Câu 11: Đáp án đúng: D</w:t>
      </w:r>
    </w:p>
    <w:p>
      <w:r>
        <w:rPr>
          <w:b/>
        </w:rPr>
        <w:t>Câu 12: Đáp án đúng: D</w:t>
      </w:r>
    </w:p>
    <w:p>
      <w:r>
        <w:rPr>
          <w:b/>
        </w:rPr>
        <w:t>Câu 13: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