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Tin học - Hệ điều hành là nơi?</w:t>
      </w:r>
    </w:p>
    <w:p>
      <w:pPr>
        <w:jc w:val="center"/>
      </w:pPr>
      <w:r>
        <w:rPr>
          <w:sz w:val="22"/>
        </w:rPr>
        <w:t>Số câu: 23    Thời gian: _____ phút    Họ và tên: _________________________</w:t>
      </w:r>
    </w:p>
    <w:p/>
    <w:p>
      <w:r>
        <w:rPr>
          <w:b/>
          <w:sz w:val="24"/>
        </w:rPr>
        <w:t>Câu 1: Hệ điều hành là nơi?</w:t>
      </w:r>
    </w:p>
    <w:p>
      <w:pPr>
        <w:pStyle w:val="ListParagraph"/>
      </w:pPr>
      <w:r>
        <w:rPr>
          <w:sz w:val="22"/>
        </w:rPr>
        <w:t>A. Phần cứng khai thác hiệu quả của phần mềm</w:t>
      </w:r>
    </w:p>
    <w:p>
      <w:pPr>
        <w:pStyle w:val="ListParagraph"/>
      </w:pPr>
      <w:r>
        <w:rPr>
          <w:sz w:val="22"/>
        </w:rPr>
        <w:t>B. Phần mềm ứng dụng khai thác hiệu quả phân cứng</w:t>
      </w:r>
    </w:p>
    <w:p>
      <w:pPr>
        <w:pStyle w:val="ListParagraph"/>
      </w:pPr>
      <w:r>
        <w:rPr>
          <w:sz w:val="22"/>
        </w:rPr>
        <w:t>C. Giúp con người liên lạc với nhau</w:t>
      </w:r>
    </w:p>
    <w:p>
      <w:pPr>
        <w:pStyle w:val="ListParagraph"/>
      </w:pPr>
      <w:r>
        <w:rPr>
          <w:sz w:val="22"/>
        </w:rPr>
        <w:t>D. Các ứng dụng được sử dụng như một công cụ chèn</w:t>
      </w:r>
    </w:p>
    <w:p/>
    <w:p>
      <w:r>
        <w:rPr>
          <w:b/>
          <w:sz w:val="24"/>
        </w:rPr>
        <w:t>Câu 2: Cơ chế "plug &amp; play" giúp hệ điều hành?</w:t>
      </w:r>
    </w:p>
    <w:p>
      <w:pPr>
        <w:pStyle w:val="ListParagraph"/>
      </w:pPr>
      <w:r>
        <w:rPr>
          <w:sz w:val="22"/>
        </w:rPr>
        <w:t>A. nhận biêt thiết bị ngoại vi và hô trợ cài đặt các chương trình điêu khiên một cách thụ động</w:t>
      </w:r>
    </w:p>
    <w:p>
      <w:pPr>
        <w:pStyle w:val="ListParagraph"/>
      </w:pPr>
      <w:r>
        <w:rPr>
          <w:sz w:val="22"/>
        </w:rPr>
        <w:t>B. Nhận biết thiết bị nội hàm và hỗ trợ cài đặt các chương trình điều khiển một cách tự động</w:t>
      </w:r>
    </w:p>
    <w:p>
      <w:pPr>
        <w:pStyle w:val="ListParagraph"/>
      </w:pPr>
      <w:r>
        <w:rPr>
          <w:sz w:val="22"/>
        </w:rPr>
        <w:t>C. Xóa bỏ thiết bị ngoại vi và hỗ trợ cài đặt các chương trình điều khiển một cách tự động</w:t>
      </w:r>
    </w:p>
    <w:p>
      <w:pPr>
        <w:pStyle w:val="ListParagraph"/>
      </w:pPr>
      <w:r>
        <w:rPr>
          <w:sz w:val="22"/>
        </w:rPr>
        <w:t>D. Nhận biết thiết bị ngoại vi và hỗ trợ cài đặt các chương trình điều khiển một cách tự động</w:t>
      </w:r>
    </w:p>
    <w:p/>
    <w:p>
      <w:r>
        <w:rPr>
          <w:b/>
          <w:sz w:val="24"/>
        </w:rPr>
        <w:t>Câu 3: ... là hệ điều hành được sử dụng rộng rãi nhất?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Mac OS</w:t>
      </w:r>
    </w:p>
    <w:p>
      <w:pPr>
        <w:pStyle w:val="ListParagraph"/>
      </w:pPr>
      <w:r>
        <w:rPr>
          <w:sz w:val="22"/>
        </w:rPr>
        <w:t>C. UNIX</w:t>
      </w:r>
    </w:p>
    <w:p>
      <w:pPr>
        <w:pStyle w:val="ListParagraph"/>
      </w:pPr>
      <w:r>
        <w:rPr>
          <w:sz w:val="22"/>
        </w:rPr>
        <w:t>D. Linux</w:t>
      </w:r>
    </w:p>
    <w:p/>
    <w:p>
      <w:r>
        <w:rPr>
          <w:b/>
          <w:sz w:val="24"/>
        </w:rPr>
        <w:t>Câu 4: Tiêu chí quan trọng nhất đối với máy tính cá nhân dành cho người dùng ph thông là?</w:t>
      </w:r>
    </w:p>
    <w:p>
      <w:pPr>
        <w:pStyle w:val="ListParagraph"/>
      </w:pPr>
      <w:r>
        <w:rPr>
          <w:sz w:val="22"/>
        </w:rPr>
        <w:t>A. Đắt đỏ và khó tiếp cận</w:t>
      </w:r>
    </w:p>
    <w:p>
      <w:pPr>
        <w:pStyle w:val="ListParagraph"/>
      </w:pPr>
      <w:r>
        <w:rPr>
          <w:sz w:val="22"/>
        </w:rPr>
        <w:t>B. Chỉ sử lý được một phần của vấn đề</w:t>
      </w:r>
    </w:p>
    <w:p>
      <w:pPr>
        <w:pStyle w:val="ListParagraph"/>
      </w:pPr>
      <w:r>
        <w:rPr>
          <w:sz w:val="22"/>
        </w:rPr>
        <w:t>C. Phức tạp hóa vấn đề</w:t>
      </w:r>
    </w:p>
    <w:p>
      <w:pPr>
        <w:pStyle w:val="ListParagraph"/>
      </w:pPr>
      <w:r>
        <w:rPr>
          <w:sz w:val="22"/>
        </w:rPr>
        <w:t>D. Thân thiện và dễ sử dụng</w:t>
      </w:r>
    </w:p>
    <w:p/>
    <w:p>
      <w:r>
        <w:rPr>
          <w:b/>
          <w:sz w:val="24"/>
        </w:rPr>
        <w:t>Câu 5: Hai hệ điều hành phổ biến cho thiết bị di động?</w:t>
      </w:r>
    </w:p>
    <w:p>
      <w:pPr>
        <w:pStyle w:val="ListParagraph"/>
      </w:pPr>
      <w:r>
        <w:rPr>
          <w:sz w:val="22"/>
        </w:rPr>
        <w:t>A. MAC và JAVA</w:t>
      </w:r>
    </w:p>
    <w:p>
      <w:pPr>
        <w:pStyle w:val="ListParagraph"/>
      </w:pPr>
      <w:r>
        <w:rPr>
          <w:sz w:val="22"/>
        </w:rPr>
        <w:t>B. IOS và Android</w:t>
      </w:r>
    </w:p>
    <w:p>
      <w:pPr>
        <w:pStyle w:val="ListParagraph"/>
      </w:pPr>
      <w:r>
        <w:rPr>
          <w:sz w:val="22"/>
        </w:rPr>
        <w:t>C. CONTROL và BETA</w:t>
      </w:r>
    </w:p>
    <w:p>
      <w:pPr>
        <w:pStyle w:val="ListParagraph"/>
      </w:pPr>
      <w:r>
        <w:rPr>
          <w:sz w:val="22"/>
        </w:rPr>
        <w:t>D. Android và QC</w:t>
      </w:r>
    </w:p>
    <w:p/>
    <w:p>
      <w:r>
        <w:rPr>
          <w:b/>
          <w:sz w:val="24"/>
        </w:rPr>
        <w:t>Câu 6: Tiện ích là?</w:t>
      </w:r>
    </w:p>
    <w:p>
      <w:pPr>
        <w:pStyle w:val="ListParagraph"/>
      </w:pPr>
      <w:r>
        <w:rPr>
          <w:sz w:val="22"/>
        </w:rPr>
        <w:t>A. Một phần mềm đa năng</w:t>
      </w:r>
    </w:p>
    <w:p>
      <w:pPr>
        <w:pStyle w:val="ListParagraph"/>
      </w:pPr>
      <w:r>
        <w:rPr>
          <w:sz w:val="22"/>
        </w:rPr>
        <w:t>B. Một tệp chứ nhiều tệp con</w:t>
      </w:r>
    </w:p>
    <w:p>
      <w:pPr>
        <w:pStyle w:val="ListParagraph"/>
      </w:pPr>
      <w:r>
        <w:rPr>
          <w:sz w:val="22"/>
        </w:rPr>
        <w:t>C. Những công cụ hỗ trợ nhiều công việc khác nhau</w:t>
      </w:r>
    </w:p>
    <w:p>
      <w:pPr>
        <w:pStyle w:val="ListParagraph"/>
      </w:pPr>
      <w:r>
        <w:rPr>
          <w:sz w:val="22"/>
        </w:rPr>
        <w:t>D. Cả A, B và C đều đúng</w:t>
      </w:r>
    </w:p>
    <w:p/>
    <w:p>
      <w:r>
        <w:rPr>
          <w:b/>
          <w:sz w:val="24"/>
        </w:rPr>
        <w:t>Câu 7: Thời kì mới có máy tính chưa có hệ điều hành thì người sử dụng phải?</w:t>
      </w:r>
    </w:p>
    <w:p>
      <w:pPr>
        <w:pStyle w:val="ListParagraph"/>
      </w:pPr>
      <w:r>
        <w:rPr>
          <w:sz w:val="22"/>
        </w:rPr>
        <w:t>A. Nạp thủ công chương trình vào bộ nhớ</w:t>
      </w:r>
    </w:p>
    <w:p>
      <w:pPr>
        <w:pStyle w:val="ListParagraph"/>
      </w:pPr>
      <w:r>
        <w:rPr>
          <w:sz w:val="22"/>
        </w:rPr>
        <w:t>B. Tải các chương trình có sẵn trên Internet</w:t>
      </w:r>
    </w:p>
    <w:p>
      <w:pPr>
        <w:pStyle w:val="ListParagraph"/>
      </w:pPr>
      <w:r>
        <w:rPr>
          <w:sz w:val="22"/>
        </w:rPr>
        <w:t>C. Truyền các chương trình từ thẻ nhớ vào bộ nhớ</w:t>
      </w:r>
    </w:p>
    <w:p>
      <w:pPr>
        <w:pStyle w:val="ListParagraph"/>
      </w:pPr>
      <w:r>
        <w:rPr>
          <w:sz w:val="22"/>
        </w:rPr>
        <w:t>D. Tải các chương trình có sẵn trên google</w:t>
      </w:r>
    </w:p>
    <w:p/>
    <w:p>
      <w:r>
        <w:rPr>
          <w:b/>
          <w:sz w:val="24"/>
        </w:rPr>
        <w:t>Câu 8: Phần cứng là?</w:t>
      </w:r>
    </w:p>
    <w:p>
      <w:pPr>
        <w:pStyle w:val="ListParagraph"/>
      </w:pPr>
      <w:r>
        <w:rPr>
          <w:sz w:val="22"/>
        </w:rPr>
        <w:t>A. Thiết bị xử lý thông tin</w:t>
      </w:r>
    </w:p>
    <w:p>
      <w:pPr>
        <w:pStyle w:val="ListParagraph"/>
      </w:pPr>
      <w:r>
        <w:rPr>
          <w:sz w:val="22"/>
        </w:rPr>
        <w:t>B. Môi trường trung gian giúp phần mềm ứng dụng khai thác phần cứng</w:t>
      </w:r>
    </w:p>
    <w:p>
      <w:pPr>
        <w:pStyle w:val="ListParagraph"/>
      </w:pPr>
      <w:r>
        <w:rPr>
          <w:sz w:val="22"/>
        </w:rPr>
        <w:t>C. Nơi cung cấp các dịch vụ điều khiến máy tính</w:t>
      </w:r>
    </w:p>
    <w:p>
      <w:pPr>
        <w:pStyle w:val="ListParagraph"/>
      </w:pPr>
      <w:r>
        <w:rPr>
          <w:sz w:val="22"/>
        </w:rPr>
        <w:t>D. Nơi cung cấp các ứng dụng điều khiển máy tính</w:t>
      </w:r>
    </w:p>
    <w:p/>
    <w:p>
      <w:r>
        <w:rPr>
          <w:b/>
          <w:sz w:val="24"/>
        </w:rPr>
        <w:t>Câu 9: Hệ điều hành là?</w:t>
      </w:r>
    </w:p>
    <w:p>
      <w:pPr>
        <w:pStyle w:val="ListParagraph"/>
      </w:pPr>
      <w:r>
        <w:rPr>
          <w:sz w:val="22"/>
        </w:rPr>
        <w:t>A. Thiết bị xử lý thông tin</w:t>
      </w:r>
    </w:p>
    <w:p>
      <w:pPr>
        <w:pStyle w:val="ListParagraph"/>
      </w:pPr>
      <w:r>
        <w:rPr>
          <w:sz w:val="22"/>
        </w:rPr>
        <w:t>B. Môi trường trung gian giúp phân mêm ứng dụng khai thác phân cứng</w:t>
      </w:r>
    </w:p>
    <w:p>
      <w:pPr>
        <w:pStyle w:val="ListParagraph"/>
      </w:pPr>
      <w:r>
        <w:rPr>
          <w:sz w:val="22"/>
        </w:rPr>
        <w:t>C. Nơi cung câp các dịch vụ điêu khiên máy tính</w:t>
      </w:r>
    </w:p>
    <w:p>
      <w:pPr>
        <w:pStyle w:val="ListParagraph"/>
      </w:pPr>
      <w:r>
        <w:rPr>
          <w:sz w:val="22"/>
        </w:rPr>
        <w:t>D. Nơi cung câp các ứng dụng điêu khiên máy tính</w:t>
      </w:r>
    </w:p>
    <w:p/>
    <w:p>
      <w:r>
        <w:rPr>
          <w:b/>
          <w:sz w:val="24"/>
        </w:rPr>
        <w:t>Câu 10: Phân mên thương mại là?</w:t>
      </w:r>
    </w:p>
    <w:p>
      <w:pPr>
        <w:pStyle w:val="ListParagraph"/>
      </w:pPr>
      <w:r>
        <w:rPr>
          <w:sz w:val="22"/>
        </w:rPr>
        <w:t>A. Phần mềm miễn phí</w:t>
      </w:r>
    </w:p>
    <w:p>
      <w:pPr>
        <w:pStyle w:val="ListParagraph"/>
      </w:pPr>
      <w:r>
        <w:rPr>
          <w:sz w:val="22"/>
        </w:rPr>
        <w:t>B. Phần mềm cung cấp toàn bọ chức năng của máy tính</w:t>
      </w:r>
    </w:p>
    <w:p>
      <w:pPr>
        <w:pStyle w:val="ListParagraph"/>
      </w:pPr>
      <w:r>
        <w:rPr>
          <w:sz w:val="22"/>
        </w:rPr>
        <w:t>C. Là phân mềm thống trị</w:t>
      </w:r>
    </w:p>
    <w:p>
      <w:pPr>
        <w:pStyle w:val="ListParagraph"/>
      </w:pPr>
      <w:r>
        <w:rPr>
          <w:sz w:val="22"/>
        </w:rPr>
        <w:t>D. Phân mềm sản xuất ra để bán</w:t>
      </w:r>
    </w:p>
    <w:p/>
    <w:p>
      <w:r>
        <w:rPr>
          <w:b/>
          <w:sz w:val="24"/>
        </w:rPr>
        <w:t>Câu 11: Phần mềm nguôn mở là?</w:t>
      </w:r>
    </w:p>
    <w:p>
      <w:pPr>
        <w:pStyle w:val="ListParagraph"/>
      </w:pPr>
      <w:r>
        <w:rPr>
          <w:sz w:val="22"/>
        </w:rPr>
        <w:t>A. Phần mềm cung cấp cả mã nguồn đề người dùng có thê tự sửa đối, cải tiền, phát triền</w:t>
      </w:r>
    </w:p>
    <w:p>
      <w:pPr>
        <w:pStyle w:val="ListParagraph"/>
      </w:pPr>
      <w:r>
        <w:rPr>
          <w:sz w:val="22"/>
        </w:rPr>
        <w:t>B. LA một phân mêm không được cung câp mã nguôn mà sử dụng theo 1 chiều của mà sản xuất</w:t>
      </w:r>
    </w:p>
    <w:p>
      <w:pPr>
        <w:pStyle w:val="ListParagraph"/>
      </w:pPr>
      <w:r>
        <w:rPr>
          <w:sz w:val="22"/>
        </w:rPr>
        <w:t>C. Phân mêm bán lẻ nhât thê giới</w:t>
      </w:r>
    </w:p>
    <w:p>
      <w:pPr>
        <w:pStyle w:val="ListParagraph"/>
      </w:pPr>
      <w:r>
        <w:rPr>
          <w:sz w:val="22"/>
        </w:rPr>
        <w:t>D. Phần mềm có thể mở tất cả trương trình trên MacOS</w:t>
      </w:r>
    </w:p>
    <w:p/>
    <w:p>
      <w:r>
        <w:rPr>
          <w:b/>
          <w:sz w:val="24"/>
        </w:rPr>
        <w:t>Câu 12: Chi phí cho phân mềm nguồn mở?</w:t>
      </w:r>
    </w:p>
    <w:p>
      <w:pPr>
        <w:pStyle w:val="ListParagraph"/>
      </w:pPr>
      <w:r>
        <w:rPr>
          <w:sz w:val="22"/>
        </w:rPr>
        <w:t>A. Mất phí mua phần mềm và chuyển giao</w:t>
      </w:r>
    </w:p>
    <w:p>
      <w:pPr>
        <w:pStyle w:val="ListParagraph"/>
      </w:pPr>
      <w:r>
        <w:rPr>
          <w:sz w:val="22"/>
        </w:rPr>
        <w:t>B. Chỉ mất phí chuyển giao nếu có</w:t>
      </w:r>
    </w:p>
    <w:p>
      <w:pPr>
        <w:pStyle w:val="ListParagraph"/>
      </w:pPr>
      <w:r>
        <w:rPr>
          <w:sz w:val="22"/>
        </w:rPr>
        <w:t>C. Chỉ mất phí mua phần mềm</w:t>
      </w:r>
    </w:p>
    <w:p>
      <w:pPr>
        <w:pStyle w:val="ListParagraph"/>
      </w:pPr>
      <w:r>
        <w:rPr>
          <w:sz w:val="22"/>
        </w:rPr>
        <w:t>D. Được hỗ trợ miễn phí 100%</w:t>
      </w:r>
    </w:p>
    <w:p/>
    <w:p>
      <w:r>
        <w:rPr>
          <w:b/>
          <w:sz w:val="24"/>
        </w:rPr>
        <w:t>Câu 13: Tính minh bạch của phần mềm thương mại nguồn đóng?</w:t>
      </w:r>
    </w:p>
    <w:p>
      <w:pPr>
        <w:pStyle w:val="ListParagraph"/>
      </w:pPr>
      <w:r>
        <w:rPr>
          <w:sz w:val="22"/>
        </w:rPr>
        <w:t>A. Có thể nhìn và kiểm soát các ứng dụng đã cài</w:t>
      </w:r>
    </w:p>
    <w:p>
      <w:pPr>
        <w:pStyle w:val="ListParagraph"/>
      </w:pPr>
      <w:r>
        <w:rPr>
          <w:sz w:val="22"/>
        </w:rPr>
        <w:t>B. Không kiểm soát được mã nguồn</w:t>
      </w:r>
    </w:p>
    <w:p>
      <w:pPr>
        <w:pStyle w:val="ListParagraph"/>
      </w:pPr>
      <w:r>
        <w:rPr>
          <w:sz w:val="22"/>
        </w:rPr>
        <w:t>C. Có thể kiểm soát được mã nguồn</w:t>
      </w:r>
    </w:p>
    <w:p>
      <w:pPr>
        <w:pStyle w:val="ListParagraph"/>
      </w:pPr>
      <w:r>
        <w:rPr>
          <w:sz w:val="22"/>
        </w:rPr>
        <w:t>D. Khó kiểm soát những gì đã cài cắm bên trong</w:t>
      </w:r>
    </w:p>
    <w:p/>
    <w:p>
      <w:r>
        <w:rPr>
          <w:b/>
          <w:sz w:val="24"/>
        </w:rPr>
        <w:t>Câu 14: Các thiết bị bên trong máy tính gồm?</w:t>
      </w:r>
    </w:p>
    <w:p>
      <w:pPr>
        <w:pStyle w:val="ListParagraph"/>
      </w:pPr>
      <w:r>
        <w:rPr>
          <w:sz w:val="22"/>
        </w:rPr>
        <w:t>A. Bộ xử lý trung tâm, bộ nhớ trong ROM và RAM</w:t>
      </w:r>
    </w:p>
    <w:p>
      <w:pPr>
        <w:pStyle w:val="ListParagraph"/>
      </w:pPr>
      <w:r>
        <w:rPr>
          <w:sz w:val="22"/>
        </w:rPr>
        <w:t>B. Bộ xử lý trung tâm, bộ nhớ trong ROM và RAM, Bộ nhớ ngoài</w:t>
      </w:r>
    </w:p>
    <w:p>
      <w:pPr>
        <w:pStyle w:val="ListParagraph"/>
      </w:pPr>
      <w:r>
        <w:rPr>
          <w:sz w:val="22"/>
        </w:rPr>
        <w:t>C. Bộ xử lý trung tâm, bộ nhớ trong ROM và RAM, bộ xử lý ngoại vi</w:t>
      </w:r>
    </w:p>
    <w:p>
      <w:pPr>
        <w:pStyle w:val="ListParagraph"/>
      </w:pPr>
      <w:r>
        <w:rPr>
          <w:sz w:val="22"/>
        </w:rPr>
        <w:t>D. Cả A, B và C đều đúng</w:t>
      </w:r>
    </w:p>
    <w:p/>
    <w:p>
      <w:r>
        <w:rPr>
          <w:b/>
          <w:sz w:val="24"/>
        </w:rPr>
        <w:t>Câu 15: CPU được cấu tạo từ hai bộ phận chính là?</w:t>
      </w:r>
    </w:p>
    <w:p>
      <w:pPr>
        <w:pStyle w:val="ListParagraph"/>
      </w:pPr>
      <w:r>
        <w:rPr>
          <w:sz w:val="22"/>
        </w:rPr>
        <w:t>A. Bộ số học và logic; Bộ điều khiển</w:t>
      </w:r>
    </w:p>
    <w:p>
      <w:pPr>
        <w:pStyle w:val="ListParagraph"/>
      </w:pPr>
      <w:r>
        <w:rPr>
          <w:sz w:val="22"/>
        </w:rPr>
        <w:t>B. Bộ điều khiển và bộ tính toán</w:t>
      </w:r>
    </w:p>
    <w:p>
      <w:pPr>
        <w:pStyle w:val="ListParagraph"/>
      </w:pPr>
      <w:r>
        <w:rPr>
          <w:sz w:val="22"/>
        </w:rPr>
        <w:t>C. Bộ điều khiển và bộ xóa</w:t>
      </w:r>
    </w:p>
    <w:p>
      <w:pPr>
        <w:pStyle w:val="ListParagraph"/>
      </w:pPr>
      <w:r>
        <w:rPr>
          <w:sz w:val="22"/>
        </w:rPr>
        <w:t>D. Bộ thư mục và bộ giải nén</w:t>
      </w:r>
    </w:p>
    <w:p/>
    <w:p>
      <w:r>
        <w:rPr>
          <w:b/>
          <w:sz w:val="24"/>
        </w:rPr>
        <w:t>Câu 16: RAM là gì?</w:t>
      </w:r>
    </w:p>
    <w:p>
      <w:pPr>
        <w:pStyle w:val="ListParagraph"/>
      </w:pPr>
      <w:r>
        <w:rPr>
          <w:sz w:val="22"/>
        </w:rPr>
        <w:t>A. Phần cứng xử lý thoogn tin và lưu trữ</w:t>
      </w:r>
    </w:p>
    <w:p>
      <w:pPr>
        <w:pStyle w:val="ListParagraph"/>
      </w:pPr>
      <w:r>
        <w:rPr>
          <w:sz w:val="22"/>
        </w:rPr>
        <w:t>B. Phần mềm xử lý hình ảnh</w:t>
      </w:r>
    </w:p>
    <w:p>
      <w:pPr>
        <w:pStyle w:val="ListParagraph"/>
      </w:pPr>
      <w:r>
        <w:rPr>
          <w:sz w:val="22"/>
        </w:rPr>
        <w:t>C. Bộ nhớ có thể ghi được, dùng để lưu dữ liệu tạm thời khi chạy các chương trình và giữ được lâu dài</w:t>
      </w:r>
    </w:p>
    <w:p>
      <w:pPr>
        <w:pStyle w:val="ListParagraph"/>
      </w:pPr>
      <w:r>
        <w:rPr>
          <w:sz w:val="22"/>
        </w:rPr>
        <w:t>D. Bộ nhớ có thể ghi được, dùng để lưu dữ liệu tạm thời khi chạy các chương trình, nhưng không giữ được lâu dài</w:t>
      </w:r>
    </w:p>
    <w:p/>
    <w:p>
      <w:r>
        <w:rPr>
          <w:b/>
          <w:sz w:val="24"/>
        </w:rPr>
        <w:t>Câu 17: Mạch lôgic là?</w:t>
      </w:r>
    </w:p>
    <w:p>
      <w:pPr>
        <w:pStyle w:val="ListParagraph"/>
      </w:pPr>
      <w:r>
        <w:rPr>
          <w:sz w:val="22"/>
        </w:rPr>
        <w:t>A. cơ sở cho thiết bị chữ, được xây dựng từ các rơ le hoặc mạch điện tử</w:t>
      </w:r>
    </w:p>
    <w:p>
      <w:pPr>
        <w:pStyle w:val="ListParagraph"/>
      </w:pPr>
      <w:r>
        <w:rPr>
          <w:sz w:val="22"/>
        </w:rPr>
        <w:t>B. cơ sở cho thiết bị số, được xây dựng từ các rơ le hoặc mạch điện tứ</w:t>
      </w:r>
    </w:p>
    <w:p>
      <w:pPr>
        <w:pStyle w:val="ListParagraph"/>
      </w:pPr>
      <w:r>
        <w:rPr>
          <w:sz w:val="22"/>
        </w:rPr>
        <w:t>C. cơ sở cho thiết bị số, được xây dựng từ các dữ liệu thông tin đám mây</w:t>
      </w:r>
    </w:p>
    <w:p>
      <w:pPr>
        <w:pStyle w:val="ListParagraph"/>
      </w:pPr>
      <w:r>
        <w:rPr>
          <w:sz w:val="22"/>
        </w:rPr>
        <w:t>D. cơ sở cho thiết bị chữ, được xây dựng từ các dữ liệu thông tin đám mây</w:t>
      </w:r>
    </w:p>
    <w:p/>
    <w:p>
      <w:r>
        <w:rPr>
          <w:b/>
          <w:sz w:val="24"/>
        </w:rPr>
        <w:t>Câu 18: Phép hoặc loại trừ XOR cho kết quả bằng 1 khi?</w:t>
      </w:r>
    </w:p>
    <w:p>
      <w:pPr>
        <w:pStyle w:val="ListParagraph"/>
      </w:pPr>
      <w:r>
        <w:rPr>
          <w:sz w:val="22"/>
        </w:rPr>
        <w:t>A. Các đại lượng không có giá trị</w:t>
      </w:r>
    </w:p>
    <w:p>
      <w:pPr>
        <w:pStyle w:val="ListParagraph"/>
      </w:pPr>
      <w:r>
        <w:rPr>
          <w:sz w:val="22"/>
        </w:rPr>
        <w:t>B. các đại lượng giống nhau</w:t>
      </w:r>
    </w:p>
    <w:p>
      <w:pPr>
        <w:pStyle w:val="ListParagraph"/>
      </w:pPr>
      <w:r>
        <w:rPr>
          <w:sz w:val="22"/>
        </w:rPr>
        <w:t>C. các đại lượng khác nhau</w:t>
      </w:r>
    </w:p>
    <w:p>
      <w:pPr>
        <w:pStyle w:val="ListParagraph"/>
      </w:pPr>
      <w:r>
        <w:rPr>
          <w:sz w:val="22"/>
        </w:rPr>
        <w:t>D. Cả A, B và C đều sai</w:t>
      </w:r>
    </w:p>
    <w:p/>
    <w:p>
      <w:r>
        <w:rPr>
          <w:b/>
          <w:sz w:val="24"/>
        </w:rPr>
        <w:t>Câu 19: Đây là mô hình của cổng nào?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NOT</w:t>
      </w:r>
    </w:p>
    <w:p>
      <w:pPr>
        <w:pStyle w:val="ListParagraph"/>
      </w:pPr>
      <w:r>
        <w:rPr>
          <w:sz w:val="22"/>
        </w:rPr>
        <w:t>C. XOR</w:t>
      </w:r>
    </w:p>
    <w:p>
      <w:pPr>
        <w:pStyle w:val="ListParagraph"/>
      </w:pPr>
      <w:r>
        <w:rPr>
          <w:sz w:val="22"/>
        </w:rPr>
        <w:t>D. OR</w:t>
      </w:r>
    </w:p>
    <w:p/>
    <w:p>
      <w:r>
        <w:rPr>
          <w:b/>
          <w:sz w:val="24"/>
        </w:rPr>
        <w:t>Câu 20: Các thiết bị vào - ra trên máy tính là?</w:t>
      </w:r>
    </w:p>
    <w:p>
      <w:pPr>
        <w:pStyle w:val="ListParagraph"/>
      </w:pPr>
      <w:r>
        <w:rPr>
          <w:sz w:val="22"/>
        </w:rPr>
        <w:t>A. nhóm thiết bị nội vi đa dạng của máy tính</w:t>
      </w:r>
    </w:p>
    <w:p>
      <w:pPr>
        <w:pStyle w:val="ListParagraph"/>
      </w:pPr>
      <w:r>
        <w:rPr>
          <w:sz w:val="22"/>
        </w:rPr>
        <w:t>B. nhóm thiết bị ngoại vi đa dạng của máy tính</w:t>
      </w:r>
    </w:p>
    <w:p>
      <w:pPr>
        <w:pStyle w:val="ListParagraph"/>
      </w:pPr>
      <w:r>
        <w:rPr>
          <w:sz w:val="22"/>
        </w:rPr>
        <w:t>C. nhóm thiết bị nội, ngoại vi đa dạng của máy tính</w:t>
      </w:r>
    </w:p>
    <w:p>
      <w:pPr>
        <w:pStyle w:val="ListParagraph"/>
      </w:pPr>
      <w:r>
        <w:rPr>
          <w:sz w:val="22"/>
        </w:rPr>
        <w:t>D. nhóm thiết bị nội vi hạn chế của máy tính</w:t>
      </w:r>
    </w:p>
    <w:p/>
    <w:p>
      <w:r>
        <w:rPr>
          <w:b/>
          <w:sz w:val="24"/>
        </w:rPr>
        <w:t>Câu 21: Hai thông sô quan trọng của chuột là?</w:t>
      </w:r>
    </w:p>
    <w:p>
      <w:pPr>
        <w:pStyle w:val="ListParagraph"/>
      </w:pPr>
      <w:r>
        <w:rPr>
          <w:sz w:val="22"/>
        </w:rPr>
        <w:t>A. Phương thức kêt nôi và độ phân giải (dpi)</w:t>
      </w:r>
    </w:p>
    <w:p>
      <w:pPr>
        <w:pStyle w:val="ListParagraph"/>
      </w:pPr>
      <w:r>
        <w:rPr>
          <w:sz w:val="22"/>
        </w:rPr>
        <w:t>B. Độ nhanh và chậm</w:t>
      </w:r>
    </w:p>
    <w:p>
      <w:pPr>
        <w:pStyle w:val="ListParagraph"/>
      </w:pPr>
      <w:r>
        <w:rPr>
          <w:sz w:val="22"/>
        </w:rPr>
        <w:t>C. Độ phân giải và độ trơn</w:t>
      </w:r>
    </w:p>
    <w:p>
      <w:pPr>
        <w:pStyle w:val="ListParagraph"/>
      </w:pPr>
      <w:r>
        <w:rPr>
          <w:sz w:val="22"/>
        </w:rPr>
        <w:t>D. Tốc độ và độ trơn</w:t>
      </w:r>
    </w:p>
    <w:p/>
    <w:p>
      <w:r>
        <w:rPr>
          <w:b/>
          <w:sz w:val="24"/>
        </w:rPr>
        <w:t>Câu 22: Những nhà cung cấp dịch vụ lưu trữ trực tuyến như?</w:t>
      </w:r>
    </w:p>
    <w:p>
      <w:pPr>
        <w:pStyle w:val="ListParagraph"/>
      </w:pPr>
      <w:r>
        <w:rPr>
          <w:sz w:val="22"/>
        </w:rPr>
        <w:t>A. iCloud và Dropbox</w:t>
      </w:r>
    </w:p>
    <w:p>
      <w:pPr>
        <w:pStyle w:val="ListParagraph"/>
      </w:pPr>
      <w:r>
        <w:rPr>
          <w:sz w:val="22"/>
        </w:rPr>
        <w:t>B. Google Drive</w:t>
      </w:r>
    </w:p>
    <w:p>
      <w:pPr>
        <w:pStyle w:val="ListParagraph"/>
      </w:pPr>
      <w:r>
        <w:rPr>
          <w:sz w:val="22"/>
        </w:rPr>
        <w:t>C. One Drive</w:t>
      </w:r>
    </w:p>
    <w:p>
      <w:pPr>
        <w:pStyle w:val="ListParagraph"/>
      </w:pPr>
      <w:r>
        <w:rPr>
          <w:sz w:val="22"/>
        </w:rPr>
        <w:t>D. Cả A, B, C đều đúng</w:t>
      </w:r>
    </w:p>
    <w:p/>
    <w:p>
      <w:r>
        <w:rPr>
          <w:b/>
          <w:sz w:val="24"/>
        </w:rPr>
        <w:t>Câu 23: Trên nơi lưu trữ trực tuyến cho phép người dùng làm công việc gì?</w:t>
      </w:r>
    </w:p>
    <w:p>
      <w:pPr>
        <w:pStyle w:val="ListParagraph"/>
      </w:pPr>
      <w:r>
        <w:rPr>
          <w:sz w:val="22"/>
        </w:rPr>
        <w:t>A. Tạo thư mục mới, quản lý ổ đĩa, chỉnh sửa trực tuyến</w:t>
      </w:r>
    </w:p>
    <w:p>
      <w:pPr>
        <w:pStyle w:val="ListParagraph"/>
      </w:pPr>
      <w:r>
        <w:rPr>
          <w:sz w:val="22"/>
        </w:rPr>
        <w:t>B. Chỉ quản lý ổ đĩa</w:t>
      </w:r>
    </w:p>
    <w:p>
      <w:pPr>
        <w:pStyle w:val="ListParagraph"/>
      </w:pPr>
      <w:r>
        <w:rPr>
          <w:sz w:val="22"/>
        </w:rPr>
        <w:t>C. Chỉ chỉnh sửa trực tuyến</w:t>
      </w:r>
    </w:p>
    <w:p>
      <w:pPr>
        <w:pStyle w:val="ListParagraph"/>
      </w:pPr>
      <w:r>
        <w:rPr>
          <w:sz w:val="22"/>
        </w:rPr>
        <w:t>D. Trao đổi như một kênh chat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None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