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de ktra thuong xuyne khtn 7 kntt bai 4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Nguyên tử là gì?</w:t>
      </w:r>
    </w:p>
    <w:p>
      <w:pPr>
        <w:pStyle w:val="ListParagraph"/>
      </w:pPr>
      <w:r>
        <w:rPr>
          <w:sz w:val="22"/>
        </w:rPr>
        <w:t>A. Hạt vô cùng nhỏ, trung hòa về điện</w:t>
      </w:r>
    </w:p>
    <w:p>
      <w:pPr>
        <w:pStyle w:val="ListParagraph"/>
      </w:pPr>
      <w:r>
        <w:rPr>
          <w:sz w:val="22"/>
        </w:rPr>
        <w:t>B. Hạt mang điện tích dương</w:t>
      </w:r>
    </w:p>
    <w:p>
      <w:pPr>
        <w:pStyle w:val="ListParagraph"/>
      </w:pPr>
      <w:r>
        <w:rPr>
          <w:sz w:val="22"/>
        </w:rPr>
        <w:t>C. Hạt mang điện tích âm</w:t>
      </w:r>
    </w:p>
    <w:p>
      <w:pPr>
        <w:pStyle w:val="ListParagraph"/>
      </w:pPr>
      <w:r>
        <w:rPr>
          <w:sz w:val="22"/>
        </w:rPr>
        <w:t>D. Hạt không mang điện</w:t>
      </w:r>
    </w:p>
    <w:p/>
    <w:p>
      <w:r>
        <w:rPr>
          <w:b/>
          <w:sz w:val="24"/>
        </w:rPr>
        <w:t>Câu 2: Hạt nhân nguyên tử được cấu tạo từ những loại hạt nào?</w:t>
      </w:r>
    </w:p>
    <w:p>
      <w:pPr>
        <w:pStyle w:val="ListParagraph"/>
      </w:pPr>
      <w:r>
        <w:rPr>
          <w:sz w:val="22"/>
        </w:rPr>
        <w:t>A. Proton và electron</w:t>
      </w:r>
    </w:p>
    <w:p>
      <w:pPr>
        <w:pStyle w:val="ListParagraph"/>
      </w:pPr>
      <w:r>
        <w:rPr>
          <w:sz w:val="22"/>
        </w:rPr>
        <w:t>B. Proton và neutron</w:t>
      </w:r>
    </w:p>
    <w:p>
      <w:pPr>
        <w:pStyle w:val="ListParagraph"/>
      </w:pPr>
      <w:r>
        <w:rPr>
          <w:sz w:val="22"/>
        </w:rPr>
        <w:t>C. Electron và neutron</w:t>
      </w:r>
    </w:p>
    <w:p>
      <w:pPr>
        <w:pStyle w:val="ListParagraph"/>
      </w:pPr>
      <w:r>
        <w:rPr>
          <w:sz w:val="22"/>
        </w:rPr>
        <w:t>D. Proton, neutron và electron</w:t>
      </w:r>
    </w:p>
    <w:p/>
    <w:p>
      <w:r>
        <w:rPr>
          <w:b/>
          <w:sz w:val="24"/>
        </w:rPr>
        <w:t>Câu 3: Trong nguyên tử, hạt nào mang điện tích âm?</w:t>
      </w:r>
    </w:p>
    <w:p>
      <w:pPr>
        <w:pStyle w:val="ListParagraph"/>
      </w:pPr>
      <w:r>
        <w:rPr>
          <w:sz w:val="22"/>
        </w:rPr>
        <w:t>A. Proton</w:t>
      </w:r>
    </w:p>
    <w:p>
      <w:pPr>
        <w:pStyle w:val="ListParagraph"/>
      </w:pPr>
      <w:r>
        <w:rPr>
          <w:sz w:val="22"/>
        </w:rPr>
        <w:t>B. Neutron</w:t>
      </w:r>
    </w:p>
    <w:p>
      <w:pPr>
        <w:pStyle w:val="ListParagraph"/>
      </w:pPr>
      <w:r>
        <w:rPr>
          <w:sz w:val="22"/>
        </w:rPr>
        <w:t>C. Electron</w:t>
      </w:r>
    </w:p>
    <w:p>
      <w:pPr>
        <w:pStyle w:val="ListParagraph"/>
      </w:pPr>
      <w:r>
        <w:rPr>
          <w:sz w:val="22"/>
        </w:rPr>
        <w:t>D. Hạt nhân</w:t>
      </w:r>
    </w:p>
    <w:p/>
    <w:p>
      <w:r>
        <w:rPr>
          <w:b/>
          <w:sz w:val="24"/>
        </w:rPr>
        <w:t>Câu 4: Khối lượng của nguyên tử tập trung chủ yếu ở đâu?</w:t>
      </w:r>
    </w:p>
    <w:p>
      <w:pPr>
        <w:pStyle w:val="ListParagraph"/>
      </w:pPr>
      <w:r>
        <w:rPr>
          <w:sz w:val="22"/>
        </w:rPr>
        <w:t>A. Electron</w:t>
      </w:r>
    </w:p>
    <w:p>
      <w:pPr>
        <w:pStyle w:val="ListParagraph"/>
      </w:pPr>
      <w:r>
        <w:rPr>
          <w:sz w:val="22"/>
        </w:rPr>
        <w:t>B. Hạt nhân</w:t>
      </w:r>
    </w:p>
    <w:p>
      <w:pPr>
        <w:pStyle w:val="ListParagraph"/>
      </w:pPr>
      <w:r>
        <w:rPr>
          <w:sz w:val="22"/>
        </w:rPr>
        <w:t>C. Vỏ nguyên tử</w:t>
      </w:r>
    </w:p>
    <w:p>
      <w:pPr>
        <w:pStyle w:val="ListParagraph"/>
      </w:pPr>
      <w:r>
        <w:rPr>
          <w:sz w:val="22"/>
        </w:rPr>
        <w:t>D. Cả vỏ và hạt nhân</w:t>
      </w:r>
    </w:p>
    <w:p/>
    <w:p>
      <w:r>
        <w:rPr>
          <w:b/>
          <w:sz w:val="24"/>
        </w:rPr>
        <w:t>Câu 5: Số proton trong nguyên tử bằng số nào sau đây?</w:t>
      </w:r>
    </w:p>
    <w:p>
      <w:pPr>
        <w:pStyle w:val="ListParagraph"/>
      </w:pPr>
      <w:r>
        <w:rPr>
          <w:sz w:val="22"/>
        </w:rPr>
        <w:t>A. Số neutron</w:t>
      </w:r>
    </w:p>
    <w:p>
      <w:pPr>
        <w:pStyle w:val="ListParagraph"/>
      </w:pPr>
      <w:r>
        <w:rPr>
          <w:sz w:val="22"/>
        </w:rPr>
        <w:t>B. Số electron</w:t>
      </w:r>
    </w:p>
    <w:p>
      <w:pPr>
        <w:pStyle w:val="ListParagraph"/>
      </w:pPr>
      <w:r>
        <w:rPr>
          <w:sz w:val="22"/>
        </w:rPr>
        <w:t>C. Số khối</w:t>
      </w:r>
    </w:p>
    <w:p>
      <w:pPr>
        <w:pStyle w:val="ListParagraph"/>
      </w:pPr>
      <w:r>
        <w:rPr>
          <w:sz w:val="22"/>
        </w:rPr>
        <w:t>D. Số hiệu nguyên tử</w:t>
      </w:r>
    </w:p>
    <w:p/>
    <w:p>
      <w:r>
        <w:rPr>
          <w:b/>
          <w:sz w:val="24"/>
        </w:rPr>
        <w:t>Câu 6: Nguyên tố hóa học là tập hợp những nguyên tử có cùng:</w:t>
      </w:r>
    </w:p>
    <w:p>
      <w:pPr>
        <w:pStyle w:val="ListParagraph"/>
      </w:pPr>
      <w:r>
        <w:rPr>
          <w:sz w:val="22"/>
        </w:rPr>
        <w:t>A. Số neutron</w:t>
      </w:r>
    </w:p>
    <w:p>
      <w:pPr>
        <w:pStyle w:val="ListParagraph"/>
      </w:pPr>
      <w:r>
        <w:rPr>
          <w:sz w:val="22"/>
        </w:rPr>
        <w:t>B. Số proton</w:t>
      </w:r>
    </w:p>
    <w:p>
      <w:pPr>
        <w:pStyle w:val="ListParagraph"/>
      </w:pPr>
      <w:r>
        <w:rPr>
          <w:sz w:val="22"/>
        </w:rPr>
        <w:t>C. Số electron</w:t>
      </w:r>
    </w:p>
    <w:p>
      <w:pPr>
        <w:pStyle w:val="ListParagraph"/>
      </w:pPr>
      <w:r>
        <w:rPr>
          <w:sz w:val="22"/>
        </w:rPr>
        <w:t>D. Số khối</w:t>
      </w:r>
    </w:p>
    <w:p/>
    <w:p>
      <w:r>
        <w:rPr>
          <w:b/>
          <w:sz w:val="24"/>
        </w:rPr>
        <w:t>Câu 7: Kí hiệu hóa học của nguyên tố oxi là:</w:t>
      </w:r>
    </w:p>
    <w:p>
      <w:pPr>
        <w:pStyle w:val="ListParagraph"/>
      </w:pPr>
      <w:r>
        <w:rPr>
          <w:sz w:val="22"/>
        </w:rPr>
        <w:t>A. O</w:t>
      </w:r>
    </w:p>
    <w:p>
      <w:pPr>
        <w:pStyle w:val="ListParagraph"/>
      </w:pPr>
      <w:r>
        <w:rPr>
          <w:sz w:val="22"/>
        </w:rPr>
        <w:t>B. Ox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Oxi</w:t>
      </w:r>
    </w:p>
    <w:p/>
    <w:p>
      <w:r>
        <w:rPr>
          <w:b/>
          <w:sz w:val="24"/>
        </w:rPr>
        <w:t>Câu 8: Nguyên tử khối là khối lượng của nguyên tử tính bằng đơn vị nào?</w:t>
      </w:r>
    </w:p>
    <w:p>
      <w:pPr>
        <w:pStyle w:val="ListParagraph"/>
      </w:pPr>
      <w:r>
        <w:rPr>
          <w:sz w:val="22"/>
        </w:rPr>
        <w:t>A. gam</w:t>
      </w:r>
    </w:p>
    <w:p>
      <w:pPr>
        <w:pStyle w:val="ListParagraph"/>
      </w:pPr>
      <w:r>
        <w:rPr>
          <w:sz w:val="22"/>
        </w:rPr>
        <w:t>B. kilogam</w:t>
      </w:r>
    </w:p>
    <w:p>
      <w:pPr>
        <w:pStyle w:val="ListParagraph"/>
      </w:pPr>
      <w:r>
        <w:rPr>
          <w:sz w:val="22"/>
        </w:rPr>
        <w:t>C. đvC</w:t>
      </w:r>
    </w:p>
    <w:p>
      <w:pPr>
        <w:pStyle w:val="ListParagraph"/>
      </w:pPr>
      <w:r>
        <w:rPr>
          <w:sz w:val="22"/>
        </w:rPr>
        <w:t>D. mol</w:t>
      </w:r>
    </w:p>
    <w:p/>
    <w:p>
      <w:r>
        <w:rPr>
          <w:b/>
          <w:sz w:val="24"/>
        </w:rPr>
        <w:t>Câu 9: Cho nguyên tử X có 8 proton, 8 neutron và 8 electron. Số khối của X là: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32</w:t>
      </w:r>
    </w:p>
    <w:p/>
    <w:p>
      <w:r>
        <w:rPr>
          <w:b/>
          <w:sz w:val="24"/>
        </w:rPr>
        <w:t>Câu 10: Nguyên tử của nguyên tố Y có tổng số hạt là 34, trong đó số hạt mang điện nhiều hơn số hạt không mang điện là 10. Số proton của Y là: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13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