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12 - Hiện thực lịch sử và nhận thức lịch sử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Những quốc gia nào sau đây đóng vai trò quyết định, đồng thời là sáng lập viên của tổ chức Liên hợp quốc?</w:t>
      </w:r>
    </w:p>
    <w:p>
      <w:pPr>
        <w:pStyle w:val="ListParagraph"/>
      </w:pPr>
      <w:r>
        <w:rPr>
          <w:sz w:val="22"/>
        </w:rPr>
        <w:t>A. Liên Xô, Mỹ, Trung Quốc.</w:t>
      </w:r>
    </w:p>
    <w:p>
      <w:pPr>
        <w:pStyle w:val="ListParagraph"/>
      </w:pPr>
      <w:r>
        <w:rPr>
          <w:sz w:val="22"/>
        </w:rPr>
        <w:t>B. Nga, Pháp, Việt Nam.</w:t>
      </w:r>
    </w:p>
    <w:p>
      <w:pPr>
        <w:pStyle w:val="ListParagraph"/>
      </w:pPr>
      <w:r>
        <w:rPr>
          <w:sz w:val="22"/>
        </w:rPr>
        <w:t>C. Liên Xô, Anh, Nhật Bản.</w:t>
      </w:r>
    </w:p>
    <w:p>
      <w:pPr>
        <w:pStyle w:val="ListParagraph"/>
      </w:pPr>
      <w:r>
        <w:rPr>
          <w:sz w:val="22"/>
        </w:rPr>
        <w:t>D. Liên Xô, Mỹ, Anh.</w:t>
      </w:r>
    </w:p>
    <w:p/>
    <w:p>
      <w:r>
        <w:rPr>
          <w:b/>
          <w:sz w:val="24"/>
        </w:rPr>
        <w:t>Câu 2: Từ ngày 25 - 4 - 1945 đến ngày 26 - 6 - 1945, một hội nghị quốc tế được tổ chức tại Xan Phran-xi-xcô (Mỹ) với sự tham gia của đại biểu 50 nước đã thông qua văn kiện nào sau đây?</w:t>
      </w:r>
    </w:p>
    <w:p>
      <w:pPr>
        <w:pStyle w:val="ListParagraph"/>
      </w:pPr>
      <w:r>
        <w:rPr>
          <w:sz w:val="22"/>
        </w:rPr>
        <w:t>A. Hiến chương Liên hợp quốc.</w:t>
      </w:r>
    </w:p>
    <w:p>
      <w:pPr>
        <w:pStyle w:val="ListParagraph"/>
      </w:pPr>
      <w:r>
        <w:rPr>
          <w:sz w:val="22"/>
        </w:rPr>
        <w:t>B. Hiệp định đình chiến ở Triều Tiên.</w:t>
      </w:r>
    </w:p>
    <w:p>
      <w:pPr>
        <w:pStyle w:val="ListParagraph"/>
      </w:pPr>
      <w:r>
        <w:rPr>
          <w:sz w:val="22"/>
        </w:rPr>
        <w:t>C. Hiến chương ASEAN.</w:t>
      </w:r>
    </w:p>
    <w:p>
      <w:pPr>
        <w:pStyle w:val="ListParagraph"/>
      </w:pPr>
      <w:r>
        <w:rPr>
          <w:sz w:val="22"/>
        </w:rPr>
        <w:t>D. Hiệp định đình chiến ở Đông Dương.</w:t>
      </w:r>
    </w:p>
    <w:p/>
    <w:p>
      <w:r>
        <w:rPr>
          <w:b/>
          <w:sz w:val="24"/>
        </w:rPr>
        <w:t>Câu 3: Sự kiện nào sau đây đánh dấu tổ chức Liên hợp quốc chính thức được thành lập?</w:t>
      </w:r>
    </w:p>
    <w:p>
      <w:pPr>
        <w:pStyle w:val="ListParagraph"/>
      </w:pPr>
      <w:r>
        <w:rPr>
          <w:sz w:val="22"/>
        </w:rPr>
        <w:t>A. Ngày 24-10-1945, các nước thành viên phê chuẩn Hiến chương Liên hợp quốc.</w:t>
      </w:r>
    </w:p>
    <w:p>
      <w:pPr>
        <w:pStyle w:val="ListParagraph"/>
      </w:pPr>
      <w:r>
        <w:rPr>
          <w:sz w:val="22"/>
        </w:rPr>
        <w:t>B. Tháng 1-1942, đại diện 26 nước kí bản Tuyên bố Liên hợp quốc.</w:t>
      </w:r>
    </w:p>
    <w:p>
      <w:pPr>
        <w:pStyle w:val="ListParagraph"/>
      </w:pPr>
      <w:r>
        <w:rPr>
          <w:sz w:val="22"/>
        </w:rPr>
        <w:t>C. Năm 1945, đại diện 50 nước thông qua Hiến chương Liên hợp quốc.</w:t>
      </w:r>
    </w:p>
    <w:p>
      <w:pPr>
        <w:pStyle w:val="ListParagraph"/>
      </w:pPr>
      <w:r>
        <w:rPr>
          <w:sz w:val="22"/>
        </w:rPr>
        <w:t>D. Tháng 2-1945, Liên Xô, Anh, Mỹ thống nhất thành lập Liên hợp quốc.</w:t>
      </w:r>
    </w:p>
    <w:p/>
    <w:p>
      <w:r>
        <w:rPr>
          <w:b/>
          <w:sz w:val="24"/>
        </w:rPr>
        <w:t>Câu 4: Một trong những cơ quan chính của Liên hợp quốc được quy định trong Hiến chương Liên hợp quốc (năm 1945) là</w:t>
      </w:r>
    </w:p>
    <w:p>
      <w:pPr>
        <w:pStyle w:val="ListParagraph"/>
      </w:pPr>
      <w:r>
        <w:rPr>
          <w:sz w:val="22"/>
        </w:rPr>
        <w:t>A. Quỹ Nhi đồng.</w:t>
      </w:r>
    </w:p>
    <w:p>
      <w:pPr>
        <w:pStyle w:val="ListParagraph"/>
      </w:pPr>
      <w:r>
        <w:rPr>
          <w:sz w:val="22"/>
        </w:rPr>
        <w:t>B. Ngân hàng Thế giới.</w:t>
      </w:r>
    </w:p>
    <w:p>
      <w:pPr>
        <w:pStyle w:val="ListParagraph"/>
      </w:pPr>
      <w:r>
        <w:rPr>
          <w:sz w:val="22"/>
        </w:rPr>
        <w:t>C. Hội đồng kinh tế - xã hội.</w:t>
      </w:r>
    </w:p>
    <w:p>
      <w:pPr>
        <w:pStyle w:val="ListParagraph"/>
      </w:pPr>
      <w:r>
        <w:rPr>
          <w:sz w:val="22"/>
        </w:rPr>
        <w:t>D. Tổ chức Thương mại thế giới.</w:t>
      </w:r>
    </w:p>
    <w:p/>
    <w:p>
      <w:r>
        <w:rPr>
          <w:b/>
          <w:sz w:val="24"/>
        </w:rPr>
        <w:t>Câu 5: Một trong những cơ quan chuyên môn của Liên hợp quốc là</w:t>
      </w:r>
    </w:p>
    <w:p>
      <w:pPr>
        <w:pStyle w:val="ListParagraph"/>
      </w:pPr>
      <w:r>
        <w:rPr>
          <w:sz w:val="22"/>
        </w:rPr>
        <w:t>A. Quỹ Nhi đồng.</w:t>
      </w:r>
    </w:p>
    <w:p>
      <w:pPr>
        <w:pStyle w:val="ListParagraph"/>
      </w:pPr>
      <w:r>
        <w:rPr>
          <w:sz w:val="22"/>
        </w:rPr>
        <w:t>B. Hội đồng Bảo an.</w:t>
      </w:r>
    </w:p>
    <w:p>
      <w:pPr>
        <w:pStyle w:val="ListParagraph"/>
      </w:pPr>
      <w:r>
        <w:rPr>
          <w:sz w:val="22"/>
        </w:rPr>
        <w:t>C. Đại hội đồng.</w:t>
      </w:r>
    </w:p>
    <w:p>
      <w:pPr>
        <w:pStyle w:val="ListParagraph"/>
      </w:pPr>
      <w:r>
        <w:rPr>
          <w:sz w:val="22"/>
        </w:rPr>
        <w:t>D. Ban thư ký.</w:t>
      </w:r>
    </w:p>
    <w:p/>
    <w:p>
      <w:r>
        <w:rPr>
          <w:b/>
          <w:sz w:val="24"/>
        </w:rPr>
        <w:t>Câu 6: Hội nghị quốc tế nào sau đây đã đặt nền tảng cho sự ra đời của tổ chức Liên hợp quốc?</w:t>
      </w:r>
    </w:p>
    <w:p>
      <w:pPr>
        <w:pStyle w:val="ListParagraph"/>
      </w:pPr>
      <w:r>
        <w:rPr>
          <w:sz w:val="22"/>
        </w:rPr>
        <w:t>A. Hội nghị Pốt-xđam.</w:t>
      </w:r>
    </w:p>
    <w:p>
      <w:pPr>
        <w:pStyle w:val="ListParagraph"/>
      </w:pPr>
      <w:r>
        <w:rPr>
          <w:sz w:val="22"/>
        </w:rPr>
        <w:t>B. Hội nghị I-an-ta.</w:t>
      </w:r>
    </w:p>
    <w:p>
      <w:pPr>
        <w:pStyle w:val="ListParagraph"/>
      </w:pPr>
      <w:r>
        <w:rPr>
          <w:sz w:val="22"/>
        </w:rPr>
        <w:t>C. Hội nghị Pa-ri.</w:t>
      </w:r>
    </w:p>
    <w:p>
      <w:pPr>
        <w:pStyle w:val="ListParagraph"/>
      </w:pPr>
      <w:r>
        <w:rPr>
          <w:sz w:val="22"/>
        </w:rPr>
        <w:t>D. Hội nghị Oa-sinh-tơn.</w:t>
      </w:r>
    </w:p>
    <w:p/>
    <w:p>
      <w:r>
        <w:rPr>
          <w:b/>
          <w:sz w:val="24"/>
        </w:rPr>
        <w:t>Câu 7: Cơ quan nào sau đây của Liên hợp quốc bao gồm tất cả các nước thành viên?</w:t>
      </w:r>
    </w:p>
    <w:p>
      <w:pPr>
        <w:pStyle w:val="ListParagraph"/>
      </w:pPr>
      <w:r>
        <w:rPr>
          <w:sz w:val="22"/>
        </w:rPr>
        <w:t>A. Ban thư ký.</w:t>
      </w:r>
    </w:p>
    <w:p>
      <w:pPr>
        <w:pStyle w:val="ListParagraph"/>
      </w:pPr>
      <w:r>
        <w:rPr>
          <w:sz w:val="22"/>
        </w:rPr>
        <w:t>B. Hội đồng Bảo an.</w:t>
      </w:r>
    </w:p>
    <w:p>
      <w:pPr>
        <w:pStyle w:val="ListParagraph"/>
      </w:pPr>
      <w:r>
        <w:rPr>
          <w:sz w:val="22"/>
        </w:rPr>
        <w:t>C. Đại hội đồng.</w:t>
      </w:r>
    </w:p>
    <w:p>
      <w:pPr>
        <w:pStyle w:val="ListParagraph"/>
      </w:pPr>
      <w:r>
        <w:rPr>
          <w:sz w:val="22"/>
        </w:rPr>
        <w:t>D. Tòa án Quốc tế.</w:t>
      </w:r>
    </w:p>
    <w:p/>
    <w:p>
      <w:r>
        <w:rPr>
          <w:b/>
          <w:sz w:val="24"/>
        </w:rPr>
        <w:t>Câu 8: Cơ quan nào sau đây của Liên hợp quốc chịu trách nhiệm chính trong việc duy trì hòa bình và an ninh thế giới?</w:t>
      </w:r>
    </w:p>
    <w:p>
      <w:pPr>
        <w:pStyle w:val="ListParagraph"/>
      </w:pPr>
      <w:r>
        <w:rPr>
          <w:sz w:val="22"/>
        </w:rPr>
        <w:t>A. Hội đồng Bảo an.</w:t>
      </w:r>
    </w:p>
    <w:p>
      <w:pPr>
        <w:pStyle w:val="ListParagraph"/>
      </w:pPr>
      <w:r>
        <w:rPr>
          <w:sz w:val="22"/>
        </w:rPr>
        <w:t>B. Ban thư ký.</w:t>
      </w:r>
    </w:p>
    <w:p>
      <w:pPr>
        <w:pStyle w:val="ListParagraph"/>
      </w:pPr>
      <w:r>
        <w:rPr>
          <w:sz w:val="22"/>
        </w:rPr>
        <w:t>C. Hội đồng quản thác.</w:t>
      </w:r>
    </w:p>
    <w:p>
      <w:pPr>
        <w:pStyle w:val="ListParagraph"/>
      </w:pPr>
      <w:r>
        <w:rPr>
          <w:sz w:val="22"/>
        </w:rPr>
        <w:t>D. Tòa án Quốc tế.</w:t>
      </w:r>
    </w:p>
    <w:p/>
    <w:p>
      <w:r>
        <w:rPr>
          <w:b/>
          <w:sz w:val="24"/>
        </w:rPr>
        <w:t>Câu 9: Tổ chức Liên hợp quốc ra đời trong bối cảnh lịch sử nào sau đây?</w:t>
      </w:r>
    </w:p>
    <w:p>
      <w:pPr>
        <w:pStyle w:val="ListParagraph"/>
      </w:pPr>
      <w:r>
        <w:rPr>
          <w:sz w:val="22"/>
        </w:rPr>
        <w:t>A. Sau cuộc Cách mạng công nghiệp lần thứ nhất, khi nhu cầu hợp tác quốc tế ngày càng tăng cao.</w:t>
      </w:r>
    </w:p>
    <w:p>
      <w:pPr>
        <w:pStyle w:val="ListParagraph"/>
      </w:pPr>
      <w:r>
        <w:rPr>
          <w:sz w:val="22"/>
        </w:rPr>
        <w:t>B. Các nước thắng trận trong Chiến tranh thế giới thứ nhất phân chia phạm vi ảnh hưởng toàn cầu.</w:t>
      </w:r>
    </w:p>
    <w:p>
      <w:pPr>
        <w:pStyle w:val="ListParagraph"/>
      </w:pPr>
      <w:r>
        <w:rPr>
          <w:sz w:val="22"/>
        </w:rPr>
        <w:t>C. Sau Chiến tranh thế giới thứ hai, nhu cầu cần một tổ chức để duy trì hòa bình và an ninh quốc tế.</w:t>
      </w:r>
    </w:p>
    <w:p>
      <w:pPr>
        <w:pStyle w:val="ListParagraph"/>
      </w:pPr>
      <w:r>
        <w:rPr>
          <w:sz w:val="22"/>
        </w:rPr>
        <w:t>D. Cuộc Chiến tranh lạnh giữa Mỹ và Liên Xô đang diễn ra căng thẳng trên phạm vi toàn thế giới.</w:t>
      </w:r>
    </w:p>
    <w:p/>
    <w:p>
      <w:r>
        <w:rPr>
          <w:b/>
          <w:sz w:val="24"/>
        </w:rPr>
        <w:t>Câu 10: Nội dung nào sau đây không phải là nguyên tắc hoạt động của tổ chức Liên hợp quốc?</w:t>
      </w:r>
    </w:p>
    <w:p>
      <w:pPr>
        <w:pStyle w:val="ListParagraph"/>
      </w:pPr>
      <w:r>
        <w:rPr>
          <w:sz w:val="22"/>
        </w:rPr>
        <w:t>A. Không can thiệp vào công việc nội bộ của bất kì nước nào.</w:t>
      </w:r>
    </w:p>
    <w:p>
      <w:pPr>
        <w:pStyle w:val="ListParagraph"/>
      </w:pPr>
      <w:r>
        <w:rPr>
          <w:sz w:val="22"/>
        </w:rPr>
        <w:t>B. Bình đẳng chủ quyền giữa các quốc gia và quyền tự quyết của các dân tộc.</w:t>
      </w:r>
    </w:p>
    <w:p>
      <w:pPr>
        <w:pStyle w:val="ListParagraph"/>
      </w:pPr>
      <w:r>
        <w:rPr>
          <w:sz w:val="22"/>
        </w:rPr>
        <w:t>C. Giải quyết các tranh chấp quốc tế bằng biện pháp hòa bình.</w:t>
      </w:r>
    </w:p>
    <w:p>
      <w:pPr>
        <w:pStyle w:val="ListParagraph"/>
      </w:pPr>
      <w:r>
        <w:rPr>
          <w:sz w:val="22"/>
        </w:rPr>
        <w:t>D. Hợp tác có hiệu quả trong những lĩnh vực kinh tế - văn hóa - xã hội.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