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Duy trì hòa bình và an ninh thế giới là mục tiêu c</w:t>
      </w:r>
    </w:p>
    <w:p>
      <w:pPr>
        <w:jc w:val="center"/>
      </w:pPr>
      <w:r>
        <w:rPr>
          <w:sz w:val="22"/>
        </w:rPr>
        <w:t>Số câu: 10    Thời gian: _____ phút    Họ và tên: _________________________</w:t>
      </w:r>
    </w:p>
    <w:p/>
    <w:p>
      <w:r>
        <w:rPr>
          <w:b/>
          <w:sz w:val="24"/>
        </w:rPr>
        <w:t>Câu 1: Duy trì hòa bình và an ninh thế giới là mục tiêu của tổ chức nào sau đây?</w:t>
      </w:r>
    </w:p>
    <w:p>
      <w:pPr>
        <w:pStyle w:val="ListParagraph"/>
      </w:pPr>
      <w:r>
        <w:rPr>
          <w:sz w:val="22"/>
        </w:rPr>
        <w:t>A. Liên hợp quốc.</w:t>
      </w:r>
    </w:p>
    <w:p>
      <w:pPr>
        <w:pStyle w:val="ListParagraph"/>
      </w:pPr>
      <w:r>
        <w:rPr>
          <w:sz w:val="22"/>
        </w:rPr>
        <w:t>B. Hiệp hội Đông Nam Á.</w:t>
      </w:r>
    </w:p>
    <w:p>
      <w:pPr>
        <w:pStyle w:val="ListParagraph"/>
      </w:pPr>
      <w:r>
        <w:rPr>
          <w:sz w:val="22"/>
        </w:rPr>
        <w:t>C. Liên minh châu Âu.</w:t>
      </w:r>
    </w:p>
    <w:p>
      <w:pPr>
        <w:pStyle w:val="ListParagraph"/>
      </w:pPr>
      <w:r>
        <w:rPr>
          <w:sz w:val="22"/>
        </w:rPr>
        <w:t>D. Hiệp ước Bắc Đại Tây Dương.</w:t>
      </w:r>
    </w:p>
    <w:p/>
    <w:p>
      <w:r>
        <w:rPr>
          <w:b/>
          <w:sz w:val="24"/>
        </w:rPr>
        <w:t>Câu 2: Từ cuối tháng 4 đến cuối tháng 6-1945, đại diện 50 nước họp tại Xan Phran-xi-xcô (Mỹ) thông qua văn kiện nào sau đây?</w:t>
      </w:r>
    </w:p>
    <w:p>
      <w:pPr>
        <w:pStyle w:val="ListParagraph"/>
      </w:pPr>
      <w:r>
        <w:rPr>
          <w:sz w:val="22"/>
        </w:rPr>
        <w:t>A. Hiến chương Liên hợp quốc.</w:t>
      </w:r>
    </w:p>
    <w:p>
      <w:pPr>
        <w:pStyle w:val="ListParagraph"/>
      </w:pPr>
      <w:r>
        <w:rPr>
          <w:sz w:val="22"/>
        </w:rPr>
        <w:t>B. Công ước quốc tế về luật biển.</w:t>
      </w:r>
    </w:p>
    <w:p>
      <w:pPr>
        <w:pStyle w:val="ListParagraph"/>
      </w:pPr>
      <w:r>
        <w:rPr>
          <w:sz w:val="22"/>
        </w:rPr>
        <w:t>C. Hiệp ước hạn chế vũ khí hạt nhân.</w:t>
      </w:r>
    </w:p>
    <w:p>
      <w:pPr>
        <w:pStyle w:val="ListParagraph"/>
      </w:pPr>
      <w:r>
        <w:rPr>
          <w:sz w:val="22"/>
        </w:rPr>
        <w:t>D. Định ước Hen-xin-ki</w:t>
      </w:r>
    </w:p>
    <w:p/>
    <w:p>
      <w:r>
        <w:rPr>
          <w:b/>
          <w:sz w:val="24"/>
        </w:rPr>
        <w:t>Câu 3: Một trong những trụ cột của phe Đồng minh chống phát xít có đóng góp to lớn đối với sự thành lập tổ chức Liên hợp quốc là</w:t>
      </w:r>
    </w:p>
    <w:p>
      <w:pPr>
        <w:pStyle w:val="ListParagraph"/>
      </w:pPr>
      <w:r>
        <w:rPr>
          <w:sz w:val="22"/>
        </w:rPr>
        <w:t>A. Nhật Bản.</w:t>
      </w:r>
    </w:p>
    <w:p>
      <w:pPr>
        <w:pStyle w:val="ListParagraph"/>
      </w:pPr>
      <w:r>
        <w:rPr>
          <w:sz w:val="22"/>
        </w:rPr>
        <w:t>B. Liên Xô.</w:t>
      </w:r>
    </w:p>
    <w:p>
      <w:pPr>
        <w:pStyle w:val="ListParagraph"/>
      </w:pPr>
      <w:r>
        <w:rPr>
          <w:sz w:val="22"/>
        </w:rPr>
        <w:t>C. Hàn Quốc.</w:t>
      </w:r>
    </w:p>
    <w:p>
      <w:pPr>
        <w:pStyle w:val="ListParagraph"/>
      </w:pPr>
      <w:r>
        <w:rPr>
          <w:sz w:val="22"/>
        </w:rPr>
        <w:t>D. Đức.</w:t>
      </w:r>
    </w:p>
    <w:p/>
    <w:p>
      <w:r>
        <w:rPr>
          <w:b/>
          <w:sz w:val="24"/>
        </w:rPr>
        <w:t>Câu 4: Tại Hội nghị Tê-hê-ran (Iran – năm 1943), nguyên thủ 3 nước Liên Xô, Mỹ, Anh khẳng định</w:t>
      </w:r>
    </w:p>
    <w:p>
      <w:pPr>
        <w:pStyle w:val="ListParagraph"/>
      </w:pPr>
      <w:r>
        <w:rPr>
          <w:sz w:val="22"/>
        </w:rPr>
        <w:t>A. quyết tâm thành lập Liên hợp quốc.</w:t>
      </w:r>
    </w:p>
    <w:p>
      <w:pPr>
        <w:pStyle w:val="ListParagraph"/>
      </w:pPr>
      <w:r>
        <w:rPr>
          <w:sz w:val="22"/>
        </w:rPr>
        <w:t>B. phát xít Đức là kẻ thù duy nhất.</w:t>
      </w:r>
    </w:p>
    <w:p>
      <w:pPr>
        <w:pStyle w:val="ListParagraph"/>
      </w:pPr>
      <w:r>
        <w:rPr>
          <w:sz w:val="22"/>
        </w:rPr>
        <w:t>C. nguyên tắc phân chia nước Đức.</w:t>
      </w:r>
    </w:p>
    <w:p>
      <w:pPr>
        <w:pStyle w:val="ListParagraph"/>
      </w:pPr>
      <w:r>
        <w:rPr>
          <w:sz w:val="22"/>
        </w:rPr>
        <w:t>D. thành lập Liên minh châu Âu.</w:t>
      </w:r>
    </w:p>
    <w:p/>
    <w:p>
      <w:r>
        <w:rPr>
          <w:b/>
          <w:sz w:val="24"/>
        </w:rPr>
        <w:t>Câu 5: Tổ chức Liên hợp quốc được thành lập trong bối cảnh nhân dân thế giới ý thức sâu sắc về hậu quả tàn khốc của</w:t>
      </w:r>
    </w:p>
    <w:p>
      <w:pPr>
        <w:pStyle w:val="ListParagraph"/>
      </w:pPr>
      <w:r>
        <w:rPr>
          <w:sz w:val="22"/>
        </w:rPr>
        <w:t>A. Chiến tranh lạnh.</w:t>
      </w:r>
    </w:p>
    <w:p>
      <w:pPr>
        <w:pStyle w:val="ListParagraph"/>
      </w:pPr>
      <w:r>
        <w:rPr>
          <w:sz w:val="22"/>
        </w:rPr>
        <w:t>B. khủng hoảng kinh tế.</w:t>
      </w:r>
    </w:p>
    <w:p>
      <w:pPr>
        <w:pStyle w:val="ListParagraph"/>
      </w:pPr>
      <w:r>
        <w:rPr>
          <w:sz w:val="22"/>
        </w:rPr>
        <w:t>C. chủ nghĩa khủng bố.</w:t>
      </w:r>
    </w:p>
    <w:p>
      <w:pPr>
        <w:pStyle w:val="ListParagraph"/>
      </w:pPr>
      <w:r>
        <w:rPr>
          <w:sz w:val="22"/>
        </w:rPr>
        <w:t>D. Chiến tranh thế giới thứ hai.</w:t>
      </w:r>
    </w:p>
    <w:p/>
    <w:p>
      <w:r>
        <w:rPr>
          <w:b/>
          <w:sz w:val="24"/>
        </w:rPr>
        <w:t>Câu 6: Để duy trì nền hoà bình, an ninh quốc tế, Liên hợp quốc đã có nỗ lực và hành động nào sau đây?</w:t>
      </w:r>
    </w:p>
    <w:p>
      <w:pPr>
        <w:pStyle w:val="ListParagraph"/>
      </w:pPr>
      <w:r>
        <w:rPr>
          <w:sz w:val="22"/>
        </w:rPr>
        <w:t>A. Xây dựng hệ thống các công ước quốc tế về giải trừ quân bị.</w:t>
      </w:r>
    </w:p>
    <w:p>
      <w:pPr>
        <w:pStyle w:val="ListParagraph"/>
      </w:pPr>
      <w:r>
        <w:rPr>
          <w:sz w:val="22"/>
        </w:rPr>
        <w:t>B. Buộc Mỹ và Liên Xô phải tuyên bố chấm dứt Chiến tranh lạnh.</w:t>
      </w:r>
    </w:p>
    <w:p>
      <w:pPr>
        <w:pStyle w:val="ListParagraph"/>
      </w:pPr>
      <w:r>
        <w:rPr>
          <w:sz w:val="22"/>
        </w:rPr>
        <w:t>C. Thúc đẩy việc thành lập các tổ chức liên kết khu vực trên thế giới.</w:t>
      </w:r>
    </w:p>
    <w:p>
      <w:pPr>
        <w:pStyle w:val="ListParagraph"/>
      </w:pPr>
      <w:r>
        <w:rPr>
          <w:sz w:val="22"/>
        </w:rPr>
        <w:t>D. Hỗ trợ các nước Đông Á đấu tranh chống nạn phân biệt chủng tộc.</w:t>
      </w:r>
    </w:p>
    <w:p/>
    <w:p>
      <w:r>
        <w:rPr>
          <w:b/>
          <w:sz w:val="24"/>
        </w:rPr>
        <w:t>Câu 7: Một trong những vai trò của tổ chức Liên hợp quốc từ khi thành lập đến ngày nay là</w:t>
      </w:r>
    </w:p>
    <w:p>
      <w:pPr>
        <w:pStyle w:val="ListParagraph"/>
      </w:pPr>
      <w:r>
        <w:rPr>
          <w:sz w:val="22"/>
        </w:rPr>
        <w:t>A. ngăn ngừa được mọi cuộc chiến tranh.</w:t>
      </w:r>
    </w:p>
    <w:p>
      <w:pPr>
        <w:pStyle w:val="ListParagraph"/>
      </w:pPr>
      <w:r>
        <w:rPr>
          <w:sz w:val="22"/>
        </w:rPr>
        <w:t>B. xóa bỏ hoàn toàn bất bình đẳng xã hội.</w:t>
      </w:r>
    </w:p>
    <w:p>
      <w:pPr>
        <w:pStyle w:val="ListParagraph"/>
      </w:pPr>
      <w:r>
        <w:rPr>
          <w:sz w:val="22"/>
        </w:rPr>
        <w:t>C. giải quyết nhiều cuộc xung đột trên thế giới.</w:t>
      </w:r>
    </w:p>
    <w:p>
      <w:pPr>
        <w:pStyle w:val="ListParagraph"/>
      </w:pPr>
      <w:r>
        <w:rPr>
          <w:sz w:val="22"/>
        </w:rPr>
        <w:t>D. lật đổ sự thống trị của chủ nghĩa phát xít.</w:t>
      </w:r>
    </w:p>
    <w:p/>
    <w:p>
      <w:r>
        <w:rPr>
          <w:b/>
          <w:sz w:val="24"/>
        </w:rPr>
        <w:t>Câu 8: Nội dung nào sau đây là vai trò Liên hợp quốc?</w:t>
      </w:r>
    </w:p>
    <w:p>
      <w:pPr>
        <w:pStyle w:val="ListParagraph"/>
      </w:pPr>
      <w:r>
        <w:rPr>
          <w:sz w:val="22"/>
        </w:rPr>
        <w:t>A. Thúc đẩy hợp tác quốc tế về kinh tế, tài chính.</w:t>
      </w:r>
    </w:p>
    <w:p>
      <w:pPr>
        <w:pStyle w:val="ListParagraph"/>
      </w:pPr>
      <w:r>
        <w:rPr>
          <w:sz w:val="22"/>
        </w:rPr>
        <w:t>B. Chấm dứt Chiến tranh lạnh.</w:t>
      </w:r>
    </w:p>
    <w:p>
      <w:pPr>
        <w:pStyle w:val="ListParagraph"/>
      </w:pPr>
      <w:r>
        <w:rPr>
          <w:sz w:val="22"/>
        </w:rPr>
        <w:t>C. Thúc đẩy cách mạng công nghiệp lần thứ nhất.</w:t>
      </w:r>
    </w:p>
    <w:p>
      <w:pPr>
        <w:pStyle w:val="ListParagraph"/>
      </w:pPr>
      <w:r>
        <w:rPr>
          <w:sz w:val="22"/>
        </w:rPr>
        <w:t>D. Chấm dứt Chiến tranh thế giới thứ nhất.</w:t>
      </w:r>
    </w:p>
    <w:p/>
    <w:p>
      <w:r>
        <w:rPr>
          <w:b/>
          <w:sz w:val="24"/>
        </w:rPr>
        <w:t>Câu 9: Liên Hợp Quốc đề ra nguyên tắc hoạt động nào sau đây?</w:t>
      </w:r>
    </w:p>
    <w:p>
      <w:pPr>
        <w:pStyle w:val="ListParagraph"/>
      </w:pPr>
      <w:r>
        <w:rPr>
          <w:sz w:val="22"/>
        </w:rPr>
        <w:t>A. Duy trì hòa bình, an ninh kinh tế thế giới.</w:t>
      </w:r>
    </w:p>
    <w:p>
      <w:pPr>
        <w:pStyle w:val="ListParagraph"/>
      </w:pPr>
      <w:r>
        <w:rPr>
          <w:sz w:val="22"/>
        </w:rPr>
        <w:t>B. Tôn trọng quyền tự quyết của các dân tộc.</w:t>
      </w:r>
    </w:p>
    <w:p>
      <w:pPr>
        <w:pStyle w:val="ListParagraph"/>
      </w:pPr>
      <w:r>
        <w:rPr>
          <w:sz w:val="22"/>
        </w:rPr>
        <w:t>C. Hợp tác cùng có lợi và giúp đỡ lẫn nhau.</w:t>
      </w:r>
    </w:p>
    <w:p>
      <w:pPr>
        <w:pStyle w:val="ListParagraph"/>
      </w:pPr>
      <w:r>
        <w:rPr>
          <w:sz w:val="22"/>
        </w:rPr>
        <w:t>D. Chấm dứt các cuộc chiến tranh và xung đột.</w:t>
      </w:r>
    </w:p>
    <w:p/>
    <w:p>
      <w:r>
        <w:rPr>
          <w:b/>
          <w:sz w:val="24"/>
        </w:rPr>
        <w:t>Câu 10: Một trong những nguyên tắc hoạt động của Liên hợp quốc quy định tại Hiến chương năm 1945 là giải quyết các tranh chấp quốc tế là bằng biện pháp nào sau đây?</w:t>
      </w:r>
    </w:p>
    <w:p>
      <w:pPr>
        <w:pStyle w:val="ListParagraph"/>
      </w:pPr>
      <w:r>
        <w:rPr>
          <w:sz w:val="22"/>
        </w:rPr>
        <w:t>A. Hòa bình.</w:t>
      </w:r>
    </w:p>
    <w:p>
      <w:pPr>
        <w:pStyle w:val="ListParagraph"/>
      </w:pPr>
      <w:r>
        <w:rPr>
          <w:sz w:val="22"/>
        </w:rPr>
        <w:t>B. Bạo lực.</w:t>
      </w:r>
    </w:p>
    <w:p>
      <w:pPr>
        <w:pStyle w:val="ListParagraph"/>
      </w:pPr>
      <w:r>
        <w:rPr>
          <w:sz w:val="22"/>
        </w:rPr>
        <w:t>C. Thỏa hiệp.</w:t>
      </w:r>
    </w:p>
    <w:p>
      <w:pPr>
        <w:pStyle w:val="ListParagraph"/>
      </w:pPr>
      <w:r>
        <w:rPr>
          <w:sz w:val="22"/>
        </w:rPr>
        <w:t>D. Vũ lực.</w:t>
      </w:r>
    </w:p>
    <w:p/>
    <w:p>
      <w:r>
        <w:t>──────────────────────────────────────────────────</w:t>
      </w:r>
    </w:p>
    <w:p>
      <w:r>
        <w:rPr>
          <w:b/>
        </w:rPr>
        <w:t>BẢNG ĐÁP ÁN &amp; LỜI GIẢI CHI TIẾT</w:t>
      </w:r>
    </w:p>
    <w:p>
      <w:r>
        <w:rPr>
          <w:b/>
        </w:rPr>
        <w:t>Câu 1: Đáp án đúng: A</w:t>
      </w:r>
    </w:p>
    <w:p>
      <w:r>
        <w:rPr>
          <w:b/>
        </w:rPr>
        <w:t>Câu 2: Đáp án đúng: A</w:t>
      </w:r>
    </w:p>
    <w:p>
      <w:r>
        <w:rPr>
          <w:b/>
        </w:rPr>
        <w:t>Câu 3: Đáp án đúng: B</w:t>
      </w:r>
    </w:p>
    <w:p>
      <w:r>
        <w:rPr>
          <w:b/>
        </w:rPr>
        <w:t>Câu 4: Đáp án đúng: A</w:t>
      </w:r>
    </w:p>
    <w:p>
      <w:r>
        <w:rPr>
          <w:b/>
        </w:rPr>
        <w:t>Câu 5: Đáp án đúng: D</w:t>
      </w:r>
    </w:p>
    <w:p>
      <w:r>
        <w:rPr>
          <w:b/>
        </w:rPr>
        <w:t>Câu 6: Đáp án đúng: A</w:t>
      </w:r>
    </w:p>
    <w:p>
      <w:r>
        <w:rPr>
          <w:b/>
        </w:rPr>
        <w:t>Câu 7: Đáp án đúng: C</w:t>
      </w:r>
    </w:p>
    <w:p>
      <w:r>
        <w:rPr>
          <w:b/>
        </w:rPr>
        <w:t>Câu 8: Đáp án đúng: A</w:t>
      </w:r>
    </w:p>
    <w:p>
      <w:r>
        <w:rPr>
          <w:b/>
        </w:rPr>
        <w:t>Câu 9: Đáp án đúng: B</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