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Đến nửa cuối thế kỉ thứ V, các bộ tộc người Giéc –</w:t>
      </w:r>
    </w:p>
    <w:p>
      <w:pPr>
        <w:jc w:val="center"/>
      </w:pPr>
      <w:r>
        <w:rPr>
          <w:sz w:val="22"/>
        </w:rPr>
        <w:t>Số câu: 10    Thời gian: _____ phút    Họ và tên: _________________________</w:t>
      </w:r>
    </w:p>
    <w:p/>
    <w:p>
      <w:r>
        <w:rPr>
          <w:b/>
          <w:sz w:val="24"/>
        </w:rPr>
        <w:t>Câu 1: Đến nửa cuối thế kỉ thứ V, các bộ tộc người Giéc – man từ phương bắc tràn xuống xâm chiếm lãnh thổ và đưa đến sự diệt vong của đế quốc nào?</w:t>
      </w:r>
    </w:p>
    <w:p>
      <w:pPr>
        <w:pStyle w:val="ListParagraph"/>
      </w:pPr>
      <w:r>
        <w:rPr>
          <w:sz w:val="22"/>
        </w:rPr>
        <w:t>A. Đế quốc La Mã</w:t>
      </w:r>
    </w:p>
    <w:p>
      <w:pPr>
        <w:pStyle w:val="ListParagraph"/>
      </w:pPr>
      <w:r>
        <w:rPr>
          <w:sz w:val="22"/>
        </w:rPr>
        <w:t>B. Đế quốc Ba Tư</w:t>
      </w:r>
    </w:p>
    <w:p>
      <w:pPr>
        <w:pStyle w:val="ListParagraph"/>
      </w:pPr>
      <w:r>
        <w:rPr>
          <w:sz w:val="22"/>
        </w:rPr>
        <w:t>C. Đế quốc Ai Cập</w:t>
      </w:r>
    </w:p>
    <w:p>
      <w:pPr>
        <w:pStyle w:val="ListParagraph"/>
      </w:pPr>
      <w:r>
        <w:rPr>
          <w:sz w:val="22"/>
        </w:rPr>
        <w:t>D. Đế quốc Hy Lạp</w:t>
      </w:r>
    </w:p>
    <w:p/>
    <w:p>
      <w:r>
        <w:rPr>
          <w:b/>
          <w:sz w:val="24"/>
        </w:rPr>
        <w:t>Câu 2: Trong bối cảnh hình thành chủ nghĩa tư bản ở Tây Âu, nguồn vốn và tài nguyên được giới quý tộc và thương nhân châu Âu mạnh mẽ cướp bóc chủ yếu xuất phát từ những khu vực nào?</w:t>
      </w:r>
    </w:p>
    <w:p>
      <w:pPr>
        <w:pStyle w:val="ListParagraph"/>
      </w:pPr>
      <w:r>
        <w:rPr>
          <w:sz w:val="22"/>
        </w:rPr>
        <w:t>A. Châu Á và châu Phi</w:t>
      </w:r>
    </w:p>
    <w:p>
      <w:pPr>
        <w:pStyle w:val="ListParagraph"/>
      </w:pPr>
      <w:r>
        <w:rPr>
          <w:sz w:val="22"/>
        </w:rPr>
        <w:t>B. Châu Mỹ và châu Á</w:t>
      </w:r>
    </w:p>
    <w:p>
      <w:pPr>
        <w:pStyle w:val="ListParagraph"/>
      </w:pPr>
      <w:r>
        <w:rPr>
          <w:sz w:val="22"/>
        </w:rPr>
        <w:t>C. Châu Phi và châu Mỹ</w:t>
      </w:r>
    </w:p>
    <w:p>
      <w:pPr>
        <w:pStyle w:val="ListParagraph"/>
      </w:pPr>
      <w:r>
        <w:rPr>
          <w:sz w:val="22"/>
        </w:rPr>
        <w:t>D. Châu Âu và châu Á</w:t>
      </w:r>
    </w:p>
    <w:p/>
    <w:p>
      <w:r>
        <w:rPr>
          <w:b/>
          <w:sz w:val="24"/>
        </w:rPr>
        <w:t>Câu 3: Bản chất của mối quan hệ xã hội giữa lãnh chúa phong kiến và nông nô trong các lãnh địa ở Tây Âu là gì?</w:t>
      </w:r>
    </w:p>
    <w:p>
      <w:pPr>
        <w:pStyle w:val="ListParagraph"/>
      </w:pPr>
      <w:r>
        <w:rPr>
          <w:sz w:val="22"/>
        </w:rPr>
        <w:t>A. Quan hệ bóc lột và phụ thuộc</w:t>
      </w:r>
    </w:p>
    <w:p>
      <w:pPr>
        <w:pStyle w:val="ListParagraph"/>
      </w:pPr>
      <w:r>
        <w:rPr>
          <w:sz w:val="22"/>
        </w:rPr>
        <w:t>B. Quan hệ hợp tác bình đẳng</w:t>
      </w:r>
    </w:p>
    <w:p>
      <w:pPr>
        <w:pStyle w:val="ListParagraph"/>
      </w:pPr>
      <w:r>
        <w:rPr>
          <w:sz w:val="22"/>
        </w:rPr>
        <w:t>C. Quan hệ thầy trò</w:t>
      </w:r>
    </w:p>
    <w:p>
      <w:pPr>
        <w:pStyle w:val="ListParagraph"/>
      </w:pPr>
      <w:r>
        <w:rPr>
          <w:sz w:val="22"/>
        </w:rPr>
        <w:t>D. Quan hệ mua bán</w:t>
      </w:r>
    </w:p>
    <w:p/>
    <w:p>
      <w:r>
        <w:rPr>
          <w:b/>
          <w:sz w:val="24"/>
        </w:rPr>
        <w:t>Câu 4: Những giai cấp mi nào được hình thành trong quá trình phong kiến hóa ở vương quốc Phơ – răng?</w:t>
      </w:r>
    </w:p>
    <w:p>
      <w:pPr>
        <w:pStyle w:val="ListParagraph"/>
      </w:pPr>
      <w:r>
        <w:rPr>
          <w:sz w:val="22"/>
        </w:rPr>
        <w:t>A. Lãnh chúa và nông nô</w:t>
      </w:r>
    </w:p>
    <w:p>
      <w:pPr>
        <w:pStyle w:val="ListParagraph"/>
      </w:pPr>
      <w:r>
        <w:rPr>
          <w:sz w:val="22"/>
        </w:rPr>
        <w:t>B. Quý tộc và nô lệ</w:t>
      </w:r>
    </w:p>
    <w:p>
      <w:pPr>
        <w:pStyle w:val="ListParagraph"/>
      </w:pPr>
      <w:r>
        <w:rPr>
          <w:sz w:val="22"/>
        </w:rPr>
        <w:t>C. Tư sản và vô sản</w:t>
      </w:r>
    </w:p>
    <w:p>
      <w:pPr>
        <w:pStyle w:val="ListParagraph"/>
      </w:pPr>
      <w:r>
        <w:rPr>
          <w:sz w:val="22"/>
        </w:rPr>
        <w:t>D. Địa chủ và tá điền</w:t>
      </w:r>
    </w:p>
    <w:p/>
    <w:p>
      <w:r>
        <w:rPr>
          <w:b/>
          <w:sz w:val="24"/>
        </w:rPr>
        <w:t>Câu 5: Năm 1487, đoàn thám hiểm của bồ đào nha do ai dẫn đầu đã thám hiểm đến điểm cực nam của châu Phi và đặt tên là mũi Hảo Vọng?</w:t>
      </w:r>
    </w:p>
    <w:p>
      <w:pPr>
        <w:pStyle w:val="ListParagraph"/>
      </w:pPr>
      <w:r>
        <w:rPr>
          <w:sz w:val="22"/>
        </w:rPr>
        <w:t>A. Vaxco đơ Gama</w:t>
      </w:r>
    </w:p>
    <w:p>
      <w:pPr>
        <w:pStyle w:val="ListParagraph"/>
      </w:pPr>
      <w:r>
        <w:rPr>
          <w:sz w:val="22"/>
        </w:rPr>
        <w:t>B. Bartolomeu Dias</w:t>
      </w:r>
    </w:p>
    <w:p>
      <w:pPr>
        <w:pStyle w:val="ListParagraph"/>
      </w:pPr>
      <w:r>
        <w:rPr>
          <w:sz w:val="22"/>
        </w:rPr>
        <w:t>C. Christopher Columbus</w:t>
      </w:r>
    </w:p>
    <w:p>
      <w:pPr>
        <w:pStyle w:val="ListParagraph"/>
      </w:pPr>
      <w:r>
        <w:rPr>
          <w:sz w:val="22"/>
        </w:rPr>
        <w:t>D. Ferdinand Magellan</w:t>
      </w:r>
    </w:p>
    <w:p/>
    <w:p>
      <w:r>
        <w:rPr>
          <w:b/>
          <w:sz w:val="24"/>
        </w:rPr>
        <w:t>Câu 6: Đoàn thám hiểm nào dưới đây đã thực hiện chuyến đi vòng quanh thế giới đầu tiên bằng đường biển từ năm 1519 đến 1522?</w:t>
      </w:r>
    </w:p>
    <w:p>
      <w:pPr>
        <w:pStyle w:val="ListParagraph"/>
      </w:pPr>
      <w:r>
        <w:rPr>
          <w:sz w:val="22"/>
        </w:rPr>
        <w:t>A. Đoàn thám hiểm của Vaxco đơ Gama</w:t>
      </w:r>
    </w:p>
    <w:p>
      <w:pPr>
        <w:pStyle w:val="ListParagraph"/>
      </w:pPr>
      <w:r>
        <w:rPr>
          <w:sz w:val="22"/>
        </w:rPr>
        <w:t>B. Đoàn thám hiểm của Christopher Columbus</w:t>
      </w:r>
    </w:p>
    <w:p>
      <w:pPr>
        <w:pStyle w:val="ListParagraph"/>
      </w:pPr>
      <w:r>
        <w:rPr>
          <w:sz w:val="22"/>
        </w:rPr>
        <w:t>C. Đoàn thám hiểm của Ferdinand Magellan</w:t>
      </w:r>
    </w:p>
    <w:p>
      <w:pPr>
        <w:pStyle w:val="ListParagraph"/>
      </w:pPr>
      <w:r>
        <w:rPr>
          <w:sz w:val="22"/>
        </w:rPr>
        <w:t>D. Đoàn thám hiểm của Bartolomeu Dias</w:t>
      </w:r>
    </w:p>
    <w:p/>
    <w:p>
      <w:r>
        <w:rPr>
          <w:b/>
          <w:sz w:val="24"/>
        </w:rPr>
        <w:t>Câu 7: Tác phẩm hội họa nổi tiếng “ nàng La Giô – công – đơ ” là kiệt tác củ danh họa nào?</w:t>
      </w:r>
    </w:p>
    <w:p>
      <w:pPr>
        <w:pStyle w:val="ListParagraph"/>
      </w:pPr>
      <w:r>
        <w:rPr>
          <w:sz w:val="22"/>
        </w:rPr>
        <w:t>A. Leonardo da Vinci</w:t>
      </w:r>
    </w:p>
    <w:p>
      <w:pPr>
        <w:pStyle w:val="ListParagraph"/>
      </w:pPr>
      <w:r>
        <w:rPr>
          <w:sz w:val="22"/>
        </w:rPr>
        <w:t>B. Michelangelo</w:t>
      </w:r>
    </w:p>
    <w:p>
      <w:pPr>
        <w:pStyle w:val="ListParagraph"/>
      </w:pPr>
      <w:r>
        <w:rPr>
          <w:sz w:val="22"/>
        </w:rPr>
        <w:t>C. Raphael</w:t>
      </w:r>
    </w:p>
    <w:p>
      <w:pPr>
        <w:pStyle w:val="ListParagraph"/>
      </w:pPr>
      <w:r>
        <w:rPr>
          <w:sz w:val="22"/>
        </w:rPr>
        <w:t>D. Donatello</w:t>
      </w:r>
    </w:p>
    <w:p/>
    <w:p>
      <w:r>
        <w:rPr>
          <w:b/>
          <w:sz w:val="24"/>
        </w:rPr>
        <w:t>Câu 8: Sự kiện nào được coi là cuộc đấu tranh công khai đầu tiên trên lĩnh vực văn hóa, tư tưởng của giai cấp tư sản chống chế độ phong kiến lỗi thời?</w:t>
      </w:r>
    </w:p>
    <w:p>
      <w:pPr>
        <w:pStyle w:val="ListParagraph"/>
      </w:pPr>
      <w:r>
        <w:rPr>
          <w:sz w:val="22"/>
        </w:rPr>
        <w:t>A. Phong trào Văn hóa Phục hưng</w:t>
      </w:r>
    </w:p>
    <w:p>
      <w:pPr>
        <w:pStyle w:val="ListParagraph"/>
      </w:pPr>
      <w:r>
        <w:rPr>
          <w:sz w:val="22"/>
        </w:rPr>
        <w:t>B. Cải cách tôn giáo</w:t>
      </w:r>
    </w:p>
    <w:p>
      <w:pPr>
        <w:pStyle w:val="ListParagraph"/>
      </w:pPr>
      <w:r>
        <w:rPr>
          <w:sz w:val="22"/>
        </w:rPr>
        <w:t>C. Phong trào Khai sáng</w:t>
      </w:r>
    </w:p>
    <w:p>
      <w:pPr>
        <w:pStyle w:val="ListParagraph"/>
      </w:pPr>
      <w:r>
        <w:rPr>
          <w:sz w:val="22"/>
        </w:rPr>
        <w:t>D. Cách mạng tư sản Anh</w:t>
      </w:r>
    </w:p>
    <w:p/>
    <w:p>
      <w:r>
        <w:rPr>
          <w:b/>
          <w:sz w:val="24"/>
        </w:rPr>
        <w:t>Câu 9: Câu nói “ dù sao thì trái đất vẫn quay” gắn liền với tên tuổi cảu nhà khoa học nào trong thờ kì Phục Hưng?</w:t>
      </w:r>
    </w:p>
    <w:p>
      <w:pPr>
        <w:pStyle w:val="ListParagraph"/>
      </w:pPr>
      <w:r>
        <w:rPr>
          <w:sz w:val="22"/>
        </w:rPr>
        <w:t>A. Nicolaus Copernicus</w:t>
      </w:r>
    </w:p>
    <w:p>
      <w:pPr>
        <w:pStyle w:val="ListParagraph"/>
      </w:pPr>
      <w:r>
        <w:rPr>
          <w:sz w:val="22"/>
        </w:rPr>
        <w:t>B. Galileo Galilei</w:t>
      </w:r>
    </w:p>
    <w:p>
      <w:pPr>
        <w:pStyle w:val="ListParagraph"/>
      </w:pPr>
      <w:r>
        <w:rPr>
          <w:sz w:val="22"/>
        </w:rPr>
        <w:t>C. Johannes Kepler</w:t>
      </w:r>
    </w:p>
    <w:p>
      <w:pPr>
        <w:pStyle w:val="ListParagraph"/>
      </w:pPr>
      <w:r>
        <w:rPr>
          <w:sz w:val="22"/>
        </w:rPr>
        <w:t>D. Isaac Newton</w:t>
      </w:r>
    </w:p>
    <w:p/>
    <w:p>
      <w:r>
        <w:rPr>
          <w:b/>
          <w:sz w:val="24"/>
        </w:rPr>
        <w:t>Câu 10: Nhân vật tiêu biểu nào được nhắc tới là nhà viết kịch vĩ đại thời Phục hưng với các vở kịch nổi tiếng như Rô – mê – ô và Giu – li – ét, Hám – lét?</w:t>
      </w:r>
    </w:p>
    <w:p>
      <w:pPr>
        <w:pStyle w:val="ListParagraph"/>
      </w:pPr>
      <w:r>
        <w:rPr>
          <w:sz w:val="22"/>
        </w:rPr>
        <w:t>A. William Shakespeare</w:t>
      </w:r>
    </w:p>
    <w:p>
      <w:pPr>
        <w:pStyle w:val="ListParagraph"/>
      </w:pPr>
      <w:r>
        <w:rPr>
          <w:sz w:val="22"/>
        </w:rPr>
        <w:t>B. Dante Alighieri</w:t>
      </w:r>
    </w:p>
    <w:p>
      <w:pPr>
        <w:pStyle w:val="ListParagraph"/>
      </w:pPr>
      <w:r>
        <w:rPr>
          <w:sz w:val="22"/>
        </w:rPr>
        <w:t>C. Petrarch</w:t>
      </w:r>
    </w:p>
    <w:p>
      <w:pPr>
        <w:pStyle w:val="ListParagraph"/>
      </w:pPr>
      <w:r>
        <w:rPr>
          <w:sz w:val="22"/>
        </w:rPr>
        <w:t>D. Boccaccio</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A</w:t>
      </w:r>
    </w:p>
    <w:p>
      <w:r>
        <w:rPr>
          <w:b/>
        </w:rPr>
        <w:t>Câu 5: Đáp án đúng: B</w:t>
      </w:r>
    </w:p>
    <w:p>
      <w:r>
        <w:rPr>
          <w:b/>
        </w:rPr>
        <w:t>Câu 6: Đáp án đúng: C</w:t>
      </w:r>
    </w:p>
    <w:p>
      <w:r>
        <w:rPr>
          <w:b/>
        </w:rPr>
        <w:t>Câu 7: Đáp án đúng: A</w:t>
      </w:r>
    </w:p>
    <w:p>
      <w:r>
        <w:rPr>
          <w:b/>
        </w:rPr>
        <w:t>Câu 8: Đáp án đúng: A</w:t>
      </w:r>
    </w:p>
    <w:p>
      <w:r>
        <w:rPr>
          <w:b/>
        </w:rPr>
        <w:t>Câu 9: Đáp án đúng: B</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