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lớp 6: tính toán tìm x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Tìm x, biết: x + 15 = 42</w:t>
      </w:r>
    </w:p>
    <w:p>
      <w:pPr>
        <w:pStyle w:val="ListParagraph"/>
      </w:pPr>
      <w:r>
        <w:rPr>
          <w:sz w:val="22"/>
        </w:rPr>
        <w:t>A. 37</w:t>
      </w:r>
    </w:p>
    <w:p>
      <w:pPr>
        <w:pStyle w:val="ListParagraph"/>
      </w:pPr>
      <w:r>
        <w:rPr>
          <w:sz w:val="22"/>
        </w:rPr>
        <w:t>B. 57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27</w:t>
      </w:r>
    </w:p>
    <w:p/>
    <w:p>
      <w:r>
        <w:rPr>
          <w:b/>
          <w:sz w:val="24"/>
        </w:rPr>
        <w:t>Câu 2: Tìm x, biết: 3x - 7 = 20</w:t>
      </w:r>
    </w:p>
    <w:p>
      <w:pPr>
        <w:pStyle w:val="ListParagraph"/>
      </w:pPr>
      <w:r>
        <w:rPr>
          <w:sz w:val="22"/>
        </w:rPr>
        <w:t>A. 13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27</w:t>
      </w:r>
    </w:p>
    <w:p/>
    <w:p>
      <w:r>
        <w:rPr>
          <w:b/>
          <w:sz w:val="24"/>
        </w:rPr>
        <w:t>Câu 3: Tìm x, biết: 2(x + 3) = 18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4: Tìm x, biết: x : 4 = 12 (dư 3)</w:t>
      </w:r>
    </w:p>
    <w:p>
      <w:pPr>
        <w:pStyle w:val="ListParagraph"/>
      </w:pPr>
      <w:r>
        <w:rPr>
          <w:sz w:val="22"/>
        </w:rPr>
        <w:t>A. 51</w:t>
      </w:r>
    </w:p>
    <w:p>
      <w:pPr>
        <w:pStyle w:val="ListParagraph"/>
      </w:pPr>
      <w:r>
        <w:rPr>
          <w:sz w:val="22"/>
        </w:rPr>
        <w:t>B. 48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5: Tìm x, biết: 5x + 2x = 49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6: Tìm x, biết: 100 - 4x = 36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7: Tìm x, biết: x^2 = 81 (với x là số tự nhiên)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8: Tìm x, biết: (x - 5) . 6 = 54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9: Tìm x, biết: 3x - 12 = 2x + 5</w:t>
      </w:r>
    </w:p>
    <w:p>
      <w:pPr>
        <w:pStyle w:val="ListParagraph"/>
      </w:pPr>
      <w:r>
        <w:rPr>
          <w:sz w:val="22"/>
        </w:rPr>
        <w:t>A. 17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10: Tìm x, biết: 2x + 3x + 5 = 40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x = 42 - 15 = 27</w:t>
      </w:r>
    </w:p>
    <w:p>
      <w:r>
        <w:rPr>
          <w:b/>
        </w:rPr>
        <w:t>Câu 2: Đáp án đúng: B</w:t>
      </w:r>
    </w:p>
    <w:p>
      <w:r>
        <w:rPr>
          <w:i/>
        </w:rPr>
        <w:t>Giải thích: 3x = 20 + 7 = 27, nên x = 27 : 3 = 9</w:t>
      </w:r>
    </w:p>
    <w:p>
      <w:r>
        <w:rPr>
          <w:b/>
        </w:rPr>
        <w:t>Câu 3: Đáp án đúng: B</w:t>
      </w:r>
    </w:p>
    <w:p>
      <w:r>
        <w:rPr>
          <w:i/>
        </w:rPr>
        <w:t>Giải thích: x + 3 = 18 : 2 = 9, nên x = 9 - 3 = 6</w:t>
      </w:r>
    </w:p>
    <w:p>
      <w:r>
        <w:rPr>
          <w:b/>
        </w:rPr>
        <w:t>Câu 4: Đáp án đúng: A</w:t>
      </w:r>
    </w:p>
    <w:p>
      <w:r>
        <w:rPr>
          <w:i/>
        </w:rPr>
        <w:t>Giải thích: x = 12 . 4 + 3 = 48 + 3 = 51</w:t>
      </w:r>
    </w:p>
    <w:p>
      <w:r>
        <w:rPr>
          <w:b/>
        </w:rPr>
        <w:t>Câu 5: Đáp án đúng: C</w:t>
      </w:r>
    </w:p>
    <w:p>
      <w:r>
        <w:rPr>
          <w:i/>
        </w:rPr>
        <w:t>Giải thích: 7x = 49, nên x = 49 : 7 = 7</w:t>
      </w:r>
    </w:p>
    <w:p>
      <w:r>
        <w:rPr>
          <w:b/>
        </w:rPr>
        <w:t>Câu 6: Đáp án đúng: A</w:t>
      </w:r>
    </w:p>
    <w:p>
      <w:r>
        <w:rPr>
          <w:i/>
        </w:rPr>
        <w:t>Giải thích: 4x = 100 - 36 = 64, nên x = 64 : 4 = 16</w:t>
      </w:r>
    </w:p>
    <w:p>
      <w:r>
        <w:rPr>
          <w:b/>
        </w:rPr>
        <w:t>Câu 7: Đáp án đúng: B</w:t>
      </w:r>
    </w:p>
    <w:p>
      <w:r>
        <w:rPr>
          <w:i/>
        </w:rPr>
        <w:t>Giải thích: Vì 9^2 = 81 nên x = 9</w:t>
      </w:r>
    </w:p>
    <w:p>
      <w:r>
        <w:rPr>
          <w:b/>
        </w:rPr>
        <w:t>Câu 8: Đáp án đúng: A</w:t>
      </w:r>
    </w:p>
    <w:p>
      <w:r>
        <w:rPr>
          <w:i/>
        </w:rPr>
        <w:t>Giải thích: x - 5 = 54 : 6 = 9, nên x = 9 + 5 = 14</w:t>
      </w:r>
    </w:p>
    <w:p>
      <w:r>
        <w:rPr>
          <w:b/>
        </w:rPr>
        <w:t>Câu 9: Đáp án đúng: A</w:t>
      </w:r>
    </w:p>
    <w:p>
      <w:r>
        <w:rPr>
          <w:i/>
        </w:rPr>
        <w:t>Giải thích: 3x - 2x = 5 + 12, nên x = 17</w:t>
      </w:r>
    </w:p>
    <w:p>
      <w:r>
        <w:rPr>
          <w:b/>
        </w:rPr>
        <w:t>Câu 10: Đáp án đúng: C</w:t>
      </w:r>
    </w:p>
    <w:p>
      <w:r>
        <w:rPr>
          <w:i/>
        </w:rPr>
        <w:t>Giải thích: 5x + 5 = 40, nên 5x = 35, do đó x = 7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