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Địa lý - Các tổ chức liên kết kinh tế khu vực trên thế giới</w:t>
      </w:r>
    </w:p>
    <w:p>
      <w:pPr>
        <w:jc w:val="center"/>
      </w:pPr>
      <w:r>
        <w:rPr>
          <w:sz w:val="22"/>
        </w:rPr>
        <w:t>Số câu: 40    Thời gian: _____ phút    Họ và tên: _________________________</w:t>
      </w:r>
    </w:p>
    <w:p/>
    <w:p>
      <w:r>
        <w:rPr>
          <w:b/>
          <w:sz w:val="24"/>
        </w:rPr>
        <w:t>Câu 1: Các tổ chức liên kết kinh tế khu vực trên thế giới thường được thành lập bởi các quốc gia có</w:t>
      </w:r>
    </w:p>
    <w:p>
      <w:pPr>
        <w:pStyle w:val="ListParagraph"/>
      </w:pPr>
      <w:r>
        <w:rPr>
          <w:sz w:val="22"/>
        </w:rPr>
        <w:t>A. chung mục tiêu và lợi ích phát triển.</w:t>
      </w:r>
    </w:p>
    <w:p>
      <w:pPr>
        <w:pStyle w:val="ListParagraph"/>
      </w:pPr>
      <w:r>
        <w:rPr>
          <w:sz w:val="22"/>
        </w:rPr>
        <w:t>B. lịch sử phát triển đất nước giống nhau.</w:t>
      </w:r>
    </w:p>
    <w:p>
      <w:pPr>
        <w:pStyle w:val="ListParagraph"/>
      </w:pPr>
      <w:r>
        <w:rPr>
          <w:sz w:val="22"/>
        </w:rPr>
        <w:t>C. tổng thu nhập quốc gia tương tự nhau.</w:t>
      </w:r>
    </w:p>
    <w:p>
      <w:pPr>
        <w:pStyle w:val="ListParagraph"/>
      </w:pPr>
      <w:r>
        <w:rPr>
          <w:sz w:val="22"/>
        </w:rPr>
        <w:t>D. sự phát triển kinh tế - xã hội đồng đều.</w:t>
      </w:r>
    </w:p>
    <w:p/>
    <w:p>
      <w:r>
        <w:rPr>
          <w:b/>
          <w:sz w:val="24"/>
        </w:rPr>
        <w:t>Câu 2: Phát biểu nào sau đây thể hiện rõ nhất sự tăng nhanh của các giao dịch thương mại quốc tế?</w:t>
      </w:r>
    </w:p>
    <w:p>
      <w:pPr>
        <w:pStyle w:val="ListParagraph"/>
      </w:pPr>
      <w:r>
        <w:rPr>
          <w:sz w:val="22"/>
        </w:rPr>
        <w:t>A. Gia tăng vị thế các tổ chức liên kết khu vực.</w:t>
      </w:r>
    </w:p>
    <w:p>
      <w:pPr>
        <w:pStyle w:val="ListParagraph"/>
      </w:pPr>
      <w:r>
        <w:rPr>
          <w:sz w:val="22"/>
        </w:rPr>
        <w:t>B. Tăng nhanh tỉ lệ thất nghiệp và thiếu việc làm.</w:t>
      </w:r>
    </w:p>
    <w:p>
      <w:pPr>
        <w:pStyle w:val="ListParagraph"/>
      </w:pPr>
      <w:r>
        <w:rPr>
          <w:sz w:val="22"/>
        </w:rPr>
        <w:t>C. Xuất hiện, phát triển mạnh thương mại điện tử.</w:t>
      </w:r>
    </w:p>
    <w:p>
      <w:pPr>
        <w:pStyle w:val="ListParagraph"/>
      </w:pPr>
      <w:r>
        <w:rPr>
          <w:sz w:val="22"/>
        </w:rPr>
        <w:t>D. Hạn chế sự phụ thuộc lẫn nhau giữa các nước.</w:t>
      </w:r>
    </w:p>
    <w:p/>
    <w:p>
      <w:r>
        <w:rPr>
          <w:b/>
          <w:sz w:val="24"/>
        </w:rPr>
        <w:t>Câu 3: Vấn đề nào sau đây được xếp vào vấn đề an ninh truyền thống?</w:t>
      </w:r>
    </w:p>
    <w:p>
      <w:pPr>
        <w:pStyle w:val="ListParagraph"/>
      </w:pPr>
      <w:r>
        <w:rPr>
          <w:sz w:val="22"/>
        </w:rPr>
        <w:t>A. Khủng bố.</w:t>
      </w:r>
    </w:p>
    <w:p>
      <w:pPr>
        <w:pStyle w:val="ListParagraph"/>
      </w:pPr>
      <w:r>
        <w:rPr>
          <w:sz w:val="22"/>
        </w:rPr>
        <w:t>B. An ninh tài chính.</w:t>
      </w:r>
    </w:p>
    <w:p>
      <w:pPr>
        <w:pStyle w:val="ListParagraph"/>
      </w:pPr>
      <w:r>
        <w:rPr>
          <w:sz w:val="22"/>
        </w:rPr>
        <w:t>C. An ninh năng lượng.</w:t>
      </w:r>
    </w:p>
    <w:p>
      <w:pPr>
        <w:pStyle w:val="ListParagraph"/>
      </w:pPr>
      <w:r>
        <w:rPr>
          <w:sz w:val="22"/>
        </w:rPr>
        <w:t>D. Biến đổi khí hậu.</w:t>
      </w:r>
    </w:p>
    <w:p/>
    <w:p>
      <w:r>
        <w:rPr>
          <w:b/>
          <w:sz w:val="24"/>
        </w:rPr>
        <w:t>Câu 4: Việc bảo đảm số lượng chất lượng nước phục vụ dân sinh trong mọi tình huống được gọi là</w:t>
      </w:r>
    </w:p>
    <w:p>
      <w:pPr>
        <w:pStyle w:val="ListParagraph"/>
      </w:pPr>
      <w:r>
        <w:rPr>
          <w:sz w:val="22"/>
        </w:rPr>
        <w:t>A. an ninh lương thực.</w:t>
      </w:r>
    </w:p>
    <w:p>
      <w:pPr>
        <w:pStyle w:val="ListParagraph"/>
      </w:pPr>
      <w:r>
        <w:rPr>
          <w:sz w:val="22"/>
        </w:rPr>
        <w:t>B. an ninh nguồn nước.</w:t>
      </w:r>
    </w:p>
    <w:p>
      <w:pPr>
        <w:pStyle w:val="ListParagraph"/>
      </w:pPr>
      <w:r>
        <w:rPr>
          <w:sz w:val="22"/>
        </w:rPr>
        <w:t>C. an ninh môi trường.</w:t>
      </w:r>
    </w:p>
    <w:p>
      <w:pPr>
        <w:pStyle w:val="ListParagraph"/>
      </w:pPr>
      <w:r>
        <w:rPr>
          <w:sz w:val="22"/>
        </w:rPr>
        <w:t>D. an ninh tài nguyên.</w:t>
      </w:r>
    </w:p>
    <w:p/>
    <w:p>
      <w:r>
        <w:rPr>
          <w:b/>
          <w:sz w:val="24"/>
        </w:rPr>
        <w:t>Câu 5: Tổ chức nào sau đây có mục đích là thiết lập và duy trì nền thương mại toàn cầu tự do, thuận lợi và minh bạch?</w:t>
      </w:r>
    </w:p>
    <w:p>
      <w:pPr>
        <w:pStyle w:val="ListParagraph"/>
      </w:pPr>
      <w:r>
        <w:rPr>
          <w:sz w:val="22"/>
        </w:rPr>
        <w:t>A. Tổ chức Thương mại Thế giới.</w:t>
      </w:r>
    </w:p>
    <w:p>
      <w:pPr>
        <w:pStyle w:val="ListParagraph"/>
      </w:pPr>
      <w:r>
        <w:rPr>
          <w:sz w:val="22"/>
        </w:rPr>
        <w:t>B. Quỹ Tiền tệ quốc tế.</w:t>
      </w:r>
    </w:p>
    <w:p>
      <w:pPr>
        <w:pStyle w:val="ListParagraph"/>
      </w:pPr>
      <w:r>
        <w:rPr>
          <w:sz w:val="22"/>
        </w:rPr>
        <w:t>C. Diễn đàn hợp tác kinh tế châu Á - Thái Bình Dương.</w:t>
      </w:r>
    </w:p>
    <w:p>
      <w:pPr>
        <w:pStyle w:val="ListParagraph"/>
      </w:pPr>
      <w:r>
        <w:rPr>
          <w:sz w:val="22"/>
        </w:rPr>
        <w:t>D. Liên hợp quốc.</w:t>
      </w:r>
    </w:p>
    <w:p/>
    <w:p>
      <w:r>
        <w:rPr>
          <w:b/>
          <w:sz w:val="24"/>
        </w:rPr>
        <w:t>Câu 6: Thành viên của Diễn đàn hợp tác kinh tế châu Á - Thái Bình Dương (APEC) là các nước ở</w:t>
      </w:r>
    </w:p>
    <w:p>
      <w:pPr>
        <w:pStyle w:val="ListParagraph"/>
      </w:pPr>
      <w:r>
        <w:rPr>
          <w:sz w:val="22"/>
        </w:rPr>
        <w:t>A. châu Âu hoặc có bờ biển thuộc Thái Bình Dương.</w:t>
      </w:r>
    </w:p>
    <w:p>
      <w:pPr>
        <w:pStyle w:val="ListParagraph"/>
      </w:pPr>
      <w:r>
        <w:rPr>
          <w:sz w:val="22"/>
        </w:rPr>
        <w:t>B. châu Á hoặc có bờ biển thuộc Thái Bình Dương.</w:t>
      </w:r>
    </w:p>
    <w:p>
      <w:pPr>
        <w:pStyle w:val="ListParagraph"/>
      </w:pPr>
      <w:r>
        <w:rPr>
          <w:sz w:val="22"/>
        </w:rPr>
        <w:t>C. châu Mỹ hoặc có bờ biển thuộc Thái Bình Dương.</w:t>
      </w:r>
    </w:p>
    <w:p>
      <w:pPr>
        <w:pStyle w:val="ListParagraph"/>
      </w:pPr>
      <w:r>
        <w:rPr>
          <w:sz w:val="22"/>
        </w:rPr>
        <w:t>D. châu Phi hoặc có bờ biển thuộc Thái Bình Dương.</w:t>
      </w:r>
    </w:p>
    <w:p/>
    <w:p>
      <w:r>
        <w:rPr>
          <w:b/>
          <w:sz w:val="24"/>
        </w:rPr>
        <w:t>Câu 7: Lợi thế chủ yếu nhất để các nước Mỹ La-tinh có thể phát triển các cây công nghiệp có nguồn gốc nhiệt đới là</w:t>
      </w:r>
    </w:p>
    <w:p>
      <w:pPr>
        <w:pStyle w:val="ListParagraph"/>
      </w:pPr>
      <w:r>
        <w:rPr>
          <w:sz w:val="22"/>
        </w:rPr>
        <w:t>A. thị trường tiêu thụ rộng lớn.</w:t>
      </w:r>
    </w:p>
    <w:p>
      <w:pPr>
        <w:pStyle w:val="ListParagraph"/>
      </w:pPr>
      <w:r>
        <w:rPr>
          <w:sz w:val="22"/>
        </w:rPr>
        <w:t>B. có nhiều loại đất khác nhau.</w:t>
      </w:r>
    </w:p>
    <w:p>
      <w:pPr>
        <w:pStyle w:val="ListParagraph"/>
      </w:pPr>
      <w:r>
        <w:rPr>
          <w:sz w:val="22"/>
        </w:rPr>
        <w:t>C. các cao nguyên bằng phẳng.</w:t>
      </w:r>
    </w:p>
    <w:p>
      <w:pPr>
        <w:pStyle w:val="ListParagraph"/>
      </w:pPr>
      <w:r>
        <w:rPr>
          <w:sz w:val="22"/>
        </w:rPr>
        <w:t>D. phần lớn có khí hậu nóng ẩm.</w:t>
      </w:r>
    </w:p>
    <w:p/>
    <w:p>
      <w:r>
        <w:rPr>
          <w:b/>
          <w:sz w:val="24"/>
        </w:rPr>
        <w:t>Câu 8: Phát biểu nào sau đây đúng với kinh tế của khu vực Mỹ La tinh?</w:t>
      </w:r>
    </w:p>
    <w:p>
      <w:pPr>
        <w:pStyle w:val="ListParagraph"/>
      </w:pPr>
      <w:r>
        <w:rPr>
          <w:sz w:val="22"/>
        </w:rPr>
        <w:t>A. Nhiều nước vẫn đang là thuộc địa.</w:t>
      </w:r>
    </w:p>
    <w:p>
      <w:pPr>
        <w:pStyle w:val="ListParagraph"/>
      </w:pPr>
      <w:r>
        <w:rPr>
          <w:sz w:val="22"/>
        </w:rPr>
        <w:t>B. Tốc độ tăng trưởng kinh tế ổn định.</w:t>
      </w:r>
    </w:p>
    <w:p>
      <w:pPr>
        <w:pStyle w:val="ListParagraph"/>
      </w:pPr>
      <w:r>
        <w:rPr>
          <w:sz w:val="22"/>
        </w:rPr>
        <w:t>C. Sự phát triển kinh tế rất đồng đều.</w:t>
      </w:r>
    </w:p>
    <w:p>
      <w:pPr>
        <w:pStyle w:val="ListParagraph"/>
      </w:pPr>
      <w:r>
        <w:rPr>
          <w:sz w:val="22"/>
        </w:rPr>
        <w:t>D. Tốc độ tăng trưởng kinh tế không đều.</w:t>
      </w:r>
    </w:p>
    <w:p/>
    <w:p>
      <w:r>
        <w:rPr>
          <w:b/>
          <w:sz w:val="24"/>
        </w:rPr>
        <w:t>Câu 9: Mỹ La-tinh có nền văn hóa độc đáo, đa dạng chủ yếu do</w:t>
      </w:r>
    </w:p>
    <w:p>
      <w:pPr>
        <w:pStyle w:val="ListParagraph"/>
      </w:pPr>
      <w:r>
        <w:rPr>
          <w:sz w:val="22"/>
        </w:rPr>
        <w:t>A. có nhiều thành phần dân tộc.</w:t>
      </w:r>
    </w:p>
    <w:p>
      <w:pPr>
        <w:pStyle w:val="ListParagraph"/>
      </w:pPr>
      <w:r>
        <w:rPr>
          <w:sz w:val="22"/>
        </w:rPr>
        <w:t>B. có người bản địa và da đen.</w:t>
      </w:r>
    </w:p>
    <w:p>
      <w:pPr>
        <w:pStyle w:val="ListParagraph"/>
      </w:pPr>
      <w:r>
        <w:rPr>
          <w:sz w:val="22"/>
        </w:rPr>
        <w:t>C. nhiều quốc gia nhập cư đến.</w:t>
      </w:r>
    </w:p>
    <w:p>
      <w:pPr>
        <w:pStyle w:val="ListParagraph"/>
      </w:pPr>
      <w:r>
        <w:rPr>
          <w:sz w:val="22"/>
        </w:rPr>
        <w:t>D. nhiều lứa tuổi cùng hòa hợp.</w:t>
      </w:r>
    </w:p>
    <w:p/>
    <w:p>
      <w:r>
        <w:rPr>
          <w:b/>
          <w:sz w:val="24"/>
        </w:rPr>
        <w:t>Câu 10: Phía tây của khu vực Mỹ La-tinh có địa hình</w:t>
      </w:r>
    </w:p>
    <w:p>
      <w:pPr>
        <w:pStyle w:val="ListParagraph"/>
      </w:pPr>
      <w:r>
        <w:rPr>
          <w:sz w:val="22"/>
        </w:rPr>
        <w:t>A. bao gồm sơn nguyên, vùng núi trẻ An-đét.</w:t>
      </w:r>
    </w:p>
    <w:p>
      <w:pPr>
        <w:pStyle w:val="ListParagraph"/>
      </w:pPr>
      <w:r>
        <w:rPr>
          <w:sz w:val="22"/>
        </w:rPr>
        <w:t>B. chủ yếu là các đảo và quần đảo ven bờ.</w:t>
      </w:r>
    </w:p>
    <w:p>
      <w:pPr>
        <w:pStyle w:val="ListParagraph"/>
      </w:pPr>
      <w:r>
        <w:rPr>
          <w:sz w:val="22"/>
        </w:rPr>
        <w:t>C. bao gồm miền núi thấp, sơn nguyên và đồng bằng.</w:t>
      </w:r>
    </w:p>
    <w:p>
      <w:pPr>
        <w:pStyle w:val="ListParagraph"/>
      </w:pPr>
      <w:r>
        <w:rPr>
          <w:sz w:val="22"/>
        </w:rPr>
        <w:t>D. chủ yếu là các đồng bằng châu thổ và ven biển.</w:t>
      </w:r>
    </w:p>
    <w:p/>
    <w:p>
      <w:r>
        <w:rPr>
          <w:b/>
          <w:sz w:val="24"/>
        </w:rPr>
        <w:t>Câu 11: Các nước phát triển có đặc điểm là</w:t>
      </w:r>
    </w:p>
    <w:p>
      <w:pPr>
        <w:pStyle w:val="ListParagraph"/>
      </w:pPr>
      <w:r>
        <w:rPr>
          <w:sz w:val="22"/>
        </w:rPr>
        <w:t>A. GNI bình quân đầu người thấp.</w:t>
      </w:r>
    </w:p>
    <w:p>
      <w:pPr>
        <w:pStyle w:val="ListParagraph"/>
      </w:pPr>
      <w:r>
        <w:rPr>
          <w:sz w:val="22"/>
        </w:rPr>
        <w:t>B. Chỉ số phát triển con người thấp.</w:t>
      </w:r>
    </w:p>
    <w:p>
      <w:pPr>
        <w:pStyle w:val="ListParagraph"/>
      </w:pPr>
      <w:r>
        <w:rPr>
          <w:sz w:val="22"/>
        </w:rPr>
        <w:t>C. đầu tư trực tiếp nước ngoài (FDI) nhỏ.</w:t>
      </w:r>
    </w:p>
    <w:p>
      <w:pPr>
        <w:pStyle w:val="ListParagraph"/>
      </w:pPr>
      <w:r>
        <w:rPr>
          <w:sz w:val="22"/>
        </w:rPr>
        <w:t>D. đang chuyển sang nền kinh tế tri thức.</w:t>
      </w:r>
    </w:p>
    <w:p/>
    <w:p>
      <w:r>
        <w:rPr>
          <w:b/>
          <w:sz w:val="24"/>
        </w:rPr>
        <w:t>Câu 12: Phát biểu nào sau đây không đúng với đặc điểm nền kinh tế tri thức?</w:t>
      </w:r>
    </w:p>
    <w:p>
      <w:pPr>
        <w:pStyle w:val="ListParagraph"/>
      </w:pPr>
      <w:r>
        <w:rPr>
          <w:sz w:val="22"/>
        </w:rPr>
        <w:t>A. Dịch vụ chiếm chủ yếu, nổi bật là các ngành cần nhiều tri thức.</w:t>
      </w:r>
    </w:p>
    <w:p>
      <w:pPr>
        <w:pStyle w:val="ListParagraph"/>
      </w:pPr>
      <w:r>
        <w:rPr>
          <w:sz w:val="22"/>
        </w:rPr>
        <w:t>B. Ứng dụng các thành tựu về công nghệ của cuộc cách mạng 4.0.</w:t>
      </w:r>
    </w:p>
    <w:p>
      <w:pPr>
        <w:pStyle w:val="ListParagraph"/>
      </w:pPr>
      <w:r>
        <w:rPr>
          <w:sz w:val="22"/>
        </w:rPr>
        <w:t>C. Sở hữu trí tuệ là nguồn lực quan trọng nhất trong kinh tế tri thức.</w:t>
      </w:r>
    </w:p>
    <w:p>
      <w:pPr>
        <w:pStyle w:val="ListParagraph"/>
      </w:pPr>
      <w:r>
        <w:rPr>
          <w:sz w:val="22"/>
        </w:rPr>
        <w:t>D. Sử dụng số lượng lao động lớn và không đòi hỏi có trình độ cao.</w:t>
      </w:r>
    </w:p>
    <w:p/>
    <w:p>
      <w:r>
        <w:rPr>
          <w:b/>
          <w:sz w:val="24"/>
        </w:rPr>
        <w:t>Câu 13: Tổ chức nào sau đây là một trong những tổ chức kinh tế toàn cầu được hình thành và phát triển cùng với quá trình toàn cầu hóa kinh tế?</w:t>
      </w:r>
    </w:p>
    <w:p>
      <w:pPr>
        <w:pStyle w:val="ListParagraph"/>
      </w:pPr>
      <w:r>
        <w:rPr>
          <w:sz w:val="22"/>
        </w:rPr>
        <w:t>A. Hiệp hội các quốc gia Đông Nam Á.</w:t>
      </w:r>
    </w:p>
    <w:p>
      <w:pPr>
        <w:pStyle w:val="ListParagraph"/>
      </w:pPr>
      <w:r>
        <w:rPr>
          <w:sz w:val="22"/>
        </w:rPr>
        <w:t>B. Diễn đàn Hợp tác kinh tế châu Á - Thái Bình Dương.</w:t>
      </w:r>
    </w:p>
    <w:p>
      <w:pPr>
        <w:pStyle w:val="ListParagraph"/>
      </w:pPr>
      <w:r>
        <w:rPr>
          <w:sz w:val="22"/>
        </w:rPr>
        <w:t>C. Tổ chức Thương mại Thế giới.</w:t>
      </w:r>
    </w:p>
    <w:p>
      <w:pPr>
        <w:pStyle w:val="ListParagraph"/>
      </w:pPr>
      <w:r>
        <w:rPr>
          <w:sz w:val="22"/>
        </w:rPr>
        <w:t>D. Liên minh châu Âu.</w:t>
      </w:r>
    </w:p>
    <w:p/>
    <w:p>
      <w:r>
        <w:rPr>
          <w:b/>
          <w:sz w:val="24"/>
        </w:rPr>
        <w:t>Câu 14: Trong quá trình toàn cầu hóa kinh tế, yếu tố nào sau đây ngày càng được tự do dịch chuyển giữa các quốc gia?</w:t>
      </w:r>
    </w:p>
    <w:p>
      <w:pPr>
        <w:pStyle w:val="ListParagraph"/>
      </w:pPr>
      <w:r>
        <w:rPr>
          <w:sz w:val="22"/>
        </w:rPr>
        <w:t>A. Hàng hóa và dịch vụ.</w:t>
      </w:r>
    </w:p>
    <w:p>
      <w:pPr>
        <w:pStyle w:val="ListParagraph"/>
      </w:pPr>
      <w:r>
        <w:rPr>
          <w:sz w:val="22"/>
        </w:rPr>
        <w:t>B. Biên giới hành chính.</w:t>
      </w:r>
    </w:p>
    <w:p>
      <w:pPr>
        <w:pStyle w:val="ListParagraph"/>
      </w:pPr>
      <w:r>
        <w:rPr>
          <w:sz w:val="22"/>
        </w:rPr>
        <w:t>C. Quân đội.</w:t>
      </w:r>
    </w:p>
    <w:p>
      <w:pPr>
        <w:pStyle w:val="ListParagraph"/>
      </w:pPr>
      <w:r>
        <w:rPr>
          <w:sz w:val="22"/>
        </w:rPr>
        <w:t>D. Luật pháp.</w:t>
      </w:r>
    </w:p>
    <w:p/>
    <w:p>
      <w:r>
        <w:rPr>
          <w:b/>
          <w:sz w:val="24"/>
        </w:rPr>
        <w:t>Câu 15: Phát biểu nào sau đây là một trong những biểu hiện của khu vực hóa kinh tế?</w:t>
      </w:r>
    </w:p>
    <w:p>
      <w:pPr>
        <w:pStyle w:val="ListParagraph"/>
      </w:pPr>
      <w:r>
        <w:rPr>
          <w:sz w:val="22"/>
        </w:rPr>
        <w:t>A. Các tiêu chuẩn toàn cầu được áp dụng ngày càng rộng rãi.</w:t>
      </w:r>
    </w:p>
    <w:p>
      <w:pPr>
        <w:pStyle w:val="ListParagraph"/>
      </w:pPr>
      <w:r>
        <w:rPr>
          <w:sz w:val="22"/>
        </w:rPr>
        <w:t>B. Các công ty đa quốc gia mở rộng phạm vi sản xuất toàn cầu.</w:t>
      </w:r>
    </w:p>
    <w:p>
      <w:pPr>
        <w:pStyle w:val="ListParagraph"/>
      </w:pPr>
      <w:r>
        <w:rPr>
          <w:sz w:val="22"/>
        </w:rPr>
        <w:t>C. Gia tăng số lượng và quy mô của các tổ chức khu vực.</w:t>
      </w:r>
    </w:p>
    <w:p>
      <w:pPr>
        <w:pStyle w:val="ListParagraph"/>
      </w:pPr>
      <w:r>
        <w:rPr>
          <w:sz w:val="22"/>
        </w:rPr>
        <w:t>D. Các giao dịch thương mại quốc tế tăng lên nhanh chóng.</w:t>
      </w:r>
    </w:p>
    <w:p/>
    <w:p>
      <w:r>
        <w:rPr>
          <w:b/>
          <w:sz w:val="24"/>
        </w:rPr>
        <w:t>Câu 16: Thúc đẩy quan hệ hữu nghị giữa các quốc gia trên cơ sở tôn trọng nguyên tắc bình đẳng về quyền lợi giữa các dân tộc là một trong những mục tiêu hoạt động của</w:t>
      </w:r>
    </w:p>
    <w:p>
      <w:pPr>
        <w:pStyle w:val="ListParagraph"/>
      </w:pPr>
      <w:r>
        <w:rPr>
          <w:sz w:val="22"/>
        </w:rPr>
        <w:t>A. Diễn đàn Hợp tác kinh tế châu Á - Thái Bình Dương.</w:t>
      </w:r>
    </w:p>
    <w:p>
      <w:pPr>
        <w:pStyle w:val="ListParagraph"/>
      </w:pPr>
      <w:r>
        <w:rPr>
          <w:sz w:val="22"/>
        </w:rPr>
        <w:t>B. Tổ chức Thương mại Thế giới.</w:t>
      </w:r>
    </w:p>
    <w:p>
      <w:pPr>
        <w:pStyle w:val="ListParagraph"/>
      </w:pPr>
      <w:r>
        <w:rPr>
          <w:sz w:val="22"/>
        </w:rPr>
        <w:t>C. Quỹ Tiền tệ Quốc tế.</w:t>
      </w:r>
    </w:p>
    <w:p>
      <w:pPr>
        <w:pStyle w:val="ListParagraph"/>
      </w:pPr>
      <w:r>
        <w:rPr>
          <w:sz w:val="22"/>
        </w:rPr>
        <w:t>D. Liên hợp quốc.</w:t>
      </w:r>
    </w:p>
    <w:p/>
    <w:p>
      <w:r>
        <w:rPr>
          <w:b/>
          <w:sz w:val="24"/>
        </w:rPr>
        <w:t>Câu 17: Một trong những mục tiêu hoạt động chủ yếu của Tổ chức Thương mại Thế giới (WTO) là</w:t>
      </w:r>
    </w:p>
    <w:p>
      <w:pPr>
        <w:pStyle w:val="ListParagraph"/>
      </w:pPr>
      <w:r>
        <w:rPr>
          <w:sz w:val="22"/>
        </w:rPr>
        <w:t>A. cung cấp vốn ODA cho các nước nghèo.</w:t>
      </w:r>
    </w:p>
    <w:p>
      <w:pPr>
        <w:pStyle w:val="ListParagraph"/>
      </w:pPr>
      <w:r>
        <w:rPr>
          <w:sz w:val="22"/>
        </w:rPr>
        <w:t>B. duy trì hệ thống tỉ giá hối đoái cố định.</w:t>
      </w:r>
    </w:p>
    <w:p>
      <w:pPr>
        <w:pStyle w:val="ListParagraph"/>
      </w:pPr>
      <w:r>
        <w:rPr>
          <w:sz w:val="22"/>
        </w:rPr>
        <w:t>C. giải quyết các bất đồng và tranh chấp thương mại.</w:t>
      </w:r>
    </w:p>
    <w:p>
      <w:pPr>
        <w:pStyle w:val="ListParagraph"/>
      </w:pPr>
      <w:r>
        <w:rPr>
          <w:sz w:val="22"/>
        </w:rPr>
        <w:t>D. bảo vệ an ninh chính trị và quân sự trên toàn cầu.</w:t>
      </w:r>
    </w:p>
    <w:p/>
    <w:p>
      <w:r>
        <w:rPr>
          <w:b/>
          <w:sz w:val="24"/>
        </w:rPr>
        <w:t>Câu 18: Hỗ trợ tài chính tạm thời cho các quốc gia thành viên khi gặp khó khăn về kinh tế là một trong những mục tiêu hoạt động của</w:t>
      </w:r>
    </w:p>
    <w:p>
      <w:pPr>
        <w:pStyle w:val="ListParagraph"/>
      </w:pPr>
      <w:r>
        <w:rPr>
          <w:sz w:val="22"/>
        </w:rPr>
        <w:t>A. Tổ chức Thương mại Thế giới.</w:t>
      </w:r>
    </w:p>
    <w:p>
      <w:pPr>
        <w:pStyle w:val="ListParagraph"/>
      </w:pPr>
      <w:r>
        <w:rPr>
          <w:sz w:val="22"/>
        </w:rPr>
        <w:t>B. Diễn đàn Hợp tác kinh tế châu Á - Thái Bình Dương.</w:t>
      </w:r>
    </w:p>
    <w:p>
      <w:pPr>
        <w:pStyle w:val="ListParagraph"/>
      </w:pPr>
      <w:r>
        <w:rPr>
          <w:sz w:val="22"/>
        </w:rPr>
        <w:t>C. Hiệp hội các quốc gia Đông Nam Á.</w:t>
      </w:r>
    </w:p>
    <w:p>
      <w:pPr>
        <w:pStyle w:val="ListParagraph"/>
      </w:pPr>
      <w:r>
        <w:rPr>
          <w:sz w:val="22"/>
        </w:rPr>
        <w:t>D. Quỹ Tiền tệ Quốc tế.</w:t>
      </w:r>
    </w:p>
    <w:p/>
    <w:p>
      <w:r>
        <w:rPr>
          <w:b/>
          <w:sz w:val="24"/>
        </w:rPr>
        <w:t>Câu 19: Tổ chức nào sau đây có tôn chỉ hoạt động là thúc đẩy tự do thương mại, đầu tư và mở cửa trong một khu vực?</w:t>
      </w:r>
    </w:p>
    <w:p>
      <w:pPr>
        <w:pStyle w:val="ListParagraph"/>
      </w:pPr>
      <w:r>
        <w:rPr>
          <w:sz w:val="22"/>
        </w:rPr>
        <w:t>A. Quỹ Tiền tệ Quốc tế.</w:t>
      </w:r>
    </w:p>
    <w:p>
      <w:pPr>
        <w:pStyle w:val="ListParagraph"/>
      </w:pPr>
      <w:r>
        <w:rPr>
          <w:sz w:val="22"/>
        </w:rPr>
        <w:t>B. Tổ chức Thương mại Thế giới.</w:t>
      </w:r>
    </w:p>
    <w:p>
      <w:pPr>
        <w:pStyle w:val="ListParagraph"/>
      </w:pPr>
      <w:r>
        <w:rPr>
          <w:sz w:val="22"/>
        </w:rPr>
        <w:t>C. Diễn đàn Hợp tác kinh tế châu Á - Thái Bình Dương.</w:t>
      </w:r>
    </w:p>
    <w:p>
      <w:pPr>
        <w:pStyle w:val="ListParagraph"/>
      </w:pPr>
      <w:r>
        <w:rPr>
          <w:sz w:val="22"/>
        </w:rPr>
        <w:t>D. Liên hợp quốc.</w:t>
      </w:r>
    </w:p>
    <w:p/>
    <w:p>
      <w:r>
        <w:rPr>
          <w:b/>
          <w:sz w:val="24"/>
        </w:rPr>
        <w:t>Câu 20: Phát biểu nào sau đây đúng với kinh tế của khu vực Mỹ La tinh?</w:t>
      </w:r>
    </w:p>
    <w:p>
      <w:pPr>
        <w:pStyle w:val="ListParagraph"/>
      </w:pPr>
      <w:r>
        <w:rPr>
          <w:sz w:val="22"/>
        </w:rPr>
        <w:t>A. Phần lớn là các nước phát triển.</w:t>
      </w:r>
    </w:p>
    <w:p>
      <w:pPr>
        <w:pStyle w:val="ListParagraph"/>
      </w:pPr>
      <w:r>
        <w:rPr>
          <w:sz w:val="22"/>
        </w:rPr>
        <w:t>B. Chủ yếu là nước đang phát triển.</w:t>
      </w:r>
    </w:p>
    <w:p>
      <w:pPr>
        <w:pStyle w:val="ListParagraph"/>
      </w:pPr>
      <w:r>
        <w:rPr>
          <w:sz w:val="22"/>
        </w:rPr>
        <w:t>C. Tốc độ tăng trưởng kinh tế ổn định.</w:t>
      </w:r>
    </w:p>
    <w:p>
      <w:pPr>
        <w:pStyle w:val="ListParagraph"/>
      </w:pPr>
      <w:r>
        <w:rPr>
          <w:sz w:val="22"/>
        </w:rPr>
        <w:t>D. Sự phát triển kinh tế đồng đều.</w:t>
      </w:r>
    </w:p>
    <w:p/>
    <w:p>
      <w:r>
        <w:rPr>
          <w:b/>
          <w:sz w:val="24"/>
        </w:rPr>
        <w:t>Câu 21: Phát biểu nào sau đây đúng với kinh tế của khu vực Mỹ La tinh?</w:t>
      </w:r>
    </w:p>
    <w:p>
      <w:pPr>
        <w:pStyle w:val="ListParagraph"/>
      </w:pPr>
      <w:r>
        <w:rPr>
          <w:sz w:val="22"/>
        </w:rPr>
        <w:t>A. Trình độ phát triển kinh tế chênh lệch.</w:t>
      </w:r>
    </w:p>
    <w:p>
      <w:pPr>
        <w:pStyle w:val="ListParagraph"/>
      </w:pPr>
      <w:r>
        <w:rPr>
          <w:sz w:val="22"/>
        </w:rPr>
        <w:t>B. Quy mô GDP các nước đồng đều.</w:t>
      </w:r>
    </w:p>
    <w:p>
      <w:pPr>
        <w:pStyle w:val="ListParagraph"/>
      </w:pPr>
      <w:r>
        <w:rPr>
          <w:sz w:val="22"/>
        </w:rPr>
        <w:t>C. Tốc độ tăng trưởng kinh tế luôn âm.</w:t>
      </w:r>
    </w:p>
    <w:p>
      <w:pPr>
        <w:pStyle w:val="ListParagraph"/>
      </w:pPr>
      <w:r>
        <w:rPr>
          <w:sz w:val="22"/>
        </w:rPr>
        <w:t>D. Tốc độ tăng trưởng GDP luôn cao.</w:t>
      </w:r>
    </w:p>
    <w:p/>
    <w:p>
      <w:r>
        <w:rPr>
          <w:b/>
          <w:sz w:val="24"/>
        </w:rPr>
        <w:t>Câu 22: Phát biểu nào đúng về vị trí địa lí của Mỹ La-tinh?</w:t>
      </w:r>
    </w:p>
    <w:p>
      <w:pPr>
        <w:pStyle w:val="ListParagraph"/>
      </w:pPr>
      <w:r>
        <w:rPr>
          <w:sz w:val="22"/>
        </w:rPr>
        <w:t>A. Phía Tây tiếp giáp Đại Tây Dương.</w:t>
      </w:r>
    </w:p>
    <w:p>
      <w:pPr>
        <w:pStyle w:val="ListParagraph"/>
      </w:pPr>
      <w:r>
        <w:rPr>
          <w:sz w:val="22"/>
        </w:rPr>
        <w:t>B. Phía Đông giáp Thái Bình Dương.</w:t>
      </w:r>
    </w:p>
    <w:p>
      <w:pPr>
        <w:pStyle w:val="ListParagraph"/>
      </w:pPr>
      <w:r>
        <w:rPr>
          <w:sz w:val="22"/>
        </w:rPr>
        <w:t>C. Nằm giữa Ấn Độ Dương và Thái Bình Dương.</w:t>
      </w:r>
    </w:p>
    <w:p>
      <w:pPr>
        <w:pStyle w:val="ListParagraph"/>
      </w:pPr>
      <w:r>
        <w:rPr>
          <w:sz w:val="22"/>
        </w:rPr>
        <w:t>D. Tiếp giáp Thái Bình Dương và Đại Tây Dương.</w:t>
      </w:r>
    </w:p>
    <w:p/>
    <w:p>
      <w:r>
        <w:rPr>
          <w:b/>
          <w:sz w:val="24"/>
        </w:rPr>
        <w:t>Câu 23: Mỹ La-tinh là khu vực có tỉ lệ dân thành thị</w:t>
      </w:r>
    </w:p>
    <w:p>
      <w:pPr>
        <w:pStyle w:val="ListParagraph"/>
      </w:pPr>
      <w:r>
        <w:rPr>
          <w:sz w:val="22"/>
        </w:rPr>
        <w:t>A. cao và tăng nhanh.</w:t>
      </w:r>
    </w:p>
    <w:p>
      <w:pPr>
        <w:pStyle w:val="ListParagraph"/>
      </w:pPr>
      <w:r>
        <w:rPr>
          <w:sz w:val="22"/>
        </w:rPr>
        <w:t>B. rất cao và tăng chậm.</w:t>
      </w:r>
    </w:p>
    <w:p>
      <w:pPr>
        <w:pStyle w:val="ListParagraph"/>
      </w:pPr>
      <w:r>
        <w:rPr>
          <w:sz w:val="22"/>
        </w:rPr>
        <w:t>C. cao và tăng chậm.</w:t>
      </w:r>
    </w:p>
    <w:p>
      <w:pPr>
        <w:pStyle w:val="ListParagraph"/>
      </w:pPr>
      <w:r>
        <w:rPr>
          <w:sz w:val="22"/>
        </w:rPr>
        <w:t>D. thấp nhưng tăng nhanh.</w:t>
      </w:r>
    </w:p>
    <w:p/>
    <w:p>
      <w:r>
        <w:rPr>
          <w:b/>
          <w:sz w:val="24"/>
        </w:rPr>
        <w:t>Câu 24: Các nước đang phát triển thường có GNI/người ở mức</w:t>
      </w:r>
    </w:p>
    <w:p>
      <w:pPr>
        <w:pStyle w:val="ListParagraph"/>
      </w:pPr>
      <w:r>
        <w:rPr>
          <w:sz w:val="22"/>
        </w:rPr>
        <w:t>A. cao, trung bình cao và trung bình thấp.</w:t>
      </w:r>
    </w:p>
    <w:p>
      <w:pPr>
        <w:pStyle w:val="ListParagraph"/>
      </w:pPr>
      <w:r>
        <w:rPr>
          <w:sz w:val="22"/>
        </w:rPr>
        <w:t>B. thấp, trung bình thấp và rất cao.</w:t>
      </w:r>
    </w:p>
    <w:p>
      <w:pPr>
        <w:pStyle w:val="ListParagraph"/>
      </w:pPr>
      <w:r>
        <w:rPr>
          <w:sz w:val="22"/>
        </w:rPr>
        <w:t>C. trung bình cao, trung bình thấp và thấp.</w:t>
      </w:r>
    </w:p>
    <w:p>
      <w:pPr>
        <w:pStyle w:val="ListParagraph"/>
      </w:pPr>
      <w:r>
        <w:rPr>
          <w:sz w:val="22"/>
        </w:rPr>
        <w:t>D. trung bình thấp, cao và rất cao.</w:t>
      </w:r>
    </w:p>
    <w:p/>
    <w:p>
      <w:r>
        <w:rPr>
          <w:b/>
          <w:sz w:val="24"/>
        </w:rPr>
        <w:t>Câu 25: Đặc điểm lao động của nền kinh tế tri thức là</w:t>
      </w:r>
    </w:p>
    <w:p>
      <w:pPr>
        <w:pStyle w:val="ListParagraph"/>
      </w:pPr>
      <w:r>
        <w:rPr>
          <w:sz w:val="22"/>
        </w:rPr>
        <w:t>A. chủ yếu là công nhân tri thức, trình độ học vấn cao.</w:t>
      </w:r>
    </w:p>
    <w:p>
      <w:pPr>
        <w:pStyle w:val="ListParagraph"/>
      </w:pPr>
      <w:r>
        <w:rPr>
          <w:sz w:val="22"/>
        </w:rPr>
        <w:t>B. chủ yếu là công nhân tri thức, có học vấn phổ thông.</w:t>
      </w:r>
    </w:p>
    <w:p>
      <w:pPr>
        <w:pStyle w:val="ListParagraph"/>
      </w:pPr>
      <w:r>
        <w:rPr>
          <w:sz w:val="22"/>
        </w:rPr>
        <w:t>C. chủ yếu là nông dân, trình độ học vấn còn chưa cao.</w:t>
      </w:r>
    </w:p>
    <w:p>
      <w:pPr>
        <w:pStyle w:val="ListParagraph"/>
      </w:pPr>
      <w:r>
        <w:rPr>
          <w:sz w:val="22"/>
        </w:rPr>
        <w:t>D. chủ yếu là công nhân, trình độ học vấn còn chưa cao.</w:t>
      </w:r>
    </w:p>
    <w:p/>
    <w:p>
      <w:r>
        <w:rPr>
          <w:b/>
          <w:sz w:val="24"/>
        </w:rPr>
        <w:t>Câu 26: Kinh tế của khu vực Mỹ La-tinh có sự chuyển dịch theo hướng chủ yếu nào sau đây?</w:t>
      </w:r>
    </w:p>
    <w:p>
      <w:pPr>
        <w:pStyle w:val="ListParagraph"/>
      </w:pPr>
      <w:r>
        <w:rPr>
          <w:sz w:val="22"/>
        </w:rPr>
        <w:t>A. Tăng nhanh tỉ trọng ngành nông nghiệp.</w:t>
      </w:r>
    </w:p>
    <w:p>
      <w:pPr>
        <w:pStyle w:val="ListParagraph"/>
      </w:pPr>
      <w:r>
        <w:rPr>
          <w:sz w:val="22"/>
        </w:rPr>
        <w:t>B. Tăng tỉ trọng của ngành dịch vụ.</w:t>
      </w:r>
    </w:p>
    <w:p>
      <w:pPr>
        <w:pStyle w:val="ListParagraph"/>
      </w:pPr>
      <w:r>
        <w:rPr>
          <w:sz w:val="22"/>
        </w:rPr>
        <w:t>C. Tỉ trọng ngành công nghiệp giảm rất nhanh.</w:t>
      </w:r>
    </w:p>
    <w:p>
      <w:pPr>
        <w:pStyle w:val="ListParagraph"/>
      </w:pPr>
      <w:r>
        <w:rPr>
          <w:sz w:val="22"/>
        </w:rPr>
        <w:t>D. Giảm mạnh tỉ trọng của ngành dịch vụ.</w:t>
      </w:r>
    </w:p>
    <w:p/>
    <w:p>
      <w:r>
        <w:rPr>
          <w:b/>
          <w:sz w:val="24"/>
        </w:rPr>
        <w:t>Câu 27: Quá trình đô thị hóa ở khu vực Mỹ La-tinh có đặc điểm nổi bật nào sau đây?</w:t>
      </w:r>
    </w:p>
    <w:p>
      <w:pPr>
        <w:pStyle w:val="ListParagraph"/>
      </w:pPr>
      <w:r>
        <w:rPr>
          <w:sz w:val="22"/>
        </w:rPr>
        <w:t>A. Gắn liền chặt chẽ với công nghiệp hóa.</w:t>
      </w:r>
    </w:p>
    <w:p>
      <w:pPr>
        <w:pStyle w:val="ListParagraph"/>
      </w:pPr>
      <w:r>
        <w:rPr>
          <w:sz w:val="22"/>
        </w:rPr>
        <w:t>B. Mạng lưới đô thị phân bố rất đồng đều.</w:t>
      </w:r>
    </w:p>
    <w:p>
      <w:pPr>
        <w:pStyle w:val="ListParagraph"/>
      </w:pPr>
      <w:r>
        <w:rPr>
          <w:sz w:val="22"/>
        </w:rPr>
        <w:t>C. Gắn với nhập cư và lịch sử khai thác lãnh thổ.</w:t>
      </w:r>
    </w:p>
    <w:p>
      <w:pPr>
        <w:pStyle w:val="ListParagraph"/>
      </w:pPr>
      <w:r>
        <w:rPr>
          <w:sz w:val="22"/>
        </w:rPr>
        <w:t>D. Chỉ phân bố ở những khu vực đồng bằng rộng.</w:t>
      </w:r>
    </w:p>
    <w:p/>
    <w:p>
      <w:r>
        <w:rPr>
          <w:b/>
          <w:sz w:val="24"/>
        </w:rPr>
        <w:t>Câu 28: Thành phần dân cư của khu vực Mỹ La-tinh có đặc điểm nổi bật nào sau đây?</w:t>
      </w:r>
    </w:p>
    <w:p>
      <w:pPr>
        <w:pStyle w:val="ListParagraph"/>
      </w:pPr>
      <w:r>
        <w:rPr>
          <w:sz w:val="22"/>
        </w:rPr>
        <w:t>A. Đa dạng về chủng tộc và có nhiều người lai.</w:t>
      </w:r>
    </w:p>
    <w:p>
      <w:pPr>
        <w:pStyle w:val="ListParagraph"/>
      </w:pPr>
      <w:r>
        <w:rPr>
          <w:sz w:val="22"/>
        </w:rPr>
        <w:t>B. Chủ yếu là người nhập cư từ Hoa Kỳ đến.</w:t>
      </w:r>
    </w:p>
    <w:p>
      <w:pPr>
        <w:pStyle w:val="ListParagraph"/>
      </w:pPr>
      <w:r>
        <w:rPr>
          <w:sz w:val="22"/>
        </w:rPr>
        <w:t>C. Người da trắng chính là người dân bản địa.</w:t>
      </w:r>
    </w:p>
    <w:p>
      <w:pPr>
        <w:pStyle w:val="ListParagraph"/>
      </w:pPr>
      <w:r>
        <w:rPr>
          <w:sz w:val="22"/>
        </w:rPr>
        <w:t>D. Có cơ cấu dân số già mức cao nhất thế giới.</w:t>
      </w:r>
    </w:p>
    <w:p/>
    <w:p>
      <w:r>
        <w:rPr>
          <w:b/>
          <w:sz w:val="24"/>
        </w:rPr>
        <w:t>Câu 29: Nhóm nước phát triển thường có chỉ số phát triển con người (HDI) ở mức cao chủ yếu do</w:t>
      </w:r>
    </w:p>
    <w:p>
      <w:pPr>
        <w:pStyle w:val="ListParagraph"/>
      </w:pPr>
      <w:r>
        <w:rPr>
          <w:sz w:val="22"/>
        </w:rPr>
        <w:t>A. quy mô dân số đông và diện tích lãnh thổ rộng.</w:t>
      </w:r>
    </w:p>
    <w:p>
      <w:pPr>
        <w:pStyle w:val="ListParagraph"/>
      </w:pPr>
      <w:r>
        <w:rPr>
          <w:sz w:val="22"/>
        </w:rPr>
        <w:t>B. mức sống cao; kinh tế; giáo dục, y tế phát triển.</w:t>
      </w:r>
    </w:p>
    <w:p>
      <w:pPr>
        <w:pStyle w:val="ListParagraph"/>
      </w:pPr>
      <w:r>
        <w:rPr>
          <w:sz w:val="22"/>
        </w:rPr>
        <w:t>C. tỉ lệ tăng dân số cao và có cơ cấu dân số trẻ.</w:t>
      </w:r>
    </w:p>
    <w:p>
      <w:pPr>
        <w:pStyle w:val="ListParagraph"/>
      </w:pPr>
      <w:r>
        <w:rPr>
          <w:sz w:val="22"/>
        </w:rPr>
        <w:t>D. nguồn tài nguyên thiên nhiên rất phong phú.</w:t>
      </w:r>
    </w:p>
    <w:p/>
    <w:p>
      <w:r>
        <w:rPr>
          <w:b/>
          <w:sz w:val="24"/>
        </w:rPr>
        <w:t>Câu 30: Giải pháp chủ yếu giúp các doanh nghiệp sản xuất tối ưu hóa nguồn lực và hạn chế rủi ro trong nền kinh tế tri thức là</w:t>
      </w:r>
    </w:p>
    <w:p>
      <w:pPr>
        <w:pStyle w:val="ListParagraph"/>
      </w:pPr>
      <w:r>
        <w:rPr>
          <w:sz w:val="22"/>
        </w:rPr>
        <w:t>A. mở rộng quy mô nhà xưởng và sử dụng nhiều lao động phổ thông.</w:t>
      </w:r>
    </w:p>
    <w:p>
      <w:pPr>
        <w:pStyle w:val="ListParagraph"/>
      </w:pPr>
      <w:r>
        <w:rPr>
          <w:sz w:val="22"/>
        </w:rPr>
        <w:t>B. tập trung khai thác triệt để các nguồn tài nguyên thiên nhiên sẵn có.</w:t>
      </w:r>
    </w:p>
    <w:p>
      <w:pPr>
        <w:pStyle w:val="ListParagraph"/>
      </w:pPr>
      <w:r>
        <w:rPr>
          <w:sz w:val="22"/>
        </w:rPr>
        <w:t>C. đẩy mạnh ứng dụng công nghệ và sản xuất theo nhu cầu thị trường.</w:t>
      </w:r>
    </w:p>
    <w:p>
      <w:pPr>
        <w:pStyle w:val="ListParagraph"/>
      </w:pPr>
      <w:r>
        <w:rPr>
          <w:sz w:val="22"/>
        </w:rPr>
        <w:t>D. duy trì mẫu mã và quy trình sản xuất để hạn chế chi phí phát sinh.</w:t>
      </w:r>
    </w:p>
    <w:p/>
    <w:p>
      <w:r>
        <w:rPr>
          <w:b/>
          <w:sz w:val="24"/>
        </w:rPr>
        <w:t>Câu 31: Trong xu hướng toàn cầu hóa kinh tế, các tổ chức nào sau đây ngày càng đóng vai trò quan trọng trong việc chi phối các chuỗi giá trị toàn cầu?</w:t>
      </w:r>
    </w:p>
    <w:p>
      <w:pPr>
        <w:pStyle w:val="ListParagraph"/>
      </w:pPr>
      <w:r>
        <w:rPr>
          <w:sz w:val="22"/>
        </w:rPr>
        <w:t>A. Hợp tác xã nông nghiệp.</w:t>
      </w:r>
    </w:p>
    <w:p>
      <w:pPr>
        <w:pStyle w:val="ListParagraph"/>
      </w:pPr>
      <w:r>
        <w:rPr>
          <w:sz w:val="22"/>
        </w:rPr>
        <w:t>B. Công ty đa quốc gia.</w:t>
      </w:r>
    </w:p>
    <w:p>
      <w:pPr>
        <w:pStyle w:val="ListParagraph"/>
      </w:pPr>
      <w:r>
        <w:rPr>
          <w:sz w:val="22"/>
        </w:rPr>
        <w:t>C. Câu lạc bộ thể thao.</w:t>
      </w:r>
    </w:p>
    <w:p>
      <w:pPr>
        <w:pStyle w:val="ListParagraph"/>
      </w:pPr>
      <w:r>
        <w:rPr>
          <w:sz w:val="22"/>
        </w:rPr>
        <w:t>D. Trung tâm bảo tồn di sản.</w:t>
      </w:r>
    </w:p>
    <w:p/>
    <w:p>
      <w:r>
        <w:rPr>
          <w:b/>
          <w:sz w:val="24"/>
        </w:rPr>
        <w:t>Câu 32: Biểu hiện của toàn cầu hóa kinh tế là</w:t>
      </w:r>
    </w:p>
    <w:p>
      <w:pPr>
        <w:pStyle w:val="ListParagraph"/>
      </w:pPr>
      <w:r>
        <w:rPr>
          <w:sz w:val="22"/>
        </w:rPr>
        <w:t>A. tăng nhanh các giao dịch thương mại quốc tế.</w:t>
      </w:r>
    </w:p>
    <w:p>
      <w:pPr>
        <w:pStyle w:val="ListParagraph"/>
      </w:pPr>
      <w:r>
        <w:rPr>
          <w:sz w:val="22"/>
        </w:rPr>
        <w:t>B. tăng cường sự hợp tác quân sự.</w:t>
      </w:r>
    </w:p>
    <w:p>
      <w:pPr>
        <w:pStyle w:val="ListParagraph"/>
      </w:pPr>
      <w:r>
        <w:rPr>
          <w:sz w:val="22"/>
        </w:rPr>
        <w:t>C. hạn chế sự phụ thuộc lẫn nhau giữa các nước.</w:t>
      </w:r>
    </w:p>
    <w:p>
      <w:pPr>
        <w:pStyle w:val="ListParagraph"/>
      </w:pPr>
      <w:r>
        <w:rPr>
          <w:sz w:val="22"/>
        </w:rPr>
        <w:t>D. gia tăng các liên minh chính trị.</w:t>
      </w:r>
    </w:p>
    <w:p/>
    <w:p>
      <w:r>
        <w:rPr>
          <w:b/>
          <w:sz w:val="24"/>
        </w:rPr>
        <w:t>Câu 33: Duy trì hòa bình và trật tự thế giới là nhiệm vụ chủ yếu của</w:t>
      </w:r>
    </w:p>
    <w:p>
      <w:pPr>
        <w:pStyle w:val="ListParagraph"/>
      </w:pPr>
      <w:r>
        <w:rPr>
          <w:sz w:val="22"/>
        </w:rPr>
        <w:t>A. Tổ chức Thương mại Thế giới.</w:t>
      </w:r>
    </w:p>
    <w:p>
      <w:pPr>
        <w:pStyle w:val="ListParagraph"/>
      </w:pPr>
      <w:r>
        <w:rPr>
          <w:sz w:val="22"/>
        </w:rPr>
        <w:t>B. Quỹ Tiền tệ quốc tế.</w:t>
      </w:r>
    </w:p>
    <w:p>
      <w:pPr>
        <w:pStyle w:val="ListParagraph"/>
      </w:pPr>
      <w:r>
        <w:rPr>
          <w:sz w:val="22"/>
        </w:rPr>
        <w:t>C. Ngân hàng Thế giới.</w:t>
      </w:r>
    </w:p>
    <w:p>
      <w:pPr>
        <w:pStyle w:val="ListParagraph"/>
      </w:pPr>
      <w:r>
        <w:rPr>
          <w:sz w:val="22"/>
        </w:rPr>
        <w:t>D. Liên hợp quốc.</w:t>
      </w:r>
    </w:p>
    <w:p/>
    <w:p>
      <w:r>
        <w:rPr>
          <w:b/>
          <w:sz w:val="24"/>
        </w:rPr>
        <w:t>Câu 34: Phát biểu nào sau đây không đúng về mục tiêu chủ yếu của Liên hợp quốc?</w:t>
      </w:r>
    </w:p>
    <w:p>
      <w:pPr>
        <w:pStyle w:val="ListParagraph"/>
      </w:pPr>
      <w:r>
        <w:rPr>
          <w:sz w:val="22"/>
        </w:rPr>
        <w:t>A. Duy trì hòa bình và an ninh quốc tế.</w:t>
      </w:r>
    </w:p>
    <w:p>
      <w:pPr>
        <w:pStyle w:val="ListParagraph"/>
      </w:pPr>
      <w:r>
        <w:rPr>
          <w:sz w:val="22"/>
        </w:rPr>
        <w:t>B. Điều hòa các nỗ lực quốc tế chung.</w:t>
      </w:r>
    </w:p>
    <w:p>
      <w:pPr>
        <w:pStyle w:val="ListParagraph"/>
      </w:pPr>
      <w:r>
        <w:rPr>
          <w:sz w:val="22"/>
        </w:rPr>
        <w:t>C. Thúc đẩy quan hệ hữu nghị các nước.</w:t>
      </w:r>
    </w:p>
    <w:p>
      <w:pPr>
        <w:pStyle w:val="ListParagraph"/>
      </w:pPr>
      <w:r>
        <w:rPr>
          <w:sz w:val="22"/>
        </w:rPr>
        <w:t>D. Ổn định hệ thống tiền tệ quốc tế.</w:t>
      </w:r>
    </w:p>
    <w:p/>
    <w:p>
      <w:r>
        <w:rPr>
          <w:b/>
          <w:sz w:val="24"/>
        </w:rPr>
        <w:t>Câu 35: Vấn đề an ninh mạng gắn liền với sự phát triển của ngành nào sau đây?</w:t>
      </w:r>
    </w:p>
    <w:p>
      <w:pPr>
        <w:pStyle w:val="ListParagraph"/>
      </w:pPr>
      <w:r>
        <w:rPr>
          <w:sz w:val="22"/>
        </w:rPr>
        <w:t>A. Công nghiệp.</w:t>
      </w:r>
    </w:p>
    <w:p>
      <w:pPr>
        <w:pStyle w:val="ListParagraph"/>
      </w:pPr>
      <w:r>
        <w:rPr>
          <w:sz w:val="22"/>
        </w:rPr>
        <w:t>B. Nông nghiệp.</w:t>
      </w:r>
    </w:p>
    <w:p>
      <w:pPr>
        <w:pStyle w:val="ListParagraph"/>
      </w:pPr>
      <w:r>
        <w:rPr>
          <w:sz w:val="22"/>
        </w:rPr>
        <w:t>C. Du lịch.</w:t>
      </w:r>
    </w:p>
    <w:p>
      <w:pPr>
        <w:pStyle w:val="ListParagraph"/>
      </w:pPr>
      <w:r>
        <w:rPr>
          <w:sz w:val="22"/>
        </w:rPr>
        <w:t>D. Công nghệ thông tin.</w:t>
      </w:r>
    </w:p>
    <w:p/>
    <w:p>
      <w:r>
        <w:rPr>
          <w:b/>
          <w:sz w:val="24"/>
        </w:rPr>
        <w:t>Câu 36: Vấn đề nào sau đây được xếp vào vấn đề an ninh truyền thống?</w:t>
      </w:r>
    </w:p>
    <w:p>
      <w:pPr>
        <w:pStyle w:val="ListParagraph"/>
      </w:pPr>
      <w:r>
        <w:rPr>
          <w:sz w:val="22"/>
        </w:rPr>
        <w:t>A. An ninh mạng.</w:t>
      </w:r>
    </w:p>
    <w:p>
      <w:pPr>
        <w:pStyle w:val="ListParagraph"/>
      </w:pPr>
      <w:r>
        <w:rPr>
          <w:sz w:val="22"/>
        </w:rPr>
        <w:t>B. An ninh tài chính.</w:t>
      </w:r>
    </w:p>
    <w:p>
      <w:pPr>
        <w:pStyle w:val="ListParagraph"/>
      </w:pPr>
      <w:r>
        <w:rPr>
          <w:sz w:val="22"/>
        </w:rPr>
        <w:t>C. Chiến tranh.</w:t>
      </w:r>
    </w:p>
    <w:p>
      <w:pPr>
        <w:pStyle w:val="ListParagraph"/>
      </w:pPr>
      <w:r>
        <w:rPr>
          <w:sz w:val="22"/>
        </w:rPr>
        <w:t>D. Biến đổi khí hậu.</w:t>
      </w:r>
    </w:p>
    <w:p/>
    <w:p>
      <w:r>
        <w:rPr>
          <w:b/>
          <w:sz w:val="24"/>
        </w:rPr>
        <w:t>Câu 37: Phát biểu nào sau đây đúng với kinh tế của khu vực Mỹ La tinh?</w:t>
      </w:r>
    </w:p>
    <w:p>
      <w:pPr>
        <w:pStyle w:val="ListParagraph"/>
      </w:pPr>
      <w:r>
        <w:rPr>
          <w:sz w:val="22"/>
        </w:rPr>
        <w:t>A. Phần lớn là các nước phát triển.</w:t>
      </w:r>
    </w:p>
    <w:p>
      <w:pPr>
        <w:pStyle w:val="ListParagraph"/>
      </w:pPr>
      <w:r>
        <w:rPr>
          <w:sz w:val="22"/>
        </w:rPr>
        <w:t>B. Chủ yếu là nước đang phát triển.</w:t>
      </w:r>
    </w:p>
    <w:p>
      <w:pPr>
        <w:pStyle w:val="ListParagraph"/>
      </w:pPr>
      <w:r>
        <w:rPr>
          <w:sz w:val="22"/>
        </w:rPr>
        <w:t>C. Tốc độ tăng trưởng kinh tế ổn định.</w:t>
      </w:r>
    </w:p>
    <w:p>
      <w:pPr>
        <w:pStyle w:val="ListParagraph"/>
      </w:pPr>
      <w:r>
        <w:rPr>
          <w:sz w:val="22"/>
        </w:rPr>
        <w:t>D. Sự phát triển kinh tế đồng đều.</w:t>
      </w:r>
    </w:p>
    <w:p/>
    <w:p>
      <w:r>
        <w:rPr>
          <w:b/>
          <w:sz w:val="24"/>
        </w:rPr>
        <w:t>Câu 38: Phát biểu nào sau đây đúng với kinh tế của khu vực Mỹ La tinh?</w:t>
      </w:r>
    </w:p>
    <w:p>
      <w:pPr>
        <w:pStyle w:val="ListParagraph"/>
      </w:pPr>
      <w:r>
        <w:rPr>
          <w:sz w:val="22"/>
        </w:rPr>
        <w:t>A. Trình độ phát triển kinh tế chênh lệch.</w:t>
      </w:r>
    </w:p>
    <w:p>
      <w:pPr>
        <w:pStyle w:val="ListParagraph"/>
      </w:pPr>
      <w:r>
        <w:rPr>
          <w:sz w:val="22"/>
        </w:rPr>
        <w:t>B. Quy mô GDP các nước đồng đều.</w:t>
      </w:r>
    </w:p>
    <w:p>
      <w:pPr>
        <w:pStyle w:val="ListParagraph"/>
      </w:pPr>
      <w:r>
        <w:rPr>
          <w:sz w:val="22"/>
        </w:rPr>
        <w:t>C. Tốc độ tăng trưởng kinh tế luôn âm.</w:t>
      </w:r>
    </w:p>
    <w:p>
      <w:pPr>
        <w:pStyle w:val="ListParagraph"/>
      </w:pPr>
      <w:r>
        <w:rPr>
          <w:sz w:val="22"/>
        </w:rPr>
        <w:t>D. Tốc độ tăng trưởng GDP luôn cao.</w:t>
      </w:r>
    </w:p>
    <w:p/>
    <w:p>
      <w:r>
        <w:rPr>
          <w:b/>
          <w:sz w:val="24"/>
        </w:rPr>
        <w:t>Câu 39: Phát biểu nào đúng về vị trí địa lí của Mỹ La-tinh?</w:t>
      </w:r>
    </w:p>
    <w:p>
      <w:pPr>
        <w:pStyle w:val="ListParagraph"/>
      </w:pPr>
      <w:r>
        <w:rPr>
          <w:sz w:val="22"/>
        </w:rPr>
        <w:t>A. Phía Tây tiếp giáp Đại Tây Dương.</w:t>
      </w:r>
    </w:p>
    <w:p>
      <w:pPr>
        <w:pStyle w:val="ListParagraph"/>
      </w:pPr>
      <w:r>
        <w:rPr>
          <w:sz w:val="22"/>
        </w:rPr>
        <w:t>B. Phía Đông giáp Thái Bình Dương.</w:t>
      </w:r>
    </w:p>
    <w:p>
      <w:pPr>
        <w:pStyle w:val="ListParagraph"/>
      </w:pPr>
      <w:r>
        <w:rPr>
          <w:sz w:val="22"/>
        </w:rPr>
        <w:t>C. Nằm giữa Ấn Độ Dương và Thái Bình Dương.</w:t>
      </w:r>
    </w:p>
    <w:p>
      <w:pPr>
        <w:pStyle w:val="ListParagraph"/>
      </w:pPr>
      <w:r>
        <w:rPr>
          <w:sz w:val="22"/>
        </w:rPr>
        <w:t>D. Tiếp giáp Thái Bình Dương và Đại Tây Dương.</w:t>
      </w:r>
    </w:p>
    <w:p/>
    <w:p>
      <w:r>
        <w:rPr>
          <w:b/>
          <w:sz w:val="24"/>
        </w:rPr>
        <w:t>Câu 40: Mỹ La-tinh là khu vực có tỉ lệ dân thành thị</w:t>
      </w:r>
    </w:p>
    <w:p>
      <w:pPr>
        <w:pStyle w:val="ListParagraph"/>
      </w:pPr>
      <w:r>
        <w:rPr>
          <w:sz w:val="22"/>
        </w:rPr>
        <w:t>A. cao và tăng nhanh.</w:t>
      </w:r>
    </w:p>
    <w:p>
      <w:pPr>
        <w:pStyle w:val="ListParagraph"/>
      </w:pPr>
      <w:r>
        <w:rPr>
          <w:sz w:val="22"/>
        </w:rPr>
        <w:t>B. rất cao và tăng chậm.</w:t>
      </w:r>
    </w:p>
    <w:p>
      <w:pPr>
        <w:pStyle w:val="ListParagraph"/>
      </w:pPr>
      <w:r>
        <w:rPr>
          <w:sz w:val="22"/>
        </w:rPr>
        <w:t>C. cao và tăng chậm.</w:t>
      </w:r>
    </w:p>
    <w:p>
      <w:pPr>
        <w:pStyle w:val="ListParagraph"/>
      </w:pPr>
      <w:r>
        <w:rPr>
          <w:sz w:val="22"/>
        </w:rPr>
        <w:t>D. thấp nhưng tăng nhanh.</w:t>
      </w:r>
    </w:p>
    <w:p/>
    <w:p>
      <w:r>
        <w:t>──────────────────────────────────────────────────</w:t>
      </w:r>
    </w:p>
    <w:p>
      <w:r>
        <w:rPr>
          <w:b/>
        </w:rPr>
        <w:t>BẢNG ĐÁP ÁN &amp; LỜI GIẢI CHI TIẾT</w:t>
      </w:r>
    </w:p>
    <w:p>
      <w:r>
        <w:rPr>
          <w:b/>
        </w:rPr>
        <w:t>Câu 1: Đáp án đúng: A</w:t>
      </w:r>
    </w:p>
    <w:p>
      <w:r>
        <w:rPr>
          <w:b/>
        </w:rPr>
        <w:t>Câu 2: Đáp án đúng: C</w:t>
      </w:r>
    </w:p>
    <w:p>
      <w:r>
        <w:rPr>
          <w:b/>
        </w:rPr>
        <w:t>Câu 3: Đáp án đúng: A</w:t>
      </w:r>
    </w:p>
    <w:p>
      <w:r>
        <w:rPr>
          <w:b/>
        </w:rPr>
        <w:t>Câu 4: Đáp án đúng: B</w:t>
      </w:r>
    </w:p>
    <w:p>
      <w:r>
        <w:rPr>
          <w:b/>
        </w:rPr>
        <w:t>Câu 5: Đáp án đúng: A</w:t>
      </w:r>
    </w:p>
    <w:p>
      <w:r>
        <w:rPr>
          <w:b/>
        </w:rPr>
        <w:t>Câu 6: Đáp án đúng: B</w:t>
      </w:r>
    </w:p>
    <w:p>
      <w:r>
        <w:rPr>
          <w:b/>
        </w:rPr>
        <w:t>Câu 7: Đáp án đúng: D</w:t>
      </w:r>
    </w:p>
    <w:p>
      <w:r>
        <w:rPr>
          <w:b/>
        </w:rPr>
        <w:t>Câu 8: Đáp án đúng: D</w:t>
      </w:r>
    </w:p>
    <w:p>
      <w:r>
        <w:rPr>
          <w:b/>
        </w:rPr>
        <w:t>Câu 9: Đáp án đúng: A</w:t>
      </w:r>
    </w:p>
    <w:p>
      <w:r>
        <w:rPr>
          <w:b/>
        </w:rPr>
        <w:t>Câu 10: Đáp án đúng: A</w:t>
      </w:r>
    </w:p>
    <w:p>
      <w:r>
        <w:rPr>
          <w:b/>
        </w:rPr>
        <w:t>Câu 11: Đáp án đúng: D</w:t>
      </w:r>
    </w:p>
    <w:p>
      <w:r>
        <w:rPr>
          <w:b/>
        </w:rPr>
        <w:t>Câu 12: Đáp án đúng: D</w:t>
      </w:r>
    </w:p>
    <w:p>
      <w:r>
        <w:rPr>
          <w:b/>
        </w:rPr>
        <w:t>Câu 13: Đáp án đúng: C</w:t>
      </w:r>
    </w:p>
    <w:p>
      <w:r>
        <w:rPr>
          <w:b/>
        </w:rPr>
        <w:t>Câu 14: Đáp án đúng: A</w:t>
      </w:r>
    </w:p>
    <w:p>
      <w:r>
        <w:rPr>
          <w:b/>
        </w:rPr>
        <w:t>Câu 15: Đáp án đúng: C</w:t>
      </w:r>
    </w:p>
    <w:p>
      <w:r>
        <w:rPr>
          <w:b/>
        </w:rPr>
        <w:t>Câu 16: Đáp án đúng: D</w:t>
      </w:r>
    </w:p>
    <w:p>
      <w:r>
        <w:rPr>
          <w:b/>
        </w:rPr>
        <w:t>Câu 17: Đáp án đúng: C</w:t>
      </w:r>
    </w:p>
    <w:p>
      <w:r>
        <w:rPr>
          <w:b/>
        </w:rPr>
        <w:t>Câu 18: Đáp án đúng: D</w:t>
      </w:r>
    </w:p>
    <w:p>
      <w:r>
        <w:rPr>
          <w:b/>
        </w:rPr>
        <w:t>Câu 19: Đáp án đúng: C</w:t>
      </w:r>
    </w:p>
    <w:p>
      <w:r>
        <w:rPr>
          <w:b/>
        </w:rPr>
        <w:t>Câu 20: Đáp án đúng: B</w:t>
      </w:r>
    </w:p>
    <w:p>
      <w:r>
        <w:rPr>
          <w:b/>
        </w:rPr>
        <w:t>Câu 21: Đáp án đúng: A</w:t>
      </w:r>
    </w:p>
    <w:p>
      <w:r>
        <w:rPr>
          <w:b/>
        </w:rPr>
        <w:t>Câu 22: Đáp án đúng: D</w:t>
      </w:r>
    </w:p>
    <w:p>
      <w:r>
        <w:rPr>
          <w:b/>
        </w:rPr>
        <w:t>Câu 23: Đáp án đúng: A</w:t>
      </w:r>
    </w:p>
    <w:p>
      <w:r>
        <w:rPr>
          <w:b/>
        </w:rPr>
        <w:t>Câu 24: Đáp án đúng: C</w:t>
      </w:r>
    </w:p>
    <w:p>
      <w:r>
        <w:rPr>
          <w:b/>
        </w:rPr>
        <w:t>Câu 25: Đáp án đúng: A</w:t>
      </w:r>
    </w:p>
    <w:p>
      <w:r>
        <w:rPr>
          <w:b/>
        </w:rPr>
        <w:t>Câu 26: Đáp án đúng: B</w:t>
      </w:r>
    </w:p>
    <w:p>
      <w:r>
        <w:rPr>
          <w:b/>
        </w:rPr>
        <w:t>Câu 27: Đáp án đúng: C</w:t>
      </w:r>
    </w:p>
    <w:p>
      <w:r>
        <w:rPr>
          <w:b/>
        </w:rPr>
        <w:t>Câu 28: Đáp án đúng: A</w:t>
      </w:r>
    </w:p>
    <w:p>
      <w:r>
        <w:rPr>
          <w:b/>
        </w:rPr>
        <w:t>Câu 29: Đáp án đúng: B</w:t>
      </w:r>
    </w:p>
    <w:p>
      <w:r>
        <w:rPr>
          <w:b/>
        </w:rPr>
        <w:t>Câu 30: Đáp án đúng: C</w:t>
      </w:r>
    </w:p>
    <w:p>
      <w:r>
        <w:rPr>
          <w:b/>
        </w:rPr>
        <w:t>Câu 31: Đáp án đúng: B</w:t>
      </w:r>
    </w:p>
    <w:p>
      <w:r>
        <w:rPr>
          <w:b/>
        </w:rPr>
        <w:t>Câu 32: Đáp án đúng: A</w:t>
      </w:r>
    </w:p>
    <w:p>
      <w:r>
        <w:rPr>
          <w:b/>
        </w:rPr>
        <w:t>Câu 33: Đáp án đúng: D</w:t>
      </w:r>
    </w:p>
    <w:p>
      <w:r>
        <w:rPr>
          <w:b/>
        </w:rPr>
        <w:t>Câu 34: Đáp án đúng: D</w:t>
      </w:r>
    </w:p>
    <w:p>
      <w:r>
        <w:rPr>
          <w:b/>
        </w:rPr>
        <w:t>Câu 35: Đáp án đúng: D</w:t>
      </w:r>
    </w:p>
    <w:p>
      <w:r>
        <w:rPr>
          <w:b/>
        </w:rPr>
        <w:t>Câu 36: Đáp án đúng: C</w:t>
      </w:r>
    </w:p>
    <w:p>
      <w:r>
        <w:rPr>
          <w:b/>
        </w:rPr>
        <w:t>Câu 37: Đáp án đúng: B</w:t>
      </w:r>
    </w:p>
    <w:p>
      <w:r>
        <w:rPr>
          <w:b/>
        </w:rPr>
        <w:t>Câu 38: Đáp án đúng: A</w:t>
      </w:r>
    </w:p>
    <w:p>
      <w:r>
        <w:rPr>
          <w:b/>
        </w:rPr>
        <w:t>Câu 39: Đáp án đúng: D</w:t>
      </w:r>
    </w:p>
    <w:p>
      <w:r>
        <w:rPr>
          <w:b/>
        </w:rPr>
        <w:t>Câu 40: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