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3 - 10 câu về hệ thúc lượng tam giác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 tam giác $ABC$ vuông tại $A$, có $AB = 3$, $AC = 4$. Độ dài cạnh huyền $BC$ bằng: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2: Trong tam giác $ABC$ vuông tại $A$, hệ thức nào sau đây đúng?</w:t>
      </w:r>
    </w:p>
    <w:p>
      <w:pPr>
        <w:pStyle w:val="ListParagraph"/>
      </w:pPr>
      <w:r>
        <w:rPr>
          <w:sz w:val="22"/>
        </w:rPr>
        <w:t>A. $AB^2 = BC \cdot AC$</w:t>
      </w:r>
    </w:p>
    <w:p>
      <w:pPr>
        <w:pStyle w:val="ListParagraph"/>
      </w:pPr>
      <w:r>
        <w:rPr>
          <w:sz w:val="22"/>
        </w:rPr>
        <w:t>B. $AC^2 = BC \cdot HC$ (với $H$ là hình chiếu của $A$ lên $BC$)</w:t>
      </w:r>
    </w:p>
    <w:p>
      <w:pPr>
        <w:pStyle w:val="ListParagraph"/>
      </w:pPr>
      <w:r>
        <w:rPr>
          <w:sz w:val="22"/>
        </w:rPr>
        <w:t>C. $AB^2 = BC \cdot HB$ (với $H$ là hình chiếu của $A$ lên $BC$)</w:t>
      </w:r>
    </w:p>
    <w:p>
      <w:pPr>
        <w:pStyle w:val="ListParagraph"/>
      </w:pPr>
      <w:r>
        <w:rPr>
          <w:sz w:val="22"/>
        </w:rPr>
        <w:t>D. $AB^2 + AC^2 = BC$</w:t>
      </w:r>
    </w:p>
    <w:p/>
    <w:p>
      <w:r>
        <w:rPr>
          <w:b/>
          <w:sz w:val="24"/>
        </w:rPr>
        <w:t>Câu 3: Cho tam giác $ABC$ vuông tại $A$, đường cao $AH$. Hệ thức nào sau đây là đúng?</w:t>
      </w:r>
    </w:p>
    <w:p>
      <w:pPr>
        <w:pStyle w:val="ListParagraph"/>
      </w:pPr>
      <w:r>
        <w:rPr>
          <w:sz w:val="22"/>
        </w:rPr>
        <w:t>A. $AH^2 = HB \cdot HC$</w:t>
      </w:r>
    </w:p>
    <w:p>
      <w:pPr>
        <w:pStyle w:val="ListParagraph"/>
      </w:pPr>
      <w:r>
        <w:rPr>
          <w:sz w:val="22"/>
        </w:rPr>
        <w:t>B. $AH^2 = AB \cdot AC$</w:t>
      </w:r>
    </w:p>
    <w:p>
      <w:pPr>
        <w:pStyle w:val="ListParagraph"/>
      </w:pPr>
      <w:r>
        <w:rPr>
          <w:sz w:val="22"/>
        </w:rPr>
        <w:t>C. $AH^2 = BC \cdot HB$</w:t>
      </w:r>
    </w:p>
    <w:p>
      <w:pPr>
        <w:pStyle w:val="ListParagraph"/>
      </w:pPr>
      <w:r>
        <w:rPr>
          <w:sz w:val="22"/>
        </w:rPr>
        <w:t>D. $AH^2 = BC \cdot HC$</w:t>
      </w:r>
    </w:p>
    <w:p/>
    <w:p>
      <w:r>
        <w:rPr>
          <w:b/>
          <w:sz w:val="24"/>
        </w:rPr>
        <w:t>Câu 4: Cho tam giác $ABC$ vuông tại $A$, có $AB = 6$, $AC = 8$. Độ dài đường cao $AH$ (với $H$ là chân đường cao từ $A$ xuống $BC$) là:</w:t>
      </w:r>
    </w:p>
    <w:p>
      <w:pPr>
        <w:pStyle w:val="ListParagraph"/>
      </w:pPr>
      <w:r>
        <w:rPr>
          <w:sz w:val="22"/>
        </w:rPr>
        <w:t>A. $4,8$</w:t>
      </w:r>
    </w:p>
    <w:p>
      <w:pPr>
        <w:pStyle w:val="ListParagraph"/>
      </w:pPr>
      <w:r>
        <w:rPr>
          <w:sz w:val="22"/>
        </w:rPr>
        <w:t>B. $5$</w:t>
      </w:r>
    </w:p>
    <w:p>
      <w:pPr>
        <w:pStyle w:val="ListParagraph"/>
      </w:pPr>
      <w:r>
        <w:rPr>
          <w:sz w:val="22"/>
        </w:rPr>
        <w:t>C. $6$</w:t>
      </w:r>
    </w:p>
    <w:p>
      <w:pPr>
        <w:pStyle w:val="ListParagraph"/>
      </w:pPr>
      <w:r>
        <w:rPr>
          <w:sz w:val="22"/>
        </w:rPr>
        <w:t>D. $7,2$</w:t>
      </w:r>
    </w:p>
    <w:p/>
    <w:p>
      <w:r>
        <w:rPr>
          <w:b/>
          <w:sz w:val="24"/>
        </w:rPr>
        <w:t>Câu 5: Trong tam giác $ABC$ vuông tại $A$, hệ thức nào sau đây đúng?</w:t>
      </w:r>
    </w:p>
    <w:p>
      <w:pPr>
        <w:pStyle w:val="ListParagraph"/>
      </w:pPr>
      <w:r>
        <w:rPr>
          <w:sz w:val="22"/>
        </w:rPr>
        <w:t>A. $\frac{1}{AH^2} = \frac{1}{AB^2} + \frac{1}{AC^2}$ (với $AH$ là đường cao)</w:t>
      </w:r>
    </w:p>
    <w:p>
      <w:pPr>
        <w:pStyle w:val="ListParagraph"/>
      </w:pPr>
      <w:r>
        <w:rPr>
          <w:sz w:val="22"/>
        </w:rPr>
        <w:t>B. $\frac{1}{AH^2} = \frac{1}{AB^2} - \frac{1}{AC^2}$</w:t>
      </w:r>
    </w:p>
    <w:p>
      <w:pPr>
        <w:pStyle w:val="ListParagraph"/>
      </w:pPr>
      <w:r>
        <w:rPr>
          <w:sz w:val="22"/>
        </w:rPr>
        <w:t>C. $\frac{1}{AH^2} = \frac{1}{AB^2} \cdot \frac{1}{AC^2}$</w:t>
      </w:r>
    </w:p>
    <w:p>
      <w:pPr>
        <w:pStyle w:val="ListParagraph"/>
      </w:pPr>
      <w:r>
        <w:rPr>
          <w:sz w:val="22"/>
        </w:rPr>
        <w:t>D. $\frac{1}{AH^2} = \frac{1}{AB^2 + AC^2}$</w:t>
      </w:r>
    </w:p>
    <w:p/>
    <w:p>
      <w:r>
        <w:rPr>
          <w:b/>
          <w:sz w:val="24"/>
        </w:rPr>
        <w:t>Câu 6: Cho tam giác $ABC$ vuông tại $A$, có $AB = 5$, $AC = 12$. Độ dài cạnh $BC$ là:</w:t>
      </w:r>
    </w:p>
    <w:p>
      <w:pPr>
        <w:pStyle w:val="ListParagraph"/>
      </w:pPr>
      <w:r>
        <w:rPr>
          <w:sz w:val="22"/>
        </w:rPr>
        <w:t>A. $13$</w:t>
      </w:r>
    </w:p>
    <w:p>
      <w:pPr>
        <w:pStyle w:val="ListParagraph"/>
      </w:pPr>
      <w:r>
        <w:rPr>
          <w:sz w:val="22"/>
        </w:rPr>
        <w:t>B. $17$</w:t>
      </w:r>
    </w:p>
    <w:p>
      <w:pPr>
        <w:pStyle w:val="ListParagraph"/>
      </w:pPr>
      <w:r>
        <w:rPr>
          <w:sz w:val="22"/>
        </w:rPr>
        <w:t>C. $7$</w:t>
      </w:r>
    </w:p>
    <w:p>
      <w:pPr>
        <w:pStyle w:val="ListParagraph"/>
      </w:pPr>
      <w:r>
        <w:rPr>
          <w:sz w:val="22"/>
        </w:rPr>
        <w:t>D. $\sqrt{119}$</w:t>
      </w:r>
    </w:p>
    <w:p/>
    <w:p>
      <w:r>
        <w:rPr>
          <w:b/>
          <w:sz w:val="24"/>
        </w:rPr>
        <w:t>Câu 7: Cho tam giác $ABC$ vuông tại $A$, đường cao $AH$. Biết $HB = 2$, $HC = 8$. Độ dài $AH$ là:</w:t>
      </w:r>
    </w:p>
    <w:p>
      <w:pPr>
        <w:pStyle w:val="ListParagraph"/>
      </w:pPr>
      <w:r>
        <w:rPr>
          <w:sz w:val="22"/>
        </w:rPr>
        <w:t>A. $4$</w:t>
      </w:r>
    </w:p>
    <w:p>
      <w:pPr>
        <w:pStyle w:val="ListParagraph"/>
      </w:pPr>
      <w:r>
        <w:rPr>
          <w:sz w:val="22"/>
        </w:rPr>
        <w:t>B. $5$</w:t>
      </w:r>
    </w:p>
    <w:p>
      <w:pPr>
        <w:pStyle w:val="ListParagraph"/>
      </w:pPr>
      <w:r>
        <w:rPr>
          <w:sz w:val="22"/>
        </w:rPr>
        <w:t>C. $6$</w:t>
      </w:r>
    </w:p>
    <w:p>
      <w:pPr>
        <w:pStyle w:val="ListParagraph"/>
      </w:pPr>
      <w:r>
        <w:rPr>
          <w:sz w:val="22"/>
        </w:rPr>
        <w:t>D. $10$</w:t>
      </w:r>
    </w:p>
    <w:p/>
    <w:p>
      <w:r>
        <w:rPr>
          <w:b/>
          <w:sz w:val="24"/>
        </w:rPr>
        <w:t>Câu 8: Cho tam giác $ABC$ vuông tại $A$, có $AB = 3$, $AC = 4$. Độ dài đường cao $AH$ là:</w:t>
      </w:r>
    </w:p>
    <w:p>
      <w:pPr>
        <w:pStyle w:val="ListParagraph"/>
      </w:pPr>
      <w:r>
        <w:rPr>
          <w:sz w:val="22"/>
        </w:rPr>
        <w:t>A. $\frac{12}{5}$</w:t>
      </w:r>
    </w:p>
    <w:p>
      <w:pPr>
        <w:pStyle w:val="ListParagraph"/>
      </w:pPr>
      <w:r>
        <w:rPr>
          <w:sz w:val="22"/>
        </w:rPr>
        <w:t>B. $\frac{5}{12}$</w:t>
      </w:r>
    </w:p>
    <w:p>
      <w:pPr>
        <w:pStyle w:val="ListParagraph"/>
      </w:pPr>
      <w:r>
        <w:rPr>
          <w:sz w:val="22"/>
        </w:rPr>
        <w:t>C. $\frac{7}{5}$</w:t>
      </w:r>
    </w:p>
    <w:p>
      <w:pPr>
        <w:pStyle w:val="ListParagraph"/>
      </w:pPr>
      <w:r>
        <w:rPr>
          <w:sz w:val="22"/>
        </w:rPr>
        <w:t>D. $\frac{5}{7}$</w:t>
      </w:r>
    </w:p>
    <w:p/>
    <w:p>
      <w:r>
        <w:rPr>
          <w:b/>
          <w:sz w:val="24"/>
        </w:rPr>
        <w:t>Câu 9: Trong tam giác $ABC$ vuông tại $A$, hệ thức nào sau đây đúng?</w:t>
      </w:r>
    </w:p>
    <w:p>
      <w:pPr>
        <w:pStyle w:val="ListParagraph"/>
      </w:pPr>
      <w:r>
        <w:rPr>
          <w:sz w:val="22"/>
        </w:rPr>
        <w:t>A. $AB \cdot AC = BC \cdot AH$ (với $AH$ là đường cao)</w:t>
      </w:r>
    </w:p>
    <w:p>
      <w:pPr>
        <w:pStyle w:val="ListParagraph"/>
      </w:pPr>
      <w:r>
        <w:rPr>
          <w:sz w:val="22"/>
        </w:rPr>
        <w:t>B. $AB \cdot AC = BC \cdot AB$</w:t>
      </w:r>
    </w:p>
    <w:p>
      <w:pPr>
        <w:pStyle w:val="ListParagraph"/>
      </w:pPr>
      <w:r>
        <w:rPr>
          <w:sz w:val="22"/>
        </w:rPr>
        <w:t>C. $AB \cdot AC = BC \cdot AC$</w:t>
      </w:r>
    </w:p>
    <w:p>
      <w:pPr>
        <w:pStyle w:val="ListParagraph"/>
      </w:pPr>
      <w:r>
        <w:rPr>
          <w:sz w:val="22"/>
        </w:rPr>
        <w:t>D. $AB \cdot AC = AH^2$</w:t>
      </w:r>
    </w:p>
    <w:p/>
    <w:p>
      <w:r>
        <w:rPr>
          <w:b/>
          <w:sz w:val="24"/>
        </w:rPr>
        <w:t>Câu 10: Cho tam giác $ABC$ vuông tại $A$, có $AB = 9$, $AC = 12$. Độ dài hình chiếu của $AB$ lên cạnh huyền $BC$ là:</w:t>
      </w:r>
    </w:p>
    <w:p>
      <w:pPr>
        <w:pStyle w:val="ListParagraph"/>
      </w:pPr>
      <w:r>
        <w:rPr>
          <w:sz w:val="22"/>
        </w:rPr>
        <w:t>A. $5,4$</w:t>
      </w:r>
    </w:p>
    <w:p>
      <w:pPr>
        <w:pStyle w:val="ListParagraph"/>
      </w:pPr>
      <w:r>
        <w:rPr>
          <w:sz w:val="22"/>
        </w:rPr>
        <w:t>B. $9,6$</w:t>
      </w:r>
    </w:p>
    <w:p>
      <w:pPr>
        <w:pStyle w:val="ListParagraph"/>
      </w:pPr>
      <w:r>
        <w:rPr>
          <w:sz w:val="22"/>
        </w:rPr>
        <w:t>C. $7,2$</w:t>
      </w:r>
    </w:p>
    <w:p>
      <w:pPr>
        <w:pStyle w:val="ListParagraph"/>
      </w:pPr>
      <w:r>
        <w:rPr>
          <w:sz w:val="22"/>
        </w:rPr>
        <w:t>D. $6,4$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