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 từ vựng unit1 lớ...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A close friend is someone you can ______ in completely.</w:t>
      </w:r>
    </w:p>
    <w:p>
      <w:pPr>
        <w:pStyle w:val="ListParagraph"/>
      </w:pPr>
      <w:r>
        <w:rPr>
          <w:sz w:val="22"/>
        </w:rPr>
        <w:t>A. confide</w:t>
      </w:r>
    </w:p>
    <w:p>
      <w:pPr>
        <w:pStyle w:val="ListParagraph"/>
      </w:pPr>
      <w:r>
        <w:rPr>
          <w:sz w:val="22"/>
        </w:rPr>
        <w:t>B. confident</w:t>
      </w:r>
    </w:p>
    <w:p>
      <w:pPr>
        <w:pStyle w:val="ListParagraph"/>
      </w:pPr>
      <w:r>
        <w:rPr>
          <w:sz w:val="22"/>
        </w:rPr>
        <w:t>C. confidence</w:t>
      </w:r>
    </w:p>
    <w:p>
      <w:pPr>
        <w:pStyle w:val="ListParagraph"/>
      </w:pPr>
      <w:r>
        <w:rPr>
          <w:sz w:val="22"/>
        </w:rPr>
        <w:t>D. confiding</w:t>
      </w:r>
    </w:p>
    <w:p/>
    <w:p>
      <w:r>
        <w:rPr>
          <w:b/>
          <w:sz w:val="24"/>
        </w:rPr>
        <w:t>Câu 2: He is a very ______ friend; he always supports me.</w:t>
      </w:r>
    </w:p>
    <w:p>
      <w:pPr>
        <w:pStyle w:val="ListParagraph"/>
      </w:pPr>
      <w:r>
        <w:rPr>
          <w:sz w:val="22"/>
        </w:rPr>
        <w:t>A. loyal</w:t>
      </w:r>
    </w:p>
    <w:p>
      <w:pPr>
        <w:pStyle w:val="ListParagraph"/>
      </w:pPr>
      <w:r>
        <w:rPr>
          <w:sz w:val="22"/>
        </w:rPr>
        <w:t>B. loyalty</w:t>
      </w:r>
    </w:p>
    <w:p>
      <w:pPr>
        <w:pStyle w:val="ListParagraph"/>
      </w:pPr>
      <w:r>
        <w:rPr>
          <w:sz w:val="22"/>
        </w:rPr>
        <w:t>C. loyally</w:t>
      </w:r>
    </w:p>
    <w:p>
      <w:pPr>
        <w:pStyle w:val="ListParagraph"/>
      </w:pPr>
      <w:r>
        <w:rPr>
          <w:sz w:val="22"/>
        </w:rPr>
        <w:t>D. loyalist</w:t>
      </w:r>
    </w:p>
    <w:p/>
    <w:p>
      <w:r>
        <w:rPr>
          <w:b/>
          <w:sz w:val="24"/>
        </w:rPr>
        <w:t>Câu 3: I have a very ______ relationship with my parents; we share everything.</w:t>
      </w:r>
    </w:p>
    <w:p>
      <w:pPr>
        <w:pStyle w:val="ListParagraph"/>
      </w:pPr>
      <w:r>
        <w:rPr>
          <w:sz w:val="22"/>
        </w:rPr>
        <w:t>A. close</w:t>
      </w:r>
    </w:p>
    <w:p>
      <w:pPr>
        <w:pStyle w:val="ListParagraph"/>
      </w:pPr>
      <w:r>
        <w:rPr>
          <w:sz w:val="22"/>
        </w:rPr>
        <w:t>B. distant</w:t>
      </w:r>
    </w:p>
    <w:p>
      <w:pPr>
        <w:pStyle w:val="ListParagraph"/>
      </w:pPr>
      <w:r>
        <w:rPr>
          <w:sz w:val="22"/>
        </w:rPr>
        <w:t>C. formal</w:t>
      </w:r>
    </w:p>
    <w:p>
      <w:pPr>
        <w:pStyle w:val="ListParagraph"/>
      </w:pPr>
      <w:r>
        <w:rPr>
          <w:sz w:val="22"/>
        </w:rPr>
        <w:t>D. strange</w:t>
      </w:r>
    </w:p>
    <w:p/>
    <w:p>
      <w:r>
        <w:rPr>
          <w:b/>
          <w:sz w:val="24"/>
        </w:rPr>
        <w:t>Câu 4: She felt a lot of ______ for the homeless people.</w:t>
      </w:r>
    </w:p>
    <w:p>
      <w:pPr>
        <w:pStyle w:val="ListParagraph"/>
      </w:pPr>
      <w:r>
        <w:rPr>
          <w:sz w:val="22"/>
        </w:rPr>
        <w:t>A. sympathy</w:t>
      </w:r>
    </w:p>
    <w:p>
      <w:pPr>
        <w:pStyle w:val="ListParagraph"/>
      </w:pPr>
      <w:r>
        <w:rPr>
          <w:sz w:val="22"/>
        </w:rPr>
        <w:t>B. sympathetic</w:t>
      </w:r>
    </w:p>
    <w:p>
      <w:pPr>
        <w:pStyle w:val="ListParagraph"/>
      </w:pPr>
      <w:r>
        <w:rPr>
          <w:sz w:val="22"/>
        </w:rPr>
        <w:t>C. sympathize</w:t>
      </w:r>
    </w:p>
    <w:p>
      <w:pPr>
        <w:pStyle w:val="ListParagraph"/>
      </w:pPr>
      <w:r>
        <w:rPr>
          <w:sz w:val="22"/>
        </w:rPr>
        <w:t>D. sympathizer</w:t>
      </w:r>
    </w:p>
    <w:p/>
    <w:p>
      <w:r>
        <w:rPr>
          <w:b/>
          <w:sz w:val="24"/>
        </w:rPr>
        <w:t>Câu 5: True friendship is based on ______ trust.</w:t>
      </w:r>
    </w:p>
    <w:p>
      <w:pPr>
        <w:pStyle w:val="ListParagraph"/>
      </w:pPr>
      <w:r>
        <w:rPr>
          <w:sz w:val="22"/>
        </w:rPr>
        <w:t>A. mutual</w:t>
      </w:r>
    </w:p>
    <w:p>
      <w:pPr>
        <w:pStyle w:val="ListParagraph"/>
      </w:pPr>
      <w:r>
        <w:rPr>
          <w:sz w:val="22"/>
        </w:rPr>
        <w:t>B. one-sided</w:t>
      </w:r>
    </w:p>
    <w:p>
      <w:pPr>
        <w:pStyle w:val="ListParagraph"/>
      </w:pPr>
      <w:r>
        <w:rPr>
          <w:sz w:val="22"/>
        </w:rPr>
        <w:t>C. selfish</w:t>
      </w:r>
    </w:p>
    <w:p>
      <w:pPr>
        <w:pStyle w:val="ListParagraph"/>
      </w:pPr>
      <w:r>
        <w:rPr>
          <w:sz w:val="22"/>
        </w:rPr>
        <w:t>D. individual</w:t>
      </w:r>
    </w:p>
    <w:p/>
    <w:p>
      <w:r>
        <w:rPr>
          <w:b/>
          <w:sz w:val="24"/>
        </w:rPr>
        <w:t>Câu 6: He is not a close friend; he is just an ______.</w:t>
      </w:r>
    </w:p>
    <w:p>
      <w:pPr>
        <w:pStyle w:val="ListParagraph"/>
      </w:pPr>
      <w:r>
        <w:rPr>
          <w:sz w:val="22"/>
        </w:rPr>
        <w:t>A. acquaintance</w:t>
      </w:r>
    </w:p>
    <w:p>
      <w:pPr>
        <w:pStyle w:val="ListParagraph"/>
      </w:pPr>
      <w:r>
        <w:rPr>
          <w:sz w:val="22"/>
        </w:rPr>
        <w:t>B. friend</w:t>
      </w:r>
    </w:p>
    <w:p>
      <w:pPr>
        <w:pStyle w:val="ListParagraph"/>
      </w:pPr>
      <w:r>
        <w:rPr>
          <w:sz w:val="22"/>
        </w:rPr>
        <w:t>C. enemy</w:t>
      </w:r>
    </w:p>
    <w:p>
      <w:pPr>
        <w:pStyle w:val="ListParagraph"/>
      </w:pPr>
      <w:r>
        <w:rPr>
          <w:sz w:val="22"/>
        </w:rPr>
        <w:t>D. stranger</w:t>
      </w:r>
    </w:p>
    <w:p/>
    <w:p>
      <w:r>
        <w:rPr>
          <w:b/>
          <w:sz w:val="24"/>
        </w:rPr>
        <w:t>Câu 7: I admire her ______; she never changes her mind about helping others.</w:t>
      </w:r>
    </w:p>
    <w:p>
      <w:pPr>
        <w:pStyle w:val="ListParagraph"/>
      </w:pPr>
      <w:r>
        <w:rPr>
          <w:sz w:val="22"/>
        </w:rPr>
        <w:t>A. constancy</w:t>
      </w:r>
    </w:p>
    <w:p>
      <w:pPr>
        <w:pStyle w:val="ListParagraph"/>
      </w:pPr>
      <w:r>
        <w:rPr>
          <w:sz w:val="22"/>
        </w:rPr>
        <w:t>B. constant</w:t>
      </w:r>
    </w:p>
    <w:p>
      <w:pPr>
        <w:pStyle w:val="ListParagraph"/>
      </w:pPr>
      <w:r>
        <w:rPr>
          <w:sz w:val="22"/>
        </w:rPr>
        <w:t>C. constantly</w:t>
      </w:r>
    </w:p>
    <w:p>
      <w:pPr>
        <w:pStyle w:val="ListParagraph"/>
      </w:pPr>
      <w:r>
        <w:rPr>
          <w:sz w:val="22"/>
        </w:rPr>
        <w:t>D. inconstancy</w:t>
      </w:r>
    </w:p>
    <w:p/>
    <w:p>
      <w:r>
        <w:rPr>
          <w:b/>
          <w:sz w:val="24"/>
        </w:rPr>
        <w:t>Câu 8: He is a very ______ person; you can always rely on him.</w:t>
      </w:r>
    </w:p>
    <w:p>
      <w:pPr>
        <w:pStyle w:val="ListParagraph"/>
      </w:pPr>
      <w:r>
        <w:rPr>
          <w:sz w:val="22"/>
        </w:rPr>
        <w:t>A. reliable</w:t>
      </w:r>
    </w:p>
    <w:p>
      <w:pPr>
        <w:pStyle w:val="ListParagraph"/>
      </w:pPr>
      <w:r>
        <w:rPr>
          <w:sz w:val="22"/>
        </w:rPr>
        <w:t>B. unreliable</w:t>
      </w:r>
    </w:p>
    <w:p>
      <w:pPr>
        <w:pStyle w:val="ListParagraph"/>
      </w:pPr>
      <w:r>
        <w:rPr>
          <w:sz w:val="22"/>
        </w:rPr>
        <w:t>C. reliability</w:t>
      </w:r>
    </w:p>
    <w:p>
      <w:pPr>
        <w:pStyle w:val="ListParagraph"/>
      </w:pPr>
      <w:r>
        <w:rPr>
          <w:sz w:val="22"/>
        </w:rPr>
        <w:t>D. reliably</w:t>
      </w:r>
    </w:p>
    <w:p/>
    <w:p>
      <w:r>
        <w:rPr>
          <w:b/>
          <w:sz w:val="24"/>
        </w:rPr>
        <w:t>Câu 9: They have a ______ friendship; they have known each other for 20 years.</w:t>
      </w:r>
    </w:p>
    <w:p>
      <w:pPr>
        <w:pStyle w:val="ListParagraph"/>
      </w:pPr>
      <w:r>
        <w:rPr>
          <w:sz w:val="22"/>
        </w:rPr>
        <w:t>A. lasting</w:t>
      </w:r>
    </w:p>
    <w:p>
      <w:pPr>
        <w:pStyle w:val="ListParagraph"/>
      </w:pPr>
      <w:r>
        <w:rPr>
          <w:sz w:val="22"/>
        </w:rPr>
        <w:t>B. last</w:t>
      </w:r>
    </w:p>
    <w:p>
      <w:pPr>
        <w:pStyle w:val="ListParagraph"/>
      </w:pPr>
      <w:r>
        <w:rPr>
          <w:sz w:val="22"/>
        </w:rPr>
        <w:t>C. lasted</w:t>
      </w:r>
    </w:p>
    <w:p>
      <w:pPr>
        <w:pStyle w:val="ListParagraph"/>
      </w:pPr>
      <w:r>
        <w:rPr>
          <w:sz w:val="22"/>
        </w:rPr>
        <w:t>D. lastly</w:t>
      </w:r>
    </w:p>
    <w:p/>
    <w:p>
      <w:r>
        <w:rPr>
          <w:b/>
          <w:sz w:val="24"/>
        </w:rPr>
        <w:t>Câu 10: Don't ______ about others; it's not polite.</w:t>
      </w:r>
    </w:p>
    <w:p>
      <w:pPr>
        <w:pStyle w:val="ListParagraph"/>
      </w:pPr>
      <w:r>
        <w:rPr>
          <w:sz w:val="22"/>
        </w:rPr>
        <w:t>A. gossip</w:t>
      </w:r>
    </w:p>
    <w:p>
      <w:pPr>
        <w:pStyle w:val="ListParagraph"/>
      </w:pPr>
      <w:r>
        <w:rPr>
          <w:sz w:val="22"/>
        </w:rPr>
        <w:t>B. gossiping</w:t>
      </w:r>
    </w:p>
    <w:p>
      <w:pPr>
        <w:pStyle w:val="ListParagraph"/>
      </w:pPr>
      <w:r>
        <w:rPr>
          <w:sz w:val="22"/>
        </w:rPr>
        <w:t>C. gossipy</w:t>
      </w:r>
    </w:p>
    <w:p>
      <w:pPr>
        <w:pStyle w:val="ListParagraph"/>
      </w:pPr>
      <w:r>
        <w:rPr>
          <w:sz w:val="22"/>
        </w:rPr>
        <w:t>D. gossiper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