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đề kiểm tra tiếng việt lớp 5 kết nối tri 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Từ nào dưới đây là từ láy?</w:t>
      </w:r>
    </w:p>
    <w:p>
      <w:pPr>
        <w:pStyle w:val="ListParagraph"/>
      </w:pPr>
      <w:r>
        <w:rPr>
          <w:sz w:val="22"/>
        </w:rPr>
        <w:t>A. học hành</w:t>
      </w:r>
    </w:p>
    <w:p>
      <w:pPr>
        <w:pStyle w:val="ListParagraph"/>
      </w:pPr>
      <w:r>
        <w:rPr>
          <w:sz w:val="22"/>
        </w:rPr>
        <w:t>B. mong manh</w:t>
      </w:r>
    </w:p>
    <w:p>
      <w:pPr>
        <w:pStyle w:val="ListParagraph"/>
      </w:pPr>
      <w:r>
        <w:rPr>
          <w:sz w:val="22"/>
        </w:rPr>
        <w:t>C. tươi tốt</w:t>
      </w:r>
    </w:p>
    <w:p>
      <w:pPr>
        <w:pStyle w:val="ListParagraph"/>
      </w:pPr>
      <w:r>
        <w:rPr>
          <w:sz w:val="22"/>
        </w:rPr>
        <w:t>D. núi non</w:t>
      </w:r>
    </w:p>
    <w:p/>
    <w:p>
      <w:r>
        <w:rPr>
          <w:b/>
          <w:sz w:val="24"/>
        </w:rPr>
        <w:t>Câu 2: Trong câu "Trời càng về khuya, không gian càng tĩnh mịch.", cặp quan hệ từ nào được sử dụng?</w:t>
      </w:r>
    </w:p>
    <w:p>
      <w:pPr>
        <w:pStyle w:val="ListParagraph"/>
      </w:pPr>
      <w:r>
        <w:rPr>
          <w:sz w:val="22"/>
        </w:rPr>
        <w:t>A. càng... càng...</w:t>
      </w:r>
    </w:p>
    <w:p>
      <w:pPr>
        <w:pStyle w:val="ListParagraph"/>
      </w:pPr>
      <w:r>
        <w:rPr>
          <w:sz w:val="22"/>
        </w:rPr>
        <w:t>B. vì... nên...</w:t>
      </w:r>
    </w:p>
    <w:p>
      <w:pPr>
        <w:pStyle w:val="ListParagraph"/>
      </w:pPr>
      <w:r>
        <w:rPr>
          <w:sz w:val="22"/>
        </w:rPr>
        <w:t>C. tuy... nhưng...</w:t>
      </w:r>
    </w:p>
    <w:p>
      <w:pPr>
        <w:pStyle w:val="ListParagraph"/>
      </w:pPr>
      <w:r>
        <w:rPr>
          <w:sz w:val="22"/>
        </w:rPr>
        <w:t>D. nếu... thì...</w:t>
      </w:r>
    </w:p>
    <w:p/>
    <w:p>
      <w:r>
        <w:rPr>
          <w:b/>
          <w:sz w:val="24"/>
        </w:rPr>
        <w:t>Câu 3: Từ "chân" trong "chân núi" được dùng theo nghĩa nào?</w:t>
      </w:r>
    </w:p>
    <w:p>
      <w:pPr>
        <w:pStyle w:val="ListParagraph"/>
      </w:pPr>
      <w:r>
        <w:rPr>
          <w:sz w:val="22"/>
        </w:rPr>
        <w:t>A. Nghĩa gốc</w:t>
      </w:r>
    </w:p>
    <w:p>
      <w:pPr>
        <w:pStyle w:val="ListParagraph"/>
      </w:pPr>
      <w:r>
        <w:rPr>
          <w:sz w:val="22"/>
        </w:rPr>
        <w:t>B. Nghĩa chuyển</w:t>
      </w:r>
    </w:p>
    <w:p>
      <w:pPr>
        <w:pStyle w:val="ListParagraph"/>
      </w:pPr>
      <w:r>
        <w:rPr>
          <w:sz w:val="22"/>
        </w:rPr>
        <w:t>C. Nghĩa bóng</w:t>
      </w:r>
    </w:p>
    <w:p>
      <w:pPr>
        <w:pStyle w:val="ListParagraph"/>
      </w:pPr>
      <w:r>
        <w:rPr>
          <w:sz w:val="22"/>
        </w:rPr>
        <w:t>D. Nghĩa đồng âm</w:t>
      </w:r>
    </w:p>
    <w:p/>
    <w:p>
      <w:r>
        <w:rPr>
          <w:b/>
          <w:sz w:val="24"/>
        </w:rPr>
        <w:t>Câu 4: Câu nào dưới đây là câu ghép?</w:t>
      </w:r>
    </w:p>
    <w:p>
      <w:pPr>
        <w:pStyle w:val="ListParagraph"/>
      </w:pPr>
      <w:r>
        <w:rPr>
          <w:sz w:val="22"/>
        </w:rPr>
        <w:t>A. Trời mưa to.</w:t>
      </w:r>
    </w:p>
    <w:p>
      <w:pPr>
        <w:pStyle w:val="ListParagraph"/>
      </w:pPr>
      <w:r>
        <w:rPr>
          <w:sz w:val="22"/>
        </w:rPr>
        <w:t>B. Tôi thích đọc sách.</w:t>
      </w:r>
    </w:p>
    <w:p>
      <w:pPr>
        <w:pStyle w:val="ListParagraph"/>
      </w:pPr>
      <w:r>
        <w:rPr>
          <w:sz w:val="22"/>
        </w:rPr>
        <w:t>C. Vì trời mưa nên tôi không đi học.</w:t>
      </w:r>
    </w:p>
    <w:p>
      <w:pPr>
        <w:pStyle w:val="ListParagraph"/>
      </w:pPr>
      <w:r>
        <w:rPr>
          <w:sz w:val="22"/>
        </w:rPr>
        <w:t>D. Hoa nở rộ trong vườn.</w:t>
      </w:r>
    </w:p>
    <w:p/>
    <w:p>
      <w:r>
        <w:rPr>
          <w:b/>
          <w:sz w:val="24"/>
        </w:rPr>
        <w:t>Câu 5: Từ nào dưới đây viết đúng chính tả?</w:t>
      </w:r>
    </w:p>
    <w:p>
      <w:pPr>
        <w:pStyle w:val="ListParagraph"/>
      </w:pPr>
      <w:r>
        <w:rPr>
          <w:sz w:val="22"/>
        </w:rPr>
        <w:t>A. sáng sủa</w:t>
      </w:r>
    </w:p>
    <w:p>
      <w:pPr>
        <w:pStyle w:val="ListParagraph"/>
      </w:pPr>
      <w:r>
        <w:rPr>
          <w:sz w:val="22"/>
        </w:rPr>
        <w:t>B. xáng xủa</w:t>
      </w:r>
    </w:p>
    <w:p>
      <w:pPr>
        <w:pStyle w:val="ListParagraph"/>
      </w:pPr>
      <w:r>
        <w:rPr>
          <w:sz w:val="22"/>
        </w:rPr>
        <w:t>C. sáng xủa</w:t>
      </w:r>
    </w:p>
    <w:p>
      <w:pPr>
        <w:pStyle w:val="ListParagraph"/>
      </w:pPr>
      <w:r>
        <w:rPr>
          <w:sz w:val="22"/>
        </w:rPr>
        <w:t>D. xáng sủa</w:t>
      </w:r>
    </w:p>
    <w:p/>
    <w:p>
      <w:r>
        <w:rPr>
          <w:b/>
          <w:sz w:val="24"/>
        </w:rPr>
        <w:t>Câu 6: Thành ngữ nào nói về lòng dũng cảm?</w:t>
      </w:r>
    </w:p>
    <w:p>
      <w:pPr>
        <w:pStyle w:val="ListParagraph"/>
      </w:pPr>
      <w:r>
        <w:rPr>
          <w:sz w:val="22"/>
        </w:rPr>
        <w:t>A. Gan vàng dạ sắt</w:t>
      </w:r>
    </w:p>
    <w:p>
      <w:pPr>
        <w:pStyle w:val="ListParagraph"/>
      </w:pPr>
      <w:r>
        <w:rPr>
          <w:sz w:val="22"/>
        </w:rPr>
        <w:t>B. Chậm như rùa</w:t>
      </w:r>
    </w:p>
    <w:p>
      <w:pPr>
        <w:pStyle w:val="ListParagraph"/>
      </w:pPr>
      <w:r>
        <w:rPr>
          <w:sz w:val="22"/>
        </w:rPr>
        <w:t>C. Nhanh như cắt</w:t>
      </w:r>
    </w:p>
    <w:p>
      <w:pPr>
        <w:pStyle w:val="ListParagraph"/>
      </w:pPr>
      <w:r>
        <w:rPr>
          <w:sz w:val="22"/>
        </w:rPr>
        <w:t>D. Khỏe như voi</w:t>
      </w:r>
    </w:p>
    <w:p/>
    <w:p>
      <w:r>
        <w:rPr>
          <w:b/>
          <w:sz w:val="24"/>
        </w:rPr>
        <w:t>Câu 7: Trong câu "Những tia nắng ấm áp nhảy nhót trên cành cây.", biện pháp nhân hóa được tạo ra bằng cách nào?</w:t>
      </w:r>
    </w:p>
    <w:p>
      <w:pPr>
        <w:pStyle w:val="ListParagraph"/>
      </w:pPr>
      <w:r>
        <w:rPr>
          <w:sz w:val="22"/>
        </w:rPr>
        <w:t>A. Gọi vật bằng từ gọi người</w:t>
      </w:r>
    </w:p>
    <w:p>
      <w:pPr>
        <w:pStyle w:val="ListParagraph"/>
      </w:pPr>
      <w:r>
        <w:rPr>
          <w:sz w:val="22"/>
        </w:rPr>
        <w:t>B. Dùng từ tả người để tả vật</w:t>
      </w:r>
    </w:p>
    <w:p>
      <w:pPr>
        <w:pStyle w:val="ListParagraph"/>
      </w:pPr>
      <w:r>
        <w:rPr>
          <w:sz w:val="22"/>
        </w:rPr>
        <w:t>C. Cho vật nói chuyện với người</w:t>
      </w:r>
    </w:p>
    <w:p>
      <w:pPr>
        <w:pStyle w:val="ListParagraph"/>
      </w:pPr>
      <w:r>
        <w:rPr>
          <w:sz w:val="22"/>
        </w:rPr>
        <w:t>D. So sánh vật với người</w:t>
      </w:r>
    </w:p>
    <w:p/>
    <w:p>
      <w:r>
        <w:rPr>
          <w:b/>
          <w:sz w:val="24"/>
        </w:rPr>
        <w:t>Câu 8: Từ trái nghĩa với "hòa bình" là gì?</w:t>
      </w:r>
    </w:p>
    <w:p>
      <w:pPr>
        <w:pStyle w:val="ListParagraph"/>
      </w:pPr>
      <w:r>
        <w:rPr>
          <w:sz w:val="22"/>
        </w:rPr>
        <w:t>A. Chiến tranh</w:t>
      </w:r>
    </w:p>
    <w:p>
      <w:pPr>
        <w:pStyle w:val="ListParagraph"/>
      </w:pPr>
      <w:r>
        <w:rPr>
          <w:sz w:val="22"/>
        </w:rPr>
        <w:t>B. Yên tĩnh</w:t>
      </w:r>
    </w:p>
    <w:p>
      <w:pPr>
        <w:pStyle w:val="ListParagraph"/>
      </w:pPr>
      <w:r>
        <w:rPr>
          <w:sz w:val="22"/>
        </w:rPr>
        <w:t>C. Thanh bình</w:t>
      </w:r>
    </w:p>
    <w:p>
      <w:pPr>
        <w:pStyle w:val="ListParagraph"/>
      </w:pPr>
      <w:r>
        <w:rPr>
          <w:sz w:val="22"/>
        </w:rPr>
        <w:t>D. Hạnh phúc</w:t>
      </w:r>
    </w:p>
    <w:p/>
    <w:p>
      <w:r>
        <w:rPr>
          <w:b/>
          <w:sz w:val="24"/>
        </w:rPr>
        <w:t>Câu 9: Câu "Mẹ em là giáo viên." thuộc kiểu câu nào?</w:t>
      </w:r>
    </w:p>
    <w:p>
      <w:pPr>
        <w:pStyle w:val="ListParagraph"/>
      </w:pPr>
      <w:r>
        <w:rPr>
          <w:sz w:val="22"/>
        </w:rPr>
        <w:t>A. Câu kể</w:t>
      </w:r>
    </w:p>
    <w:p>
      <w:pPr>
        <w:pStyle w:val="ListParagraph"/>
      </w:pPr>
      <w:r>
        <w:rPr>
          <w:sz w:val="22"/>
        </w:rPr>
        <w:t>B. Câu hỏi</w:t>
      </w:r>
    </w:p>
    <w:p>
      <w:pPr>
        <w:pStyle w:val="ListParagraph"/>
      </w:pPr>
      <w:r>
        <w:rPr>
          <w:sz w:val="22"/>
        </w:rPr>
        <w:t>C. Câu cảm</w:t>
      </w:r>
    </w:p>
    <w:p>
      <w:pPr>
        <w:pStyle w:val="ListParagraph"/>
      </w:pPr>
      <w:r>
        <w:rPr>
          <w:sz w:val="22"/>
        </w:rPr>
        <w:t>D. Câu khiến</w:t>
      </w:r>
    </w:p>
    <w:p/>
    <w:p>
      <w:r>
        <w:rPr>
          <w:b/>
          <w:sz w:val="24"/>
        </w:rPr>
        <w:t>Câu 10: Dấu hai chấm trong câu "Bà bảo: 'Cháu hãy cố gắng học tập!'" có tác dụng gì?</w:t>
      </w:r>
    </w:p>
    <w:p>
      <w:pPr>
        <w:pStyle w:val="ListParagraph"/>
      </w:pPr>
      <w:r>
        <w:rPr>
          <w:sz w:val="22"/>
        </w:rPr>
        <w:t>A. Báo hiệu lời nói trực tiếp</w:t>
      </w:r>
    </w:p>
    <w:p>
      <w:pPr>
        <w:pStyle w:val="ListParagraph"/>
      </w:pPr>
      <w:r>
        <w:rPr>
          <w:sz w:val="22"/>
        </w:rPr>
        <w:t>B. Liệt kê các sự vật</w:t>
      </w:r>
    </w:p>
    <w:p>
      <w:pPr>
        <w:pStyle w:val="ListParagraph"/>
      </w:pPr>
      <w:r>
        <w:rPr>
          <w:sz w:val="22"/>
        </w:rPr>
        <w:t>C. Giải thích cho bộ phận đứng trước</w:t>
      </w:r>
    </w:p>
    <w:p>
      <w:pPr>
        <w:pStyle w:val="ListParagraph"/>
      </w:pPr>
      <w:r>
        <w:rPr>
          <w:sz w:val="22"/>
        </w:rPr>
        <w:t>D. Ngăn cách các vế câu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