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Tiếng Anh lớp 3 - Loại cây trồng nào sau đây thuộc nhóm hoa, cây cản</w:t>
      </w:r>
    </w:p>
    <w:p>
      <w:pPr>
        <w:jc w:val="center"/>
      </w:pPr>
      <w:r>
        <w:rPr>
          <w:sz w:val="22"/>
        </w:rPr>
        <w:t>Số câu: 14    Thời gian: _____ phút    Họ và tên: _________________________</w:t>
      </w:r>
    </w:p>
    <w:p/>
    <w:p>
      <w:r>
        <w:rPr>
          <w:b/>
          <w:sz w:val="24"/>
        </w:rPr>
        <w:t>Câu 1: Loại cây trồng nào sau đây thuộc nhóm hoa, cây cảnh?</w:t>
      </w:r>
    </w:p>
    <w:p>
      <w:pPr>
        <w:pStyle w:val="ListParagraph"/>
      </w:pPr>
      <w:r>
        <w:rPr>
          <w:sz w:val="22"/>
        </w:rPr>
        <w:t>A. Cây lạc (đậu phụng).</w:t>
      </w:r>
    </w:p>
    <w:p>
      <w:pPr>
        <w:pStyle w:val="ListParagraph"/>
      </w:pPr>
      <w:r>
        <w:rPr>
          <w:sz w:val="22"/>
        </w:rPr>
        <w:t>B. Mùng tơi.</w:t>
      </w:r>
    </w:p>
    <w:p>
      <w:pPr>
        <w:pStyle w:val="ListParagraph"/>
      </w:pPr>
      <w:r>
        <w:rPr>
          <w:sz w:val="22"/>
        </w:rPr>
        <w:t>C. Cây hoa hồng.</w:t>
      </w:r>
    </w:p>
    <w:p>
      <w:pPr>
        <w:pStyle w:val="ListParagraph"/>
      </w:pPr>
      <w:r>
        <w:rPr>
          <w:sz w:val="22"/>
        </w:rPr>
        <w:t>D. Cây điều.</w:t>
      </w:r>
    </w:p>
    <w:p/>
    <w:p>
      <w:r>
        <w:rPr>
          <w:b/>
          <w:sz w:val="24"/>
        </w:rPr>
        <w:t>Câu 2: Đâu không phải ưu điểm của trồng trọt ngoài tự nhiên?</w:t>
      </w:r>
    </w:p>
    <w:p>
      <w:pPr>
        <w:pStyle w:val="ListParagraph"/>
      </w:pPr>
      <w:r>
        <w:rPr>
          <w:sz w:val="22"/>
        </w:rPr>
        <w:t>A. Đơn giản.</w:t>
      </w:r>
    </w:p>
    <w:p>
      <w:pPr>
        <w:pStyle w:val="ListParagraph"/>
      </w:pPr>
      <w:r>
        <w:rPr>
          <w:sz w:val="22"/>
        </w:rPr>
        <w:t>B. Dễ thực hiện.</w:t>
      </w:r>
    </w:p>
    <w:p>
      <w:pPr>
        <w:pStyle w:val="ListParagraph"/>
      </w:pPr>
      <w:r>
        <w:rPr>
          <w:sz w:val="22"/>
        </w:rPr>
        <w:t>C. Tránh tác động của sâu bệnh.</w:t>
      </w:r>
    </w:p>
    <w:p>
      <w:pPr>
        <w:pStyle w:val="ListParagraph"/>
      </w:pPr>
      <w:r>
        <w:rPr>
          <w:sz w:val="22"/>
        </w:rPr>
        <w:t>D. Thực hiện trên diện tích lớn.</w:t>
      </w:r>
    </w:p>
    <w:p/>
    <w:p>
      <w:r>
        <w:rPr>
          <w:b/>
          <w:sz w:val="24"/>
        </w:rPr>
        <w:t>Câu 3: Trồng trọt công nghệ cao có mấy đặc điểm cơ bản?</w:t>
      </w:r>
    </w:p>
    <w:p>
      <w:pPr>
        <w:pStyle w:val="ListParagraph"/>
      </w:pPr>
      <w:r>
        <w:rPr>
          <w:sz w:val="22"/>
        </w:rPr>
        <w:t>A. 1.</w:t>
      </w:r>
    </w:p>
    <w:p>
      <w:pPr>
        <w:pStyle w:val="ListParagraph"/>
      </w:pPr>
      <w:r>
        <w:rPr>
          <w:sz w:val="22"/>
        </w:rPr>
        <w:t>B. 2.</w:t>
      </w:r>
    </w:p>
    <w:p>
      <w:pPr>
        <w:pStyle w:val="ListParagraph"/>
      </w:pPr>
      <w:r>
        <w:rPr>
          <w:sz w:val="22"/>
        </w:rPr>
        <w:t>C. 3.</w:t>
      </w:r>
    </w:p>
    <w:p>
      <w:pPr>
        <w:pStyle w:val="ListParagraph"/>
      </w:pPr>
      <w:r>
        <w:rPr>
          <w:sz w:val="22"/>
        </w:rPr>
        <w:t>D. 4.</w:t>
      </w:r>
    </w:p>
    <w:p/>
    <w:p>
      <w:r>
        <w:rPr>
          <w:b/>
          <w:sz w:val="24"/>
        </w:rPr>
        <w:t>Câu 4: Một trong những ưu điểm của biện pháp thủ công trong phòng trừ sâu bệnh hại cây trồng là:</w:t>
      </w:r>
    </w:p>
    <w:p>
      <w:pPr>
        <w:pStyle w:val="ListParagraph"/>
      </w:pPr>
      <w:r>
        <w:rPr>
          <w:sz w:val="22"/>
        </w:rPr>
        <w:t>A. Tiết kiệm công lao động.</w:t>
      </w:r>
    </w:p>
    <w:p>
      <w:pPr>
        <w:pStyle w:val="ListParagraph"/>
      </w:pPr>
      <w:r>
        <w:rPr>
          <w:sz w:val="22"/>
        </w:rPr>
        <w:t>B. Hiệu quả nhanh cả khi sâu đã phát triển mạnh.</w:t>
      </w:r>
    </w:p>
    <w:p>
      <w:pPr>
        <w:pStyle w:val="ListParagraph"/>
      </w:pPr>
      <w:r>
        <w:rPr>
          <w:sz w:val="22"/>
        </w:rPr>
        <w:t>C. Đơn giản, dễ thực hiện.</w:t>
      </w:r>
    </w:p>
    <w:p>
      <w:pPr>
        <w:pStyle w:val="ListParagraph"/>
      </w:pPr>
      <w:r>
        <w:rPr>
          <w:sz w:val="22"/>
        </w:rPr>
        <w:t>D. Có tác dụng lâu dài.</w:t>
      </w:r>
    </w:p>
    <w:p/>
    <w:p>
      <w:r>
        <w:rPr>
          <w:b/>
          <w:sz w:val="24"/>
        </w:rPr>
        <w:t>Câu 5: Đặc điểm đầu tiên của trồng trọt công nghệ cao là gì?</w:t>
      </w:r>
    </w:p>
    <w:p>
      <w:pPr>
        <w:pStyle w:val="ListParagraph"/>
      </w:pPr>
      <w:r>
        <w:rPr>
          <w:sz w:val="22"/>
        </w:rPr>
        <w:t>A. Ưu tiên sử dụng giống cây trồng cho năng suất cao, chất lượng tốt, thời gian sinh trưởng ngắn.</w:t>
      </w:r>
    </w:p>
    <w:p>
      <w:pPr>
        <w:pStyle w:val="ListParagraph"/>
      </w:pPr>
      <w:r>
        <w:rPr>
          <w:sz w:val="22"/>
        </w:rPr>
        <w:t>B. Thay thế đất trồng bằng giá thể hoặc dung dịch dinh dưỡng.</w:t>
      </w:r>
    </w:p>
    <w:p>
      <w:pPr>
        <w:pStyle w:val="ListParagraph"/>
      </w:pPr>
      <w:r>
        <w:rPr>
          <w:sz w:val="22"/>
        </w:rPr>
        <w:t>C. Ứng dụng thiết bị, công nghệ hiện đại.</w:t>
      </w:r>
    </w:p>
    <w:p>
      <w:pPr>
        <w:pStyle w:val="ListParagraph"/>
      </w:pPr>
      <w:r>
        <w:rPr>
          <w:sz w:val="22"/>
        </w:rPr>
        <w:t>D. Lao động có trình độ cao.</w:t>
      </w:r>
    </w:p>
    <w:p/>
    <w:p>
      <w:r>
        <w:rPr>
          <w:b/>
          <w:sz w:val="24"/>
        </w:rPr>
        <w:t>Câu 6: Cây nào sau đây thuộc nhóm cây lương thực?</w:t>
      </w:r>
    </w:p>
    <w:p>
      <w:pPr>
        <w:pStyle w:val="ListParagraph"/>
      </w:pPr>
      <w:r>
        <w:rPr>
          <w:sz w:val="22"/>
        </w:rPr>
        <w:t>A. Cây ngô.</w:t>
      </w:r>
    </w:p>
    <w:p>
      <w:pPr>
        <w:pStyle w:val="ListParagraph"/>
      </w:pPr>
      <w:r>
        <w:rPr>
          <w:sz w:val="22"/>
        </w:rPr>
        <w:t>B. Cây sầu riêng.</w:t>
      </w:r>
    </w:p>
    <w:p>
      <w:pPr>
        <w:pStyle w:val="ListParagraph"/>
      </w:pPr>
      <w:r>
        <w:rPr>
          <w:sz w:val="22"/>
        </w:rPr>
        <w:t>C. Cây vải thiều.</w:t>
      </w:r>
    </w:p>
    <w:p>
      <w:pPr>
        <w:pStyle w:val="ListParagraph"/>
      </w:pPr>
      <w:r>
        <w:rPr>
          <w:sz w:val="22"/>
        </w:rPr>
        <w:t>D. Cây tiêu.</w:t>
      </w:r>
    </w:p>
    <w:p/>
    <w:p>
      <w:r>
        <w:rPr>
          <w:b/>
          <w:sz w:val="24"/>
        </w:rPr>
        <w:t>Câu 7: Biện pháp phòng trừ sâu bệnh đầu tiên là gì?</w:t>
      </w:r>
    </w:p>
    <w:p>
      <w:pPr>
        <w:pStyle w:val="ListParagraph"/>
      </w:pPr>
      <w:r>
        <w:rPr>
          <w:sz w:val="22"/>
        </w:rPr>
        <w:t>A. Biện pháp canh tác và sử dụng giống chống sâu bệnh.</w:t>
      </w:r>
    </w:p>
    <w:p>
      <w:pPr>
        <w:pStyle w:val="ListParagraph"/>
      </w:pPr>
      <w:r>
        <w:rPr>
          <w:sz w:val="22"/>
        </w:rPr>
        <w:t>B. Biện pháp thủ công.</w:t>
      </w:r>
    </w:p>
    <w:p>
      <w:pPr>
        <w:pStyle w:val="ListParagraph"/>
      </w:pPr>
      <w:r>
        <w:rPr>
          <w:sz w:val="22"/>
        </w:rPr>
        <w:t>C. Biện pháp sinh học.</w:t>
      </w:r>
    </w:p>
    <w:p>
      <w:pPr>
        <w:pStyle w:val="ListParagraph"/>
      </w:pPr>
      <w:r>
        <w:rPr>
          <w:sz w:val="22"/>
        </w:rPr>
        <w:t>D. Biện pháp hóa học.</w:t>
      </w:r>
    </w:p>
    <w:p/>
    <w:p>
      <w:r>
        <w:rPr>
          <w:b/>
          <w:sz w:val="24"/>
        </w:rPr>
        <w:t>Câu 8: Sử dụng loại phân gì để bón thúc?</w:t>
      </w:r>
    </w:p>
    <w:p>
      <w:pPr>
        <w:pStyle w:val="ListParagraph"/>
      </w:pPr>
      <w:r>
        <w:rPr>
          <w:sz w:val="22"/>
        </w:rPr>
        <w:t>A. Phân hữu cơ hoai mục.</w:t>
      </w:r>
    </w:p>
    <w:p>
      <w:pPr>
        <w:pStyle w:val="ListParagraph"/>
      </w:pPr>
      <w:r>
        <w:rPr>
          <w:sz w:val="22"/>
        </w:rPr>
        <w:t>B. Phân hóa học.</w:t>
      </w:r>
    </w:p>
    <w:p>
      <w:pPr>
        <w:pStyle w:val="ListParagraph"/>
      </w:pPr>
      <w:r>
        <w:rPr>
          <w:sz w:val="22"/>
        </w:rPr>
        <w:t>C. Phân hữu cơ hoai mục, phân hóa học.</w:t>
      </w:r>
    </w:p>
    <w:p>
      <w:pPr>
        <w:pStyle w:val="ListParagraph"/>
      </w:pPr>
      <w:r>
        <w:rPr>
          <w:sz w:val="22"/>
        </w:rPr>
        <w:t>D. Không sử dụng phân.</w:t>
      </w:r>
    </w:p>
    <w:p/>
    <w:p>
      <w:r>
        <w:rPr>
          <w:b/>
          <w:sz w:val="24"/>
        </w:rPr>
        <w:t>Câu 9: Khi nào cần tỉa cây?</w:t>
      </w:r>
    </w:p>
    <w:p>
      <w:pPr>
        <w:pStyle w:val="ListParagraph"/>
      </w:pPr>
      <w:r>
        <w:rPr>
          <w:sz w:val="22"/>
        </w:rPr>
        <w:t>A. Cây mọc không đồng đều.</w:t>
      </w:r>
    </w:p>
    <w:p>
      <w:pPr>
        <w:pStyle w:val="ListParagraph"/>
      </w:pPr>
      <w:r>
        <w:rPr>
          <w:sz w:val="22"/>
        </w:rPr>
        <w:t>B. Cây mọc quá dày.</w:t>
      </w:r>
    </w:p>
    <w:p>
      <w:pPr>
        <w:pStyle w:val="ListParagraph"/>
      </w:pPr>
      <w:r>
        <w:rPr>
          <w:sz w:val="22"/>
        </w:rPr>
        <w:t>C. Cây mọc quá thưa.</w:t>
      </w:r>
    </w:p>
    <w:p>
      <w:pPr>
        <w:pStyle w:val="ListParagraph"/>
      </w:pPr>
      <w:r>
        <w:rPr>
          <w:sz w:val="22"/>
        </w:rPr>
        <w:t>D. Cây trồng bị thiếu nước.</w:t>
      </w:r>
    </w:p>
    <w:p/>
    <w:p>
      <w:r>
        <w:rPr>
          <w:b/>
          <w:sz w:val="24"/>
        </w:rPr>
        <w:t>Câu 10: Nguyên tắc trồng phòng trừ sâu bệnh là gì?</w:t>
      </w:r>
    </w:p>
    <w:p>
      <w:pPr>
        <w:pStyle w:val="ListParagraph"/>
      </w:pPr>
      <w:r>
        <w:rPr>
          <w:sz w:val="22"/>
        </w:rPr>
        <w:t>A. Phòng là chính.</w:t>
      </w:r>
    </w:p>
    <w:p>
      <w:pPr>
        <w:pStyle w:val="ListParagraph"/>
      </w:pPr>
      <w:r>
        <w:rPr>
          <w:sz w:val="22"/>
        </w:rPr>
        <w:t>B. Trừ sớm, kịp thời, nhanh chóng và triệt để.</w:t>
      </w:r>
    </w:p>
    <w:p>
      <w:pPr>
        <w:pStyle w:val="ListParagraph"/>
      </w:pPr>
      <w:r>
        <w:rPr>
          <w:sz w:val="22"/>
        </w:rPr>
        <w:t>C. Sử dụng tổng hợp các biện pháp phòng trừ.</w:t>
      </w:r>
    </w:p>
    <w:p>
      <w:pPr>
        <w:pStyle w:val="ListParagraph"/>
      </w:pPr>
      <w:r>
        <w:rPr>
          <w:sz w:val="22"/>
        </w:rPr>
        <w:t>D. Cả 3 đáp án trên.</w:t>
      </w:r>
    </w:p>
    <w:p/>
    <w:p>
      <w:r>
        <w:rPr>
          <w:b/>
          <w:sz w:val="24"/>
        </w:rPr>
        <w:t>Câu 11: Phương pháp hái không áp dụng với cây trồng nào sau đây?</w:t>
      </w:r>
    </w:p>
    <w:p>
      <w:pPr>
        <w:pStyle w:val="ListParagraph"/>
      </w:pPr>
      <w:r>
        <w:rPr>
          <w:sz w:val="22"/>
        </w:rPr>
        <w:t>A. Rau.</w:t>
      </w:r>
    </w:p>
    <w:p>
      <w:pPr>
        <w:pStyle w:val="ListParagraph"/>
      </w:pPr>
      <w:r>
        <w:rPr>
          <w:sz w:val="22"/>
        </w:rPr>
        <w:t>B. Su hào.</w:t>
      </w:r>
    </w:p>
    <w:p>
      <w:pPr>
        <w:pStyle w:val="ListParagraph"/>
      </w:pPr>
      <w:r>
        <w:rPr>
          <w:sz w:val="22"/>
        </w:rPr>
        <w:t>C. Đỗ.</w:t>
      </w:r>
    </w:p>
    <w:p>
      <w:pPr>
        <w:pStyle w:val="ListParagraph"/>
      </w:pPr>
      <w:r>
        <w:rPr>
          <w:sz w:val="22"/>
        </w:rPr>
        <w:t>D. Chôm chôm.</w:t>
      </w:r>
    </w:p>
    <w:p/>
    <w:p>
      <w:r>
        <w:rPr>
          <w:b/>
          <w:sz w:val="24"/>
        </w:rPr>
        <w:t>Câu 12: Có mấy phương pháp bảo quản sản phẩm trồng trọt phổ biến?</w:t>
      </w:r>
    </w:p>
    <w:p>
      <w:pPr>
        <w:pStyle w:val="ListParagraph"/>
      </w:pPr>
      <w:r>
        <w:rPr>
          <w:sz w:val="22"/>
        </w:rPr>
        <w:t>A. 1.</w:t>
      </w:r>
    </w:p>
    <w:p>
      <w:pPr>
        <w:pStyle w:val="ListParagraph"/>
      </w:pPr>
      <w:r>
        <w:rPr>
          <w:sz w:val="22"/>
        </w:rPr>
        <w:t>B. 2.</w:t>
      </w:r>
    </w:p>
    <w:p>
      <w:pPr>
        <w:pStyle w:val="ListParagraph"/>
      </w:pPr>
      <w:r>
        <w:rPr>
          <w:sz w:val="22"/>
        </w:rPr>
        <w:t>C. 3.</w:t>
      </w:r>
    </w:p>
    <w:p>
      <w:pPr>
        <w:pStyle w:val="ListParagraph"/>
      </w:pPr>
      <w:r>
        <w:rPr>
          <w:sz w:val="22"/>
        </w:rPr>
        <w:t>D. 4.</w:t>
      </w:r>
    </w:p>
    <w:p/>
    <w:p>
      <w:r>
        <w:rPr>
          <w:b/>
          <w:sz w:val="24"/>
        </w:rPr>
        <w:t>Câu 13: Cần phải làm gì trước khi bón phân thúc cho cây trồng?</w:t>
      </w:r>
    </w:p>
    <w:p>
      <w:pPr>
        <w:pStyle w:val="ListParagraph"/>
      </w:pPr>
      <w:r>
        <w:rPr>
          <w:sz w:val="22"/>
        </w:rPr>
        <w:t>A. Tưới nước.</w:t>
      </w:r>
    </w:p>
    <w:p>
      <w:pPr>
        <w:pStyle w:val="ListParagraph"/>
      </w:pPr>
      <w:r>
        <w:rPr>
          <w:sz w:val="22"/>
        </w:rPr>
        <w:t>B. Vun xới đất.</w:t>
      </w:r>
    </w:p>
    <w:p>
      <w:pPr>
        <w:pStyle w:val="ListParagraph"/>
      </w:pPr>
      <w:r>
        <w:rPr>
          <w:sz w:val="22"/>
        </w:rPr>
        <w:t>C. Làm cỏ dại.</w:t>
      </w:r>
    </w:p>
    <w:p>
      <w:pPr>
        <w:pStyle w:val="ListParagraph"/>
      </w:pPr>
      <w:r>
        <w:rPr>
          <w:sz w:val="22"/>
        </w:rPr>
        <w:t>D. Phun thuốc trừ sâu.</w:t>
      </w:r>
    </w:p>
    <w:p/>
    <w:p>
      <w:r>
        <w:rPr>
          <w:b/>
          <w:sz w:val="24"/>
        </w:rPr>
        <w:t>Câu 14: Phương pháp nhổ không áp dụng với cây trồng nào sau đây?</w:t>
      </w:r>
    </w:p>
    <w:p>
      <w:pPr>
        <w:pStyle w:val="ListParagraph"/>
      </w:pPr>
      <w:r>
        <w:rPr>
          <w:sz w:val="22"/>
        </w:rPr>
        <w:t>A. Nhãn.</w:t>
      </w:r>
    </w:p>
    <w:p>
      <w:pPr>
        <w:pStyle w:val="ListParagraph"/>
      </w:pPr>
      <w:r>
        <w:rPr>
          <w:sz w:val="22"/>
        </w:rPr>
        <w:t>B. Sắn.</w:t>
      </w:r>
    </w:p>
    <w:p>
      <w:pPr>
        <w:pStyle w:val="ListParagraph"/>
      </w:pPr>
      <w:r>
        <w:rPr>
          <w:sz w:val="22"/>
        </w:rPr>
        <w:t>C. Lạc.</w:t>
      </w:r>
    </w:p>
    <w:p>
      <w:pPr>
        <w:pStyle w:val="ListParagraph"/>
      </w:pPr>
      <w:r>
        <w:rPr>
          <w:sz w:val="22"/>
        </w:rPr>
        <w:t>D. Su hào.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