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Colors and Shapes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color is the sun?</w:t>
      </w:r>
    </w:p>
    <w:p>
      <w:pPr>
        <w:pStyle w:val="ListParagraph"/>
      </w:pPr>
      <w:r>
        <w:rPr>
          <w:sz w:val="22"/>
        </w:rPr>
        <w:t>A. Blue</w:t>
      </w:r>
    </w:p>
    <w:p>
      <w:pPr>
        <w:pStyle w:val="ListParagraph"/>
      </w:pPr>
      <w:r>
        <w:rPr>
          <w:sz w:val="22"/>
        </w:rPr>
        <w:t>B. Yellow</w:t>
      </w:r>
    </w:p>
    <w:p>
      <w:pPr>
        <w:pStyle w:val="ListParagraph"/>
      </w:pPr>
      <w:r>
        <w:rPr>
          <w:sz w:val="22"/>
        </w:rPr>
        <w:t>C. Green</w:t>
      </w:r>
    </w:p>
    <w:p>
      <w:pPr>
        <w:pStyle w:val="ListParagraph"/>
      </w:pPr>
      <w:r>
        <w:rPr>
          <w:sz w:val="22"/>
        </w:rPr>
        <w:t>D. Red</w:t>
      </w:r>
    </w:p>
    <w:p/>
    <w:p>
      <w:r>
        <w:rPr>
          <w:b/>
          <w:sz w:val="24"/>
        </w:rPr>
        <w:t>Câu 2: What shape is a ball?</w:t>
      </w:r>
    </w:p>
    <w:p>
      <w:pPr>
        <w:pStyle w:val="ListParagraph"/>
      </w:pPr>
      <w:r>
        <w:rPr>
          <w:sz w:val="22"/>
        </w:rPr>
        <w:t>A. Square</w:t>
      </w:r>
    </w:p>
    <w:p>
      <w:pPr>
        <w:pStyle w:val="ListParagraph"/>
      </w:pPr>
      <w:r>
        <w:rPr>
          <w:sz w:val="22"/>
        </w:rPr>
        <w:t>B. Triangle</w:t>
      </w:r>
    </w:p>
    <w:p>
      <w:pPr>
        <w:pStyle w:val="ListParagraph"/>
      </w:pPr>
      <w:r>
        <w:rPr>
          <w:sz w:val="22"/>
        </w:rPr>
        <w:t>C. Circle</w:t>
      </w:r>
    </w:p>
    <w:p>
      <w:pPr>
        <w:pStyle w:val="ListParagraph"/>
      </w:pPr>
      <w:r>
        <w:rPr>
          <w:sz w:val="22"/>
        </w:rPr>
        <w:t>D. Rectangle</w:t>
      </w:r>
    </w:p>
    <w:p/>
    <w:p>
      <w:r>
        <w:rPr>
          <w:b/>
          <w:sz w:val="24"/>
        </w:rPr>
        <w:t>Câu 3: What color is grass?</w:t>
      </w:r>
    </w:p>
    <w:p>
      <w:pPr>
        <w:pStyle w:val="ListParagraph"/>
      </w:pPr>
      <w:r>
        <w:rPr>
          <w:sz w:val="22"/>
        </w:rPr>
        <w:t>A. Green</w:t>
      </w:r>
    </w:p>
    <w:p>
      <w:pPr>
        <w:pStyle w:val="ListParagraph"/>
      </w:pPr>
      <w:r>
        <w:rPr>
          <w:sz w:val="22"/>
        </w:rPr>
        <w:t>B. Purple</w:t>
      </w:r>
    </w:p>
    <w:p>
      <w:pPr>
        <w:pStyle w:val="ListParagraph"/>
      </w:pPr>
      <w:r>
        <w:rPr>
          <w:sz w:val="22"/>
        </w:rPr>
        <w:t>C. Orange</w:t>
      </w:r>
    </w:p>
    <w:p>
      <w:pPr>
        <w:pStyle w:val="ListParagraph"/>
      </w:pPr>
      <w:r>
        <w:rPr>
          <w:sz w:val="22"/>
        </w:rPr>
        <w:t>D. Pink</w:t>
      </w:r>
    </w:p>
    <w:p/>
    <w:p>
      <w:r>
        <w:rPr>
          <w:b/>
          <w:sz w:val="24"/>
        </w:rPr>
        <w:t>Câu 4: What shape is a stop sign?</w:t>
      </w:r>
    </w:p>
    <w:p>
      <w:pPr>
        <w:pStyle w:val="ListParagraph"/>
      </w:pPr>
      <w:r>
        <w:rPr>
          <w:sz w:val="22"/>
        </w:rPr>
        <w:t>A. Circle</w:t>
      </w:r>
    </w:p>
    <w:p>
      <w:pPr>
        <w:pStyle w:val="ListParagraph"/>
      </w:pPr>
      <w:r>
        <w:rPr>
          <w:sz w:val="22"/>
        </w:rPr>
        <w:t>B. Octagon</w:t>
      </w:r>
    </w:p>
    <w:p>
      <w:pPr>
        <w:pStyle w:val="ListParagraph"/>
      </w:pPr>
      <w:r>
        <w:rPr>
          <w:sz w:val="22"/>
        </w:rPr>
        <w:t>C. Square</w:t>
      </w:r>
    </w:p>
    <w:p>
      <w:pPr>
        <w:pStyle w:val="ListParagraph"/>
      </w:pPr>
      <w:r>
        <w:rPr>
          <w:sz w:val="22"/>
        </w:rPr>
        <w:t>D. Star</w:t>
      </w:r>
    </w:p>
    <w:p/>
    <w:p>
      <w:r>
        <w:rPr>
          <w:b/>
          <w:sz w:val="24"/>
        </w:rPr>
        <w:t>Câu 5: What color is the sky on a clear day?</w:t>
      </w:r>
    </w:p>
    <w:p>
      <w:pPr>
        <w:pStyle w:val="ListParagraph"/>
      </w:pPr>
      <w:r>
        <w:rPr>
          <w:sz w:val="22"/>
        </w:rPr>
        <w:t>A. Red</w:t>
      </w:r>
    </w:p>
    <w:p>
      <w:pPr>
        <w:pStyle w:val="ListParagraph"/>
      </w:pPr>
      <w:r>
        <w:rPr>
          <w:sz w:val="22"/>
        </w:rPr>
        <w:t>B. Green</w:t>
      </w:r>
    </w:p>
    <w:p>
      <w:pPr>
        <w:pStyle w:val="ListParagraph"/>
      </w:pPr>
      <w:r>
        <w:rPr>
          <w:sz w:val="22"/>
        </w:rPr>
        <w:t>C. Blue</w:t>
      </w:r>
    </w:p>
    <w:p>
      <w:pPr>
        <w:pStyle w:val="ListParagraph"/>
      </w:pPr>
      <w:r>
        <w:rPr>
          <w:sz w:val="22"/>
        </w:rPr>
        <w:t>D. Yellow</w:t>
      </w:r>
    </w:p>
    <w:p/>
    <w:p>
      <w:r>
        <w:rPr>
          <w:b/>
          <w:sz w:val="24"/>
        </w:rPr>
        <w:t>Câu 6: What shape is a book?</w:t>
      </w:r>
    </w:p>
    <w:p>
      <w:pPr>
        <w:pStyle w:val="ListParagraph"/>
      </w:pPr>
      <w:r>
        <w:rPr>
          <w:sz w:val="22"/>
        </w:rPr>
        <w:t>A. Circle</w:t>
      </w:r>
    </w:p>
    <w:p>
      <w:pPr>
        <w:pStyle w:val="ListParagraph"/>
      </w:pPr>
      <w:r>
        <w:rPr>
          <w:sz w:val="22"/>
        </w:rPr>
        <w:t>B. Triangle</w:t>
      </w:r>
    </w:p>
    <w:p>
      <w:pPr>
        <w:pStyle w:val="ListParagraph"/>
      </w:pPr>
      <w:r>
        <w:rPr>
          <w:sz w:val="22"/>
        </w:rPr>
        <w:t>C. Rectangle</w:t>
      </w:r>
    </w:p>
    <w:p>
      <w:pPr>
        <w:pStyle w:val="ListParagraph"/>
      </w:pPr>
      <w:r>
        <w:rPr>
          <w:sz w:val="22"/>
        </w:rPr>
        <w:t>D. Oval</w:t>
      </w:r>
    </w:p>
    <w:p/>
    <w:p>
      <w:r>
        <w:rPr>
          <w:b/>
          <w:sz w:val="24"/>
        </w:rPr>
        <w:t>Câu 7: What color is a banana?</w:t>
      </w:r>
    </w:p>
    <w:p>
      <w:pPr>
        <w:pStyle w:val="ListParagraph"/>
      </w:pPr>
      <w:r>
        <w:rPr>
          <w:sz w:val="22"/>
        </w:rPr>
        <w:t>A. Yellow</w:t>
      </w:r>
    </w:p>
    <w:p>
      <w:pPr>
        <w:pStyle w:val="ListParagraph"/>
      </w:pPr>
      <w:r>
        <w:rPr>
          <w:sz w:val="22"/>
        </w:rPr>
        <w:t>B. Blue</w:t>
      </w:r>
    </w:p>
    <w:p>
      <w:pPr>
        <w:pStyle w:val="ListParagraph"/>
      </w:pPr>
      <w:r>
        <w:rPr>
          <w:sz w:val="22"/>
        </w:rPr>
        <w:t>C. Black</w:t>
      </w:r>
    </w:p>
    <w:p>
      <w:pPr>
        <w:pStyle w:val="ListParagraph"/>
      </w:pPr>
      <w:r>
        <w:rPr>
          <w:sz w:val="22"/>
        </w:rPr>
        <w:t>D. White</w:t>
      </w:r>
    </w:p>
    <w:p/>
    <w:p>
      <w:r>
        <w:rPr>
          <w:b/>
          <w:sz w:val="24"/>
        </w:rPr>
        <w:t>Câu 8: What shape is a pizza slice?</w:t>
      </w:r>
    </w:p>
    <w:p>
      <w:pPr>
        <w:pStyle w:val="ListParagraph"/>
      </w:pPr>
      <w:r>
        <w:rPr>
          <w:sz w:val="22"/>
        </w:rPr>
        <w:t>A. Square</w:t>
      </w:r>
    </w:p>
    <w:p>
      <w:pPr>
        <w:pStyle w:val="ListParagraph"/>
      </w:pPr>
      <w:r>
        <w:rPr>
          <w:sz w:val="22"/>
        </w:rPr>
        <w:t>B. Triangle</w:t>
      </w:r>
    </w:p>
    <w:p>
      <w:pPr>
        <w:pStyle w:val="ListParagraph"/>
      </w:pPr>
      <w:r>
        <w:rPr>
          <w:sz w:val="22"/>
        </w:rPr>
        <w:t>C. Circle</w:t>
      </w:r>
    </w:p>
    <w:p>
      <w:pPr>
        <w:pStyle w:val="ListParagraph"/>
      </w:pPr>
      <w:r>
        <w:rPr>
          <w:sz w:val="22"/>
        </w:rPr>
        <w:t>D. Heart</w:t>
      </w:r>
    </w:p>
    <w:p/>
    <w:p>
      <w:r>
        <w:rPr>
          <w:b/>
          <w:sz w:val="24"/>
        </w:rPr>
        <w:t>Câu 9: What color is an apple?</w:t>
      </w:r>
    </w:p>
    <w:p>
      <w:pPr>
        <w:pStyle w:val="ListParagraph"/>
      </w:pPr>
      <w:r>
        <w:rPr>
          <w:sz w:val="22"/>
        </w:rPr>
        <w:t>A. Red</w:t>
      </w:r>
    </w:p>
    <w:p>
      <w:pPr>
        <w:pStyle w:val="ListParagraph"/>
      </w:pPr>
      <w:r>
        <w:rPr>
          <w:sz w:val="22"/>
        </w:rPr>
        <w:t>B. Blue</w:t>
      </w:r>
    </w:p>
    <w:p>
      <w:pPr>
        <w:pStyle w:val="ListParagraph"/>
      </w:pPr>
      <w:r>
        <w:rPr>
          <w:sz w:val="22"/>
        </w:rPr>
        <w:t>C. Green</w:t>
      </w:r>
    </w:p>
    <w:p>
      <w:pPr>
        <w:pStyle w:val="ListParagraph"/>
      </w:pPr>
      <w:r>
        <w:rPr>
          <w:sz w:val="22"/>
        </w:rPr>
        <w:t>D. Yellow</w:t>
      </w:r>
    </w:p>
    <w:p/>
    <w:p>
      <w:r>
        <w:rPr>
          <w:b/>
          <w:sz w:val="24"/>
        </w:rPr>
        <w:t>Câu 10: What shape is a clock?</w:t>
      </w:r>
    </w:p>
    <w:p>
      <w:pPr>
        <w:pStyle w:val="ListParagraph"/>
      </w:pPr>
      <w:r>
        <w:rPr>
          <w:sz w:val="22"/>
        </w:rPr>
        <w:t>A. Triangle</w:t>
      </w:r>
    </w:p>
    <w:p>
      <w:pPr>
        <w:pStyle w:val="ListParagraph"/>
      </w:pPr>
      <w:r>
        <w:rPr>
          <w:sz w:val="22"/>
        </w:rPr>
        <w:t>B. Square</w:t>
      </w:r>
    </w:p>
    <w:p>
      <w:pPr>
        <w:pStyle w:val="ListParagraph"/>
      </w:pPr>
      <w:r>
        <w:rPr>
          <w:sz w:val="22"/>
        </w:rPr>
        <w:t>C. Circle</w:t>
      </w:r>
    </w:p>
    <w:p>
      <w:pPr>
        <w:pStyle w:val="ListParagraph"/>
      </w:pPr>
      <w:r>
        <w:rPr>
          <w:sz w:val="22"/>
        </w:rPr>
        <w:t>D. Rectangle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